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LiberationMono-Bold.odttf" ContentType="application/vnd.openxmlformats-officedocument.obfuscatedFont"/>
  <Override PartName="/word/fonts/LiberationMono-BoldItalic.odttf" ContentType="application/vnd.openxmlformats-officedocument.obfuscatedFont"/>
  <Override PartName="/word/fonts/LiberationMono-Italic.odttf" ContentType="application/vnd.openxmlformats-officedocument.obfuscatedFont"/>
  <Override PartName="/word/fonts/LiberationMono-Regular.odttf" ContentType="application/vnd.openxmlformats-officedocument.obfuscatedFont"/>
  <Override PartName="/word/fonts/LiberationSerif-Bold.odttf" ContentType="application/vnd.openxmlformats-officedocument.obfuscatedFont"/>
  <Override PartName="/word/fonts/LiberationSerif-BoldItalic.odttf" ContentType="application/vnd.openxmlformats-officedocument.obfuscatedFont"/>
  <Override PartName="/word/fonts/LiberationSerif-Italic.odttf" ContentType="application/vnd.openxmlformats-officedocument.obfuscatedFont"/>
  <Override PartName="/word/fonts/LiberationSerif-Regular.odttf" ContentType="application/vnd.openxmlformats-officedocument.obfuscatedFont"/>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Style w:val="Article_Body"/>
        <w:ind w:firstLine="567" w:left="0" w:right="0"/>
      </w:pPr>
      <w:r>
        <w:rPr/>
        <w:t xml:space="preserve">Демонстрационный шаблон. Имена авторов использованы как образцы заполнения; контакты и организации замените собственными. Формулы и условные числа показывают оформление и не являются результатами подтверждённого исследования. Перед подачей замените учебный материал и удалите эту строку.</w:t>
      </w:r>
    </w:p>
    <w:p>
      <w:pPr>
        <w:pStyle w:val="Article_UDC"/>
      </w:pPr>
      <w:r>
        <w:rPr>
          <w:rFonts w:ascii="Liberation Serif" w:hAnsi="Liberation Serif" w:eastAsia="Liberation Serif" w:cs="Liberation Serif"/>
          <w:i/>
        </w:rPr>
        <w:t xml:space="preserve">УДК</w:t>
      </w:r>
      <w:r>
        <w:rPr>
          <w:rFonts w:ascii="Liberation Serif" w:hAnsi="Liberation Serif" w:eastAsia="Liberation Serif" w:cs="Liberation Serif"/>
          <w:i/>
        </w:rPr>
        <w:t xml:space="preserve"> </w:t>
      </w:r>
      <w:r>
        <w:rPr>
          <w:rFonts w:ascii="Liberation Serif" w:hAnsi="Liberation Serif" w:eastAsia="Liberation Serif" w:cs="Liberation Serif"/>
          <w:i/>
        </w:rPr>
      </w:r>
      <w:r>
        <w:rPr>
          <w:rFonts w:ascii="Liberation Serif" w:hAnsi="Liberation Serif" w:eastAsia="Liberation Serif" w:cs="Liberation Serif"/>
          <w:i/>
        </w:rPr>
        <w:t xml:space="preserve">004.383.3</w:t>
      </w:r>
      <w:r>
        <w:rPr>
          <w:rFonts w:ascii="Liberation Serif" w:hAnsi="Liberation Serif" w:eastAsia="Liberation Serif" w:cs="Liberation Serif"/>
          <w:i/>
        </w:rPr>
      </w:r>
      <w:r>
        <w:rPr>
          <w:rFonts w:ascii="Liberation Serif" w:hAnsi="Liberation Serif" w:eastAsia="Liberation Serif" w:cs="Liberation Serif"/>
          <w:i/>
        </w:rPr>
      </w:r>
    </w:p>
    <w:p>
      <w:pPr>
        <w:pStyle w:val="Article_Authors_RU"/>
      </w:pPr>
      <w:r>
        <w:rPr>
          <w:rFonts w:ascii="Liberation Serif" w:hAnsi="Liberation Serif" w:eastAsia="Liberation Serif" w:cs="Liberation Serif"/>
          <w:b/>
          <w:bCs/>
          <w:i/>
        </w:rPr>
        <w:t>П. И. Смирнов</w:t>
      </w:r>
      <w:r>
        <w:rPr>
          <w:rFonts w:ascii="Liberation Serif" w:hAnsi="Liberation Serif" w:eastAsia="Liberation Serif" w:cs="Liberation Serif"/>
          <w:b/>
          <w:bCs/>
          <w:i/>
          <w:vertAlign w:val="superscript"/>
        </w:rPr>
        <w:t xml:space="preserve">1</w:t>
      </w:r>
      <w:r>
        <w:rPr>
          <w:rFonts w:ascii="Liberation Serif" w:hAnsi="Liberation Serif" w:eastAsia="Liberation Serif" w:cs="Liberation Serif"/>
          <w:b/>
          <w:bCs/>
          <w:i/>
        </w:rPr>
        <w:t xml:space="preserve">,</w:t>
      </w:r>
      <w:r>
        <w:rPr>
          <w:rFonts w:ascii="Liberation Serif" w:hAnsi="Liberation Serif" w:eastAsia="Liberation Serif" w:cs="Liberation Serif"/>
          <w:b/>
          <w:bCs/>
          <w:i/>
        </w:rPr>
        <w:t xml:space="preserve"> А. В. Петров</w:t>
      </w:r>
      <w:r>
        <w:rPr>
          <w:rFonts w:ascii="Liberation Serif" w:hAnsi="Liberation Serif" w:eastAsia="Liberation Serif" w:cs="Liberation Serif"/>
          <w:b/>
          <w:i/>
          <w:vertAlign w:val="superscript"/>
        </w:rPr>
        <w:t xml:space="preserve">1</w:t>
      </w:r>
      <w:r>
        <w:rPr>
          <w:rFonts w:ascii="Liberation Serif" w:hAnsi="Liberation Serif" w:eastAsia="Liberation Serif" w:cs="Liberation Serif"/>
          <w:b/>
          <w:bCs/>
          <w:i/>
        </w:rPr>
      </w:r>
    </w:p>
    <w:p>
      <w:pPr>
        <w:pStyle w:val="Article_Affiliation_RU"/>
      </w:pPr>
      <w:r>
        <w:rPr/>
        <w:t xml:space="preserve">1[Полное наименование организации], [город, страна]</w:t>
      </w:r>
    </w:p>
    <w:p>
      <w:pPr>
        <w:pStyle w:val="Article_Title_RU"/>
      </w:pPr>
      <w:r>
        <w:rPr/>
        <w:t xml:space="preserve">ПРИМЕР ОФОРМЛЕНИЯ СТАТЬИ О БАЛАНСИРОВКЕ НАГРУЗКИ В ОБЛАЧНОМ КЛАСТЕРЕ</w:t>
      </w:r>
    </w:p>
    <w:p>
      <w:pPr>
        <w:pStyle w:val="Article_Abstract_RU"/>
      </w:pPr>
      <w:r>
        <w:rPr>
          <w:b w:val="1"/>
          <w:i w:val="0"/>
        </w:rPr>
        <w:t xml:space="preserve">Аннотация.</w:t>
      </w:r>
      <w:r>
        <w:rPr>
          <w:b w:val="0"/>
          <w:i w:val="1"/>
        </w:rPr>
        <w:t xml:space="preserve"> Рассматривается оформление демонстрационной статьи о распределении запросов в облачном кластере. Актуальность примера связана с необходимостью согласованно представлять показатели нагрузки, математические обозначения и результаты сравнения в научном тексте. Цель материала состоит в демонстрации структуры рукописи, содержащей описание задачи, формулы, программный фрагмент, рисунок, таблицу и обсуждение ограничений. В качестве методического приёма используется условная модель нагрузки, объединяющая доли использования процессора, оперативной памяти и подсистемы ввода-вывода. Дополнительно рассматривается линейный индекс, вычисляемый по нормированной длине очереди, нормированной скорости её изменения и доле использования процессора. Программный фрагмент показывает только арифметический расчёт этого индекса при заданных входных значениях и весах. Для иллюстрации представления результатов приведён условный набор показателей трёх стратегий балансировки. Среднее время отклика составляет 145, 110 и 65 мс соответственно; эти значения согласованно отображаются на рисунке и в таблице. Таблица также содержит примеры 99-го перцентиля задержки, доли ошибок и утилизации процессора. Числа не получены в эксперименте и не подтверждают преимущество какой-либо стратегии. Показано, как отделять описание наблюдаемых показателей от выводов, для которых требуются дополнительные данные. Обсуждаются необходимость нормировки входов, явного задания весов, описания условий измерения и оценки повторяемости результатов. Материал может использоваться как образец оформления рукописи. Его ограничение состоит в учебном характере модели и данных; перед публикацией автор должен заменить их собственным воспроизводимым исследованием и обоснованными выводами.</w:t>
      </w:r>
    </w:p>
    <w:p>
      <w:pPr>
        <w:pStyle w:val="Article_Keywords_RU"/>
      </w:pPr>
      <w:r>
        <w:rPr>
          <w:b w:val="1"/>
          <w:i w:val="0"/>
        </w:rPr>
        <w:t xml:space="preserve">Ключевые слова:</w:t>
      </w:r>
      <w:r>
        <w:rPr>
          <w:b w:val="0"/>
          <w:i w:val="1"/>
        </w:rPr>
        <w:t xml:space="preserve"> балансировка нагрузки, облачный кластер, индекс нагрузки, очередь запросов, время отклика, оформление статьи.</w:t>
      </w:r>
    </w:p>
    <w:p>
      <w:pPr>
        <w:pStyle w:val="Article_Heading_1"/>
        <w:keepNext/>
      </w:pPr>
      <w:r/>
      <w:bookmarkStart w:id="0" w:name="_Toc123362681"/>
      <w:r>
        <w:rPr>
          <w:rFonts w:ascii="Liberation Serif" w:hAnsi="Liberation Serif" w:eastAsia="Liberation Serif" w:cs="Liberation Serif"/>
          <w:b/>
        </w:rPr>
        <w:t xml:space="preserve">Введение</w:t>
      </w:r>
      <w:bookmarkEnd w:id="0"/>
      <w:r>
        <w:rPr>
          <w:rFonts w:ascii="Liberation Serif" w:hAnsi="Liberation Serif" w:eastAsia="Liberation Serif" w:cs="Liberation Serif"/>
          <w:b/>
        </w:rPr>
      </w:r>
      <w:r>
        <w:rPr>
          <w:rFonts w:ascii="Liberation Serif" w:hAnsi="Liberation Serif" w:eastAsia="Liberation Serif" w:cs="Liberation Serif"/>
          <w:b/>
        </w:rPr>
      </w:r>
    </w:p>
    <w:p>
      <w:pPr>
        <w:pStyle w:val="Article_Body"/>
      </w:pPr>
      <w:r>
        <w:rPr/>
        <w:t xml:space="preserve">Этот демонстрационный материал показывает оформление статьи на примере распределения запросов в облачном кластере. Общие принципы построения распределённых систем изложены в [1]. Для распределения ключей между узлами применяется консистентное хеширование [2]; практические вопросы работы с Kubernetes рассмотрены в [3]. Архитектуре микросервисов посвящена книга [4], а хранению и обработке данных — [5]. Работа [6] приведена как пример описания конференционной публикации о механизмах внимания: такие модели в данном учебном расчёте не используются. Различие между средней и высокой перцентильной задержкой обсуждается в [7]. Эти источники задают контекст и примеры цитирования; они не подтверждают условные числовые значения ниже.</w:t>
      </w:r>
    </w:p>
    <w:p>
      <w:pPr>
        <w:pStyle w:val="Article_Body"/>
      </w:pPr>
      <w:r>
        <w:rPr/>
        <w:t xml:space="preserve">На рис. 1 показано условное среднее время отклика для трёх стратегий балансировки. Значения совпадают с таблицей 1 и предназначены только для демонстрации оформления сопоставимых данных.</w:t>
      </w:r>
    </w:p>
    <w:p>
      <w:pPr>
        <w:pStyle w:val="Article_Body"/>
        <w:keepNext/>
        <w:ind w:firstLine="0"/>
        <w:jc w:val="center"/>
      </w:pPr>
      <w:r>
        <w:rPr>
          <w:rFonts w:ascii="Liberation Serif" w:hAnsi="Liberation Serif" w:eastAsia="Liberation Serif" w:cs="Liberation Serif"/>
          <w:lang w:eastAsia="ru-RU"/>
        </w:rPr>
      </w:r>
      <w:r>
        <w:rPr>
          <w:rFonts w:ascii="Liberation Serif" w:hAnsi="Liberation Serif" w:eastAsia="Liberation Serif" w:cs="Liberation Serif"/>
          <w:lang w:eastAsia="ru-RU"/>
        </w:rPr>
      </w:r>
      <w:r/>
      <w:r>
        <w:rPr>
          <w:rFonts w:ascii="Liberation Serif" w:hAnsi="Liberation Serif" w:eastAsia="Liberation Serif" w:cs="Liberation Serif"/>
          <w:lang w:eastAsia="ru-RU"/>
        </w:rPr>
      </w:r>
      <w:r>
        <mc:AlternateContent>
          <mc:Choice Requires="wpg">
            <w:drawing>
              <wp:inline xmlns:wp="http://schemas.openxmlformats.org/drawingml/2006/wordprocessingDrawing" distT="0" distB="0" distL="0" distR="0">
                <wp:extent cx="6120000" cy="2295000"/>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521746" name=""/>
                        <pic:cNvPicPr>
                          <a:picLocks noChangeAspect="1"/>
                        </pic:cNvPicPr>
                        <pic:nvPr/>
                      </pic:nvPicPr>
                      <pic:blipFill>
                        <a:blip r:embed="rId11"/>
                        <a:srcRect l="0" t="8393" r="0" b="0"/>
                        <a:stretch/>
                      </pic:blipFill>
                      <pic:spPr bwMode="auto">
                        <a:xfrm flipH="0" flipV="0">
                          <a:off x="0" y="0"/>
                          <a:ext cx="6120000" cy="2295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481.90pt;height:240.99pt;mso-wrap-distance-left:0.00pt;mso-wrap-distance-top:0.00pt;mso-wrap-distance-right:0.00pt;mso-wrap-distance-bottom:0.00pt;z-index:1;" stroked="false">
                <v:imagedata r:id="rId11" o:title="" croptop="5500f" cropleft="0f" cropbottom="0f" cropright="0f"/>
                <o:lock v:ext="edit" rotation="t"/>
              </v:shape>
            </w:pict>
          </mc:Fallback>
        </mc:AlternateContent>
      </w:r>
      <w:r>
        <w:rPr>
          <w:rFonts w:ascii="Liberation Serif" w:hAnsi="Liberation Serif" w:eastAsia="Liberation Serif" w:cs="Liberation Serif"/>
          <w:lang w:eastAsia="ru-RU"/>
        </w:rPr>
      </w:r>
      <w:r>
        <w:rPr>
          <w:rFonts w:ascii="Liberation Serif" w:hAnsi="Liberation Serif" w:eastAsia="Liberation Serif" w:cs="Liberation Serif"/>
          <w:lang w:eastAsia="ru-RU"/>
        </w:rPr>
      </w:r>
    </w:p>
    <w:p>
      <w:pPr>
        <w:pStyle w:val="Article_Figure_Caption"/>
      </w:pPr>
      <w:r>
        <w:rPr/>
        <w:t xml:space="preserve">Рис. 1. Среднее время отклика при трёх стратегиях балансировки: условные данные</w:t>
      </w:r>
    </w:p>
    <w:p>
      <w:pPr>
        <w:pStyle w:val="Article_Heading_1"/>
        <w:keepNext/>
      </w:pPr>
      <w:r>
        <w:t>Материалы и методы</w:t>
      </w:r>
    </w:p>
    <w:p>
      <w:pPr>
        <w:pStyle w:val="Article_Heading_2"/>
        <w:keepNext/>
      </w:pPr>
      <w:r>
        <w:rPr/>
        <w:t xml:space="preserve">Примеры расчёта индексов нагрузки</w:t>
      </w:r>
    </w:p>
    <w:p>
      <w:pPr>
        <w:pStyle w:val="Article_Body"/>
      </w:pPr>
      <w:r>
        <w:rPr/>
        <w:t xml:space="preserve">Для демонстрации записи формул рассматриваются два безразмерных индекса. Они иллюстрируют оформление вычислений и сами по себе не задают правило маршрутизации запросов.</w:t>
      </w:r>
    </w:p>
    <w:p>
      <w:pPr>
        <w:pStyle w:val="Article_Body"/>
      </w:pPr>
      <w:r>
        <w:t>При расчёте нагрузки учитываются следующие показатели:</w:t>
      </w:r>
    </w:p>
    <w:p>
      <w:pPr>
        <w:pStyle w:val="Article_Bullet"/>
        <w:numPr>
          <w:ilvl w:val="0"/>
          <w:numId w:val="34"/>
        </w:numPr>
      </w:pPr>
      <w:r>
        <w:t>текущая утилизация процессора и оперативной памяти;</w:t>
      </w:r>
    </w:p>
    <w:p>
      <w:pPr>
        <w:pStyle w:val="Article_Bullet"/>
        <w:numPr>
          <w:ilvl w:val="0"/>
          <w:numId w:val="34"/>
        </w:numPr>
      </w:pPr>
      <w:r>
        <w:t>интенсивность операций ввода-вывода;</w:t>
      </w:r>
    </w:p>
    <w:p>
      <w:pPr>
        <w:pStyle w:val="Article_Bullet"/>
        <w:numPr>
          <w:ilvl w:val="0"/>
          <w:numId w:val="34"/>
        </w:numPr>
      </w:pPr>
      <w:r>
        <w:t>длина очереди запросов и скорость её изменения.</w:t>
      </w:r>
    </w:p>
    <w:p>
      <w:pPr>
        <w:pStyle w:val="Article_Body"/>
      </w:pPr>
      <w:r>
        <w:rPr/>
        <w:t xml:space="preserve">Для записи индекса текущей нагрузки используется формула (1). Доля использования CPU возводится в квадрат, а доли использования RAM и IOPS входят линейно. Все отношения безразмерны; их знаменатели должны быть положительными.</w:t>
      </w:r>
    </w:p>
    <w:p>
      <w:pPr>
        <w:pStyle w:val="Article_Body"/>
      </w:pPr>
      <w:r>
        <w:rPr/>
        <w:t xml:space="preserve">Индекс текущей нагрузки имеет следующий вид:</w:t>
      </w:r>
    </w:p>
    <w:tbl>
      <w:tblPr>
        <w:tblStyle w:val="12"/>
        <w:jc w:val="center"/>
        <w:tblW w:w="9638" w:type="dxa"/>
        <w:tblBorders>
          <w:top w:val="nil"/>
          <w:left w:val="nil"/>
          <w:bottom w:val="nil"/>
          <w:right w:val="nil"/>
          <w:insideH w:val="nil"/>
          <w:insideV w:val="nil"/>
        </w:tblBorders>
        <w:tblLayout w:type="fixed"/>
        <w:tblLook w:val="04A0" w:firstRow="1" w:lastRow="0" w:firstColumn="1" w:lastColumn="0" w:noHBand="0" w:noVBand="1"/>
      </w:tblPr>
      <w:tblGrid>
        <w:gridCol w:w="8787"/>
        <w:gridCol w:w="850"/>
      </w:tblGrid>
      <w:tr>
        <w:trPr>
          <w:cantSplit/>
        </w:trPr>
        <w:tc>
          <w:tcPr>
            <w:tcBorders>
              <w:top w:val="nil" w:color="000000" w:sz="4" w:space="0"/>
              <w:left w:val="nil" w:color="000000" w:sz="4" w:space="0"/>
              <w:bottom w:val="nil" w:color="000000" w:sz="4" w:space="0"/>
              <w:right w:val="nil" w:color="000000" w:sz="4" w:space="0"/>
            </w:tcBorders>
            <w:tcW w:w="8787" w:type="dxa"/>
            <w:vAlign w:val="center"/>
            <w:textDirection w:val="lrTb"/>
            <w:noWrap w:val="false"/>
          </w:tcPr>
          <w:p>
            <w:pPr>
              <w:pStyle w:val="Article_Formula"/>
              <w:keepLines/>
              <w:ind w:firstLine="0"/>
              <w:jc w:val="center"/>
            </w:pPr>
            <w:r>
              <w:rPr>
                <w:rFonts w:ascii="Liberation Serif" w:hAnsi="Liberation Serif" w:eastAsia="Liberation Serif" w:cs="Liberation Serif"/>
                <w:lang w:val="en-US" w:bidi="en-US"/>
              </w:rPr>
            </w:r>
            <w:r>
              <w:rPr>
                <w:rFonts w:ascii="Liberation Serif" w:hAnsi="Liberation Serif" w:eastAsia="Liberation Serif" w:cs="Liberation Serif"/>
              </w:rPr>
            </w:r>
            <m:oMath>
              <m:sSub>
                <m:sSubPr>
                  <m:ctrlPr>
                    <w:rPr>
                      <w:rFonts w:ascii="Cambria Math" w:hAnsi="Cambria Math" w:eastAsia="Cambria Math" w:cs="Cambria Math"/>
                      <w:sz w:val="24"/>
                      <w:szCs w:val="24"/>
                    </w:rPr>
                  </m:ctrlPr>
                </m:sSubPr>
                <m:e>
                  <m:r>
                    <w:rPr>
                      <w:rFonts w:hint="default" w:ascii="Cambria Math" w:hAnsi="Cambria Math" w:eastAsia="Cambria Math" w:cs="Cambria Math"/>
                      <w:sz w:val="24"/>
                      <w:szCs w:val="24"/>
                    </w:rPr>
                    <m:rPr>
                      <m:sty m:val="i"/>
                    </m:rPr>
                    <m:t>L</m:t>
                  </m:r>
                </m:e>
                <m:sub>
                  <m:r>
                    <w:rPr>
                      <w:rFonts w:hint="default" w:ascii="Cambria Math" w:hAnsi="Cambria Math" w:eastAsia="Cambria Math" w:cs="Cambria Math"/>
                      <w:sz w:val="24"/>
                      <w:szCs w:val="24"/>
                    </w:rPr>
                    <m:rPr>
                      <m:sty m:val="i"/>
                    </m:rPr>
                    <m:t>current</m:t>
                  </m:r>
                </m:sub>
              </m:sSub>
              <m:r>
                <w:rPr>
                  <w:rFonts w:hint="default" w:ascii="Cambria Math" w:hAnsi="Cambria Math" w:eastAsia="Cambria Math" w:cs="Cambria Math"/>
                  <w:sz w:val="24"/>
                  <w:szCs w:val="24"/>
                </w:rPr>
                <m:rPr>
                  <m:sty m:val="p"/>
                </m:rPr>
                <m:t>=</m:t>
              </m:r>
              <m:r>
                <w:rPr>
                  <w:rFonts w:hint="default" w:ascii="Cambria Math" w:hAnsi="Cambria Math" w:eastAsia="Cambria Math" w:cs="Cambria Math"/>
                  <w:sz w:val="24"/>
                  <w:szCs w:val="24"/>
                </w:rPr>
                <m:rPr>
                  <m:sty m:val="p"/>
                </m:rPr>
                <m:t>α</m:t>
              </m:r>
              <m:r>
                <w:rPr>
                  <w:rFonts w:hint="default" w:ascii="Cambria Math" w:hAnsi="Cambria Math" w:eastAsia="Cambria Math" w:cs="Cambria Math"/>
                  <w:sz w:val="24"/>
                  <w:szCs w:val="24"/>
                </w:rPr>
                <m:rPr>
                  <m:sty m:val="p"/>
                </m:rPr>
                <m:t>∙</m:t>
              </m:r>
              <m:sSup>
                <m:sSupPr>
                  <m:ctrlPr>
                    <w:rPr>
                      <w:rFonts w:ascii="Cambria Math" w:hAnsi="Cambria Math" w:eastAsia="Cambria Math" w:cs="Cambria Math"/>
                      <w:sz w:val="24"/>
                      <w:szCs w:val="24"/>
                    </w:rPr>
                  </m:ctrlPr>
                </m:sSupPr>
                <m:e>
                  <m:d>
                    <m:dPr>
                      <m:begChr m:val="("/>
                      <m:endChr m:val=")"/>
                      <m:ctrlPr>
                        <w:rPr>
                          <w:rFonts w:ascii="Cambria Math" w:hAnsi="Cambria Math" w:eastAsia="Cambria Math" w:cs="Cambria Math"/>
                          <w:i/>
                          <w:sz w:val="24"/>
                          <w:szCs w:val="24"/>
                        </w:rPr>
                      </m:ctrlPr>
                    </m:dPr>
                    <m:e>
                      <m:f>
                        <m:fPr>
                          <m:ctrlPr>
                            <w:rPr>
                              <w:rFonts w:ascii="Cambria Math" w:hAnsi="Cambria Math" w:eastAsia="Cambria Math" w:cs="Cambria Math"/>
                              <w:i/>
                              <w:sz w:val="24"/>
                              <w:szCs w:val="24"/>
                            </w:rPr>
                          </m:ctrlPr>
                        </m:fPr>
                        <m:num>
                          <m:sSub>
                            <m:sSubPr>
                              <m:ctrlPr>
                                <w:rPr>
                                  <w:rFonts w:ascii="Cambria Math" w:hAnsi="Cambria Math" w:eastAsia="Cambria Math" w:cs="Cambria Math"/>
                                  <w:sz w:val="24"/>
                                  <w:szCs w:val="24"/>
                                </w:rPr>
                              </m:ctrlPr>
                            </m:sSubPr>
                            <m:e>
                              <m:r>
                                <w:rPr>
                                  <w:rFonts w:hint="default" w:ascii="Cambria Math" w:hAnsi="Cambria Math" w:eastAsia="Cambria Math" w:cs="Cambria Math"/>
                                  <w:sz w:val="24"/>
                                  <w:szCs w:val="24"/>
                                </w:rPr>
                                <m:rPr>
                                  <m:sty m:val="i"/>
                                </m:rPr>
                                <m:t>CPU</m:t>
                              </m:r>
                            </m:e>
                            <m:sub>
                              <m:r>
                                <w:rPr>
                                  <w:rFonts w:hint="default" w:ascii="Cambria Math" w:hAnsi="Cambria Math" w:eastAsia="Cambria Math" w:cs="Cambria Math"/>
                                  <w:sz w:val="24"/>
                                  <w:szCs w:val="24"/>
                                </w:rPr>
                                <m:rPr>
                                  <m:sty m:val="i"/>
                                </m:rPr>
                                <m:t>used</m:t>
                              </m:r>
                            </m:sub>
                          </m:sSub>
                        </m:num>
                        <m:den>
                          <m:sSub>
                            <m:sSubPr>
                              <m:ctrlPr>
                                <w:rPr>
                                  <w:rFonts w:ascii="Cambria Math" w:hAnsi="Cambria Math" w:eastAsia="Cambria Math" w:cs="Cambria Math"/>
                                  <w:sz w:val="24"/>
                                  <w:szCs w:val="24"/>
                                </w:rPr>
                              </m:ctrlPr>
                            </m:sSubPr>
                            <m:e>
                              <m:r>
                                <w:rPr>
                                  <w:rFonts w:hint="default" w:ascii="Cambria Math" w:hAnsi="Cambria Math" w:eastAsia="Cambria Math" w:cs="Cambria Math"/>
                                  <w:sz w:val="24"/>
                                  <w:szCs w:val="24"/>
                                </w:rPr>
                                <m:rPr>
                                  <m:sty m:val="i"/>
                                </m:rPr>
                                <m:t>CPU</m:t>
                              </m:r>
                            </m:e>
                            <m:sub>
                              <m:r>
                                <w:rPr>
                                  <w:rFonts w:hint="default" w:ascii="Cambria Math" w:hAnsi="Cambria Math" w:eastAsia="Cambria Math" w:cs="Cambria Math"/>
                                  <w:sz w:val="24"/>
                                  <w:szCs w:val="24"/>
                                </w:rPr>
                                <m:rPr>
                                  <m:sty m:val="i"/>
                                </m:rPr>
                                <m:t>total</m:t>
                              </m:r>
                            </m:sub>
                          </m:sSub>
                        </m:den>
                      </m:f>
                    </m:e>
                  </m:d>
                </m:e>
                <m:sup>
                  <m:r>
                    <w:rPr>
                      <w:rFonts w:hint="default" w:ascii="Cambria Math" w:hAnsi="Cambria Math" w:eastAsia="Cambria Math" w:cs="Cambria Math"/>
                      <w:sz w:val="24"/>
                      <w:szCs w:val="24"/>
                    </w:rPr>
                    <m:rPr>
                      <m:sty m:val="p"/>
                    </m:rPr>
                    <m:t>2</m:t>
                  </m:r>
                </m:sup>
              </m:sSup>
              <m:r>
                <w:rPr>
                  <w:rFonts w:hint="default" w:ascii="Cambria Math" w:hAnsi="Cambria Math" w:eastAsia="Cambria Math" w:cs="Cambria Math"/>
                  <w:sz w:val="24"/>
                  <w:szCs w:val="24"/>
                </w:rPr>
                <m:rPr>
                  <m:sty m:val="p"/>
                </m:rPr>
                <m:t>+β∙</m:t>
              </m:r>
              <m:f>
                <m:fPr>
                  <m:ctrlPr>
                    <w:rPr>
                      <w:rFonts w:ascii="Cambria Math" w:hAnsi="Cambria Math" w:eastAsia="Cambria Math" w:cs="Cambria Math"/>
                      <w:i/>
                      <w:sz w:val="24"/>
                      <w:szCs w:val="24"/>
                    </w:rPr>
                  </m:ctrlPr>
                </m:fPr>
                <m:num>
                  <m:sSub>
                    <m:sSubPr>
                      <m:ctrlPr>
                        <w:rPr>
                          <w:rFonts w:ascii="Cambria Math" w:hAnsi="Cambria Math" w:eastAsia="Cambria Math" w:cs="Cambria Math"/>
                          <w:sz w:val="24"/>
                          <w:szCs w:val="24"/>
                        </w:rPr>
                      </m:ctrlPr>
                    </m:sSubPr>
                    <m:e>
                      <m:r>
                        <w:rPr>
                          <w:rFonts w:hint="default" w:ascii="Cambria Math" w:hAnsi="Cambria Math" w:eastAsia="Cambria Math" w:cs="Cambria Math"/>
                          <w:sz w:val="24"/>
                          <w:szCs w:val="24"/>
                        </w:rPr>
                        <m:rPr>
                          <m:sty m:val="i"/>
                        </m:rPr>
                        <m:t>RAM</m:t>
                      </m:r>
                    </m:e>
                    <m:sub>
                      <m:r>
                        <w:rPr>
                          <w:rFonts w:hint="default" w:ascii="Cambria Math" w:hAnsi="Cambria Math" w:eastAsia="Cambria Math" w:cs="Cambria Math"/>
                          <w:sz w:val="24"/>
                          <w:szCs w:val="24"/>
                        </w:rPr>
                        <m:rPr>
                          <m:sty m:val="i"/>
                        </m:rPr>
                        <m:t>used</m:t>
                      </m:r>
                    </m:sub>
                  </m:sSub>
                </m:num>
                <m:den>
                  <m:sSub>
                    <m:sSubPr>
                      <m:ctrlPr>
                        <w:rPr>
                          <w:rFonts w:ascii="Cambria Math" w:hAnsi="Cambria Math" w:eastAsia="Cambria Math" w:cs="Cambria Math"/>
                          <w:sz w:val="24"/>
                          <w:szCs w:val="24"/>
                        </w:rPr>
                      </m:ctrlPr>
                    </m:sSubPr>
                    <m:e>
                      <m:r>
                        <w:rPr>
                          <w:rFonts w:hint="default" w:ascii="Cambria Math" w:hAnsi="Cambria Math" w:eastAsia="Cambria Math" w:cs="Cambria Math"/>
                          <w:sz w:val="24"/>
                          <w:szCs w:val="24"/>
                        </w:rPr>
                        <m:rPr>
                          <m:sty m:val="i"/>
                        </m:rPr>
                        <m:t>RAM</m:t>
                      </m:r>
                    </m:e>
                    <m:sub>
                      <m:r>
                        <w:rPr>
                          <w:rFonts w:hint="default" w:ascii="Cambria Math" w:hAnsi="Cambria Math" w:eastAsia="Cambria Math" w:cs="Cambria Math"/>
                          <w:sz w:val="24"/>
                          <w:szCs w:val="24"/>
                        </w:rPr>
                        <m:rPr>
                          <m:sty m:val="i"/>
                        </m:rPr>
                        <m:t>total</m:t>
                      </m:r>
                    </m:sub>
                  </m:sSub>
                </m:den>
              </m:f>
              <m:r>
                <w:rPr>
                  <w:rFonts w:hint="default" w:ascii="Cambria Math" w:hAnsi="Cambria Math" w:eastAsia="Cambria Math" w:cs="Cambria Math"/>
                  <w:sz w:val="24"/>
                  <w:szCs w:val="24"/>
                </w:rPr>
                <m:rPr>
                  <m:sty m:val="p"/>
                </m:rPr>
                <m:t>+</m:t>
              </m:r>
              <m:r>
                <w:rPr>
                  <w:rFonts w:hint="default" w:ascii="Cambria Math" w:hAnsi="Cambria Math" w:eastAsia="Cambria Math" w:cs="Cambria Math"/>
                  <w:sz w:val="24"/>
                  <w:szCs w:val="24"/>
                </w:rPr>
                <m:rPr>
                  <m:sty m:val="p"/>
                </m:rPr>
                <m:t>γ</m:t>
              </m:r>
              <m:r>
                <w:rPr>
                  <w:rFonts w:hint="default" w:ascii="Cambria Math" w:hAnsi="Cambria Math" w:eastAsia="Cambria Math" w:cs="Cambria Math"/>
                  <w:sz w:val="24"/>
                  <w:szCs w:val="24"/>
                </w:rPr>
                <m:rPr>
                  <m:sty m:val="p"/>
                </m:rPr>
                <m:t>∙</m:t>
              </m:r>
              <m:f>
                <m:fPr>
                  <m:ctrlPr>
                    <w:rPr>
                      <w:rFonts w:ascii="Cambria Math" w:hAnsi="Cambria Math" w:eastAsia="Cambria Math" w:cs="Cambria Math"/>
                      <w:i/>
                      <w:sz w:val="24"/>
                      <w:szCs w:val="24"/>
                    </w:rPr>
                  </m:ctrlPr>
                </m:fPr>
                <m:num>
                  <m:sSub>
                    <m:sSubPr>
                      <m:ctrlPr>
                        <w:rPr>
                          <w:rFonts w:ascii="Cambria Math" w:hAnsi="Cambria Math" w:eastAsia="Cambria Math" w:cs="Cambria Math"/>
                          <w:sz w:val="24"/>
                          <w:szCs w:val="24"/>
                        </w:rPr>
                      </m:ctrlPr>
                    </m:sSubPr>
                    <m:e>
                      <m:r>
                        <w:rPr>
                          <w:rFonts w:hint="default" w:ascii="Cambria Math" w:hAnsi="Cambria Math" w:eastAsia="Cambria Math" w:cs="Cambria Math"/>
                          <w:sz w:val="24"/>
                          <w:szCs w:val="24"/>
                        </w:rPr>
                        <m:rPr>
                          <m:sty m:val="i"/>
                        </m:rPr>
                        <m:t>IOPS</m:t>
                      </m:r>
                    </m:e>
                    <m:sub>
                      <m:r>
                        <w:rPr>
                          <w:rFonts w:hint="default" w:ascii="Cambria Math" w:hAnsi="Cambria Math" w:eastAsia="Cambria Math" w:cs="Cambria Math"/>
                          <w:sz w:val="24"/>
                          <w:szCs w:val="24"/>
                        </w:rPr>
                        <m:rPr>
                          <m:sty m:val="i"/>
                        </m:rPr>
                        <m:t>cur</m:t>
                      </m:r>
                    </m:sub>
                  </m:sSub>
                </m:num>
                <m:den>
                  <m:sSub>
                    <m:sSubPr>
                      <m:ctrlPr>
                        <w:rPr>
                          <w:rFonts w:ascii="Cambria Math" w:hAnsi="Cambria Math" w:eastAsia="Cambria Math" w:cs="Cambria Math"/>
                          <w:sz w:val="24"/>
                          <w:szCs w:val="24"/>
                        </w:rPr>
                      </m:ctrlPr>
                    </m:sSubPr>
                    <m:e>
                      <m:r>
                        <w:rPr>
                          <w:rFonts w:hint="default" w:ascii="Cambria Math" w:hAnsi="Cambria Math" w:eastAsia="Cambria Math" w:cs="Cambria Math"/>
                          <w:sz w:val="24"/>
                          <w:szCs w:val="24"/>
                        </w:rPr>
                        <m:rPr>
                          <m:sty m:val="i"/>
                        </m:rPr>
                        <m:t>IOPS</m:t>
                      </m:r>
                    </m:e>
                    <m:sub>
                      <m:r>
                        <w:rPr>
                          <w:rFonts w:hint="default" w:ascii="Cambria Math" w:hAnsi="Cambria Math" w:eastAsia="Cambria Math" w:cs="Cambria Math"/>
                          <w:sz w:val="24"/>
                          <w:szCs w:val="24"/>
                        </w:rPr>
                        <m:rPr>
                          <m:sty m:val="i"/>
                        </m:rPr>
                        <m:t>max</m:t>
                      </m:r>
                    </m:sub>
                  </m:sSub>
                </m:den>
              </m:f>
            </m:oMath>
            <w:r>
              <w:rPr>
                <w:rFonts w:ascii="Liberation Serif" w:hAnsi="Liberation Serif" w:eastAsia="Liberation Serif" w:cs="Liberation Serif"/>
                <w:lang w:val="en-US"/>
              </w:rPr>
              <w:t xml:space="preserve">,</w:t>
            </w:r>
            <w:r>
              <w:rPr>
                <w:rFonts w:ascii="Liberation Serif" w:hAnsi="Liberation Serif" w:eastAsia="Liberation Serif" w:cs="Liberation Serif"/>
                <w:lang w:val="en-US" w:bidi="en-US"/>
              </w:rPr>
            </w:r>
            <w:r>
              <w:rPr>
                <w:rFonts w:ascii="Liberation Serif" w:hAnsi="Liberation Serif" w:eastAsia="Liberation Serif" w:cs="Liberation Serif"/>
                <w:lang w:val="en-US"/>
              </w:rPr>
            </w:r>
          </w:p>
        </w:tc>
        <w:tc>
          <w:tcPr>
            <w:tcBorders>
              <w:top w:val="nil" w:color="000000" w:sz="4" w:space="0"/>
              <w:left w:val="nil" w:color="000000" w:sz="4" w:space="0"/>
              <w:bottom w:val="nil" w:color="000000" w:sz="4" w:space="0"/>
              <w:right w:val="nil" w:color="000000" w:sz="4" w:space="0"/>
            </w:tcBorders>
            <w:tcW w:w="850" w:type="dxa"/>
            <w:vAlign w:val="center"/>
            <w:textDirection w:val="lrTb"/>
            <w:noWrap w:val="false"/>
          </w:tcPr>
          <w:p>
            <w:pPr>
              <w:pStyle w:val="Article_Formula"/>
              <w:keepLines/>
              <w:ind w:firstLine="0"/>
              <w:jc w:val="right"/>
            </w:pPr>
            <w:r>
              <w:rPr>
                <w:rFonts w:ascii="Liberation Serif" w:hAnsi="Liberation Serif" w:eastAsia="Liberation Serif" w:cs="Liberation Serif"/>
                <w:b w:val="0"/>
                <w:i w:val="0"/>
                <w:lang w:val="en-US" w:bidi="en-US"/>
              </w:rPr>
              <w:t xml:space="preserve">(1)</w:t>
            </w:r>
            <w:r>
              <w:rPr>
                <w:rFonts w:ascii="Liberation Serif" w:hAnsi="Liberation Serif" w:eastAsia="Liberation Serif" w:cs="Liberation Serif"/>
                <w:b w:val="0"/>
                <w:i w:val="0"/>
                <w:lang w:val="en-US"/>
              </w:rPr>
            </w:r>
          </w:p>
        </w:tc>
      </w:tr>
    </w:tbl>
    <w:p>
      <w:pPr>
        <w:pStyle w:val="Article_Body"/>
      </w:pPr>
      <w:r>
        <w:t xml:space="preserve">где </w:t>
      </w:r>
      <m:oMath>
        <m:r>
          <m:rPr>
            <m:sty m:val="p"/>
          </m:rPr>
          <w:rPr>
            <w:rFonts w:ascii="Cambria Math" w:hAnsi="Cambria Math" w:eastAsia="Cambria Math" w:cs="Cambria Math"/>
            <w:sz w:val="24"/>
          </w:rPr>
          <m:t>α</m:t>
        </m:r>
      </m:oMath>
      <w:r>
        <w:t xml:space="preserve">, </w:t>
      </w:r>
      <m:oMath>
        <m:r>
          <m:rPr>
            <m:sty m:val="p"/>
          </m:rPr>
          <w:rPr>
            <w:rFonts w:ascii="Cambria Math" w:hAnsi="Cambria Math" w:eastAsia="Cambria Math" w:cs="Cambria Math"/>
            <w:sz w:val="24"/>
          </w:rPr>
          <m:t>β</m:t>
        </m:r>
      </m:oMath>
      <w:r>
        <w:t xml:space="preserve">, </w:t>
      </w:r>
      <m:oMath>
        <m:r>
          <m:rPr>
            <m:sty m:val="p"/>
          </m:rPr>
          <w:rPr>
            <w:rFonts w:ascii="Cambria Math" w:hAnsi="Cambria Math" w:eastAsia="Cambria Math" w:cs="Cambria Math"/>
            <w:sz w:val="24"/>
          </w:rPr>
          <m:t>γ</m:t>
        </m:r>
      </m:oMath>
      <w:r>
        <w:t xml:space="preserve"> — неотрицательные безразмерные веса, сумма которых равна единице; </w:t>
      </w:r>
      <m:oMath>
        <m:sSub>
          <m:e>
            <m:r>
              <m:rPr>
                <m:sty m:val="i"/>
              </m:rPr>
              <w:rPr>
                <w:rFonts w:ascii="Cambria Math" w:hAnsi="Cambria Math" w:eastAsia="Cambria Math" w:cs="Cambria Math"/>
                <w:sz w:val="24"/>
              </w:rPr>
              <m:t>CPU</m:t>
            </m:r>
          </m:e>
          <m:sub>
            <m:r>
              <m:rPr>
                <m:sty m:val="i"/>
              </m:rPr>
              <w:rPr>
                <w:rFonts w:ascii="Cambria Math" w:hAnsi="Cambria Math" w:eastAsia="Cambria Math" w:cs="Cambria Math"/>
                <w:sz w:val="24"/>
              </w:rPr>
              <m:t>used</m:t>
            </m:r>
          </m:sub>
        </m:sSub>
      </m:oMath>
      <w:r>
        <w:t xml:space="preserve"> и </w:t>
      </w:r>
      <m:oMath>
        <m:sSub>
          <m:e>
            <m:r>
              <m:rPr>
                <m:sty m:val="i"/>
              </m:rPr>
              <w:rPr>
                <w:rFonts w:ascii="Cambria Math" w:hAnsi="Cambria Math" w:eastAsia="Cambria Math" w:cs="Cambria Math"/>
                <w:sz w:val="24"/>
              </w:rPr>
              <m:t>CPU</m:t>
            </m:r>
          </m:e>
          <m:sub>
            <m:r>
              <m:rPr>
                <m:sty m:val="i"/>
              </m:rPr>
              <w:rPr>
                <w:rFonts w:ascii="Cambria Math" w:hAnsi="Cambria Math" w:eastAsia="Cambria Math" w:cs="Cambria Math"/>
                <w:sz w:val="24"/>
              </w:rPr>
              <m:t>total</m:t>
            </m:r>
          </m:sub>
        </m:sSub>
      </m:oMath>
      <w:r>
        <w:t xml:space="preserve"> — использованная и доступная вычислительная мощность; </w:t>
      </w:r>
      <m:oMath>
        <m:sSub>
          <m:e>
            <m:r>
              <m:rPr>
                <m:sty m:val="i"/>
              </m:rPr>
              <w:rPr>
                <w:rFonts w:ascii="Cambria Math" w:hAnsi="Cambria Math" w:eastAsia="Cambria Math" w:cs="Cambria Math"/>
                <w:sz w:val="24"/>
              </w:rPr>
              <m:t>RAM</m:t>
            </m:r>
          </m:e>
          <m:sub>
            <m:r>
              <m:rPr>
                <m:sty m:val="i"/>
              </m:rPr>
              <w:rPr>
                <w:rFonts w:ascii="Cambria Math" w:hAnsi="Cambria Math" w:eastAsia="Cambria Math" w:cs="Cambria Math"/>
                <w:sz w:val="24"/>
              </w:rPr>
              <m:t>used</m:t>
            </m:r>
          </m:sub>
        </m:sSub>
      </m:oMath>
      <w:r>
        <w:t xml:space="preserve"> и </w:t>
      </w:r>
      <m:oMath>
        <m:sSub>
          <m:e>
            <m:r>
              <m:rPr>
                <m:sty m:val="i"/>
              </m:rPr>
              <w:rPr>
                <w:rFonts w:ascii="Cambria Math" w:hAnsi="Cambria Math" w:eastAsia="Cambria Math" w:cs="Cambria Math"/>
                <w:sz w:val="24"/>
              </w:rPr>
              <m:t>RAM</m:t>
            </m:r>
          </m:e>
          <m:sub>
            <m:r>
              <m:rPr>
                <m:sty m:val="i"/>
              </m:rPr>
              <w:rPr>
                <w:rFonts w:ascii="Cambria Math" w:hAnsi="Cambria Math" w:eastAsia="Cambria Math" w:cs="Cambria Math"/>
                <w:sz w:val="24"/>
              </w:rPr>
              <m:t>total</m:t>
            </m:r>
          </m:sub>
        </m:sSub>
      </m:oMath>
      <w:r>
        <w:t xml:space="preserve"> — использованный и доступный объём оперативной памяти; </w:t>
      </w:r>
      <m:oMath>
        <m:sSub>
          <m:e>
            <m:r>
              <m:rPr>
                <m:sty m:val="i"/>
              </m:rPr>
              <w:rPr>
                <w:rFonts w:ascii="Cambria Math" w:hAnsi="Cambria Math" w:eastAsia="Cambria Math" w:cs="Cambria Math"/>
                <w:sz w:val="24"/>
              </w:rPr>
              <m:t>IOPS</m:t>
            </m:r>
          </m:e>
          <m:sub>
            <m:r>
              <m:rPr>
                <m:sty m:val="i"/>
              </m:rPr>
              <w:rPr>
                <w:rFonts w:ascii="Cambria Math" w:hAnsi="Cambria Math" w:eastAsia="Cambria Math" w:cs="Cambria Math"/>
                <w:sz w:val="24"/>
              </w:rPr>
              <m:t>cur</m:t>
            </m:r>
          </m:sub>
        </m:sSub>
      </m:oMath>
      <w:r>
        <w:t xml:space="preserve"> и </w:t>
      </w:r>
      <m:oMath>
        <m:sSub>
          <m:e>
            <m:r>
              <m:rPr>
                <m:sty m:val="i"/>
              </m:rPr>
              <w:rPr>
                <w:rFonts w:ascii="Cambria Math" w:hAnsi="Cambria Math" w:eastAsia="Cambria Math" w:cs="Cambria Math"/>
                <w:sz w:val="24"/>
              </w:rPr>
              <m:t>IOPS</m:t>
            </m:r>
          </m:e>
          <m:sub>
            <m:r>
              <m:rPr>
                <m:sty m:val="i"/>
              </m:rPr>
              <w:rPr>
                <w:rFonts w:ascii="Cambria Math" w:hAnsi="Cambria Math" w:eastAsia="Cambria Math" w:cs="Cambria Math"/>
                <w:sz w:val="24"/>
              </w:rPr>
              <m:t>max</m:t>
            </m:r>
          </m:sub>
        </m:sSub>
      </m:oMath>
      <w:r>
        <w:t xml:space="preserve"> — текущая и предельная интенсивность операций ввода-вывода.</w:t>
      </w:r>
    </w:p>
    <w:p>
      <w:pPr>
        <w:pStyle w:val="Article_Body"/>
      </w:pPr>
      <w:r>
        <w:rPr/>
        <w:t xml:space="preserve">В качестве второго примера рассматривается линейный индекс нагрузки, учитывающий состояние очереди:</w:t>
      </w:r>
    </w:p>
    <w:tbl>
      <w:tblPr>
        <w:tblStyle w:val="12"/>
        <w:jc w:val="center"/>
        <w:tblW w:w="9638" w:type="dxa"/>
        <w:tblBorders>
          <w:top w:val="nil"/>
          <w:left w:val="nil"/>
          <w:bottom w:val="nil"/>
          <w:right w:val="nil"/>
          <w:insideH w:val="nil"/>
          <w:insideV w:val="nil"/>
        </w:tblBorders>
        <w:tblLayout w:type="fixed"/>
        <w:tblLook w:val="04A0" w:firstRow="1" w:lastRow="0" w:firstColumn="1" w:lastColumn="0" w:noHBand="0" w:noVBand="1"/>
      </w:tblPr>
      <w:tblGrid>
        <w:gridCol w:w="8787"/>
        <w:gridCol w:w="850"/>
      </w:tblGrid>
      <w:tr>
        <w:trPr>
          <w:cantSplit/>
        </w:trPr>
        <w:tc>
          <w:tcPr>
            <w:tcBorders>
              <w:top w:val="nil" w:color="000000" w:sz="4" w:space="0"/>
              <w:left w:val="nil" w:color="000000" w:sz="4" w:space="0"/>
              <w:bottom w:val="nil" w:color="000000" w:sz="4" w:space="0"/>
              <w:right w:val="nil" w:color="000000" w:sz="4" w:space="0"/>
            </w:tcBorders>
            <w:tcW w:w="8787" w:type="dxa"/>
            <w:vAlign w:val="center"/>
            <w:textDirection w:val="lrTb"/>
            <w:noWrap w:val="false"/>
          </w:tcPr>
          <w:p>
            <w:pPr>
              <w:pStyle w:val="Article_Formula"/>
              <w:keepLines/>
              <w:ind w:firstLine="0"/>
              <w:jc w:val="center"/>
            </w:pPr>
            <m:oMath>
              <m:sSub>
                <m:sSubPr>
                  <m:ctrlPr>
                    <w:rPr>
                      <w:rFonts w:ascii="Cambria Math" w:hAnsi="Cambria Math" w:eastAsia="Cambria Math" w:cs="Cambria Math"/>
                      <w:sz w:val="24"/>
                      <w:szCs w:val="24"/>
                    </w:rPr>
                  </m:ctrlPr>
                </m:sSubPr>
                <m:e>
                  <m:r>
                    <w:rPr>
                      <w:rFonts w:ascii="Cambria Math" w:hAnsi="Cambria Math" w:eastAsia="Cambria Math" w:cs="Cambria Math"/>
                      <w:sz w:val="24"/>
                      <w:szCs w:val="24"/>
                    </w:rPr>
                    <m:rPr>
                      <m:sty m:val="i"/>
                    </m:rPr>
                    <m:t>L</m:t>
                  </m:r>
                </m:e>
                <m:sub>
                  <m:r>
                    <w:rPr>
                      <w:rFonts w:ascii="Cambria Math" w:hAnsi="Cambria Math" w:eastAsia="Cambria Math" w:cs="Cambria Math"/>
                      <w:sz w:val="24"/>
                      <w:szCs w:val="24"/>
                    </w:rPr>
                    <m:rPr>
                      <m:sty m:val="i"/>
                    </m:rPr>
                    <m:t>score</m:t>
                  </m:r>
                </m:sub>
              </m:sSub>
              <m:r>
                <w:rPr>
                  <w:rFonts w:ascii="Cambria Math" w:hAnsi="Cambria Math" w:eastAsia="Cambria Math" w:cs="Cambria Math"/>
                  <w:sz w:val="24"/>
                  <w:szCs w:val="24"/>
                </w:rPr>
                <m:rPr>
                  <m:sty m:val="p"/>
                </m:rPr>
                <m:t>=</m:t>
              </m:r>
              <m:sSub>
                <m:sSubPr>
                  <m:ctrlPr>
                    <w:rPr>
                      <w:rFonts w:ascii="Cambria Math" w:hAnsi="Cambria Math" w:eastAsia="Cambria Math" w:cs="Cambria Math"/>
                      <w:sz w:val="24"/>
                      <w:szCs w:val="24"/>
                    </w:rPr>
                  </m:ctrlPr>
                </m:sSubPr>
                <m:e>
                  <m:r>
                    <w:rPr>
                      <w:rFonts w:ascii="Cambria Math" w:hAnsi="Cambria Math" w:eastAsia="Cambria Math" w:cs="Cambria Math"/>
                      <w:sz w:val="24"/>
                      <w:szCs w:val="24"/>
                    </w:rPr>
                    <m:rPr>
                      <m:sty m:val="p"/>
                    </m:rPr>
                    <m:t>β</m:t>
                  </m:r>
                </m:e>
                <m:sub>
                  <m:r>
                    <w:rPr>
                      <w:rFonts w:ascii="Cambria Math" w:hAnsi="Cambria Math" w:eastAsia="Cambria Math" w:cs="Cambria Math"/>
                      <w:sz w:val="24"/>
                      <w:szCs w:val="24"/>
                    </w:rPr>
                    <m:rPr>
                      <m:sty m:val="p"/>
                    </m:rPr>
                    <m:t>1</m:t>
                  </m:r>
                </m:sub>
              </m:sSub>
              <m:r>
                <w:rPr>
                  <w:rFonts w:ascii="Cambria Math" w:hAnsi="Cambria Math" w:eastAsia="Cambria Math" w:cs="Cambria Math"/>
                  <w:sz w:val="24"/>
                  <w:szCs w:val="24"/>
                </w:rPr>
                <m:rPr>
                  <m:sty m:val="p"/>
                </m:rPr>
                <m:t>·</m:t>
              </m:r>
              <m:sSub>
                <m:sSubPr>
                  <m:ctrlPr>
                    <w:rPr>
                      <w:rFonts w:ascii="Cambria Math" w:hAnsi="Cambria Math" w:eastAsia="Cambria Math" w:cs="Cambria Math"/>
                      <w:sz w:val="24"/>
                      <w:szCs w:val="24"/>
                    </w:rPr>
                  </m:ctrlPr>
                </m:sSubPr>
                <m:e>
                  <m:r>
                    <w:rPr>
                      <w:rFonts w:ascii="Cambria Math" w:hAnsi="Cambria Math" w:eastAsia="Cambria Math" w:cs="Cambria Math"/>
                      <w:sz w:val="24"/>
                      <w:szCs w:val="24"/>
                    </w:rPr>
                    <m:rPr>
                      <m:sty m:val="i"/>
                    </m:rPr>
                    <m:t>Q</m:t>
                  </m:r>
                </m:e>
                <m:sub>
                  <m:r>
                    <w:rPr>
                      <w:rFonts w:ascii="Cambria Math" w:hAnsi="Cambria Math" w:eastAsia="Cambria Math" w:cs="Cambria Math"/>
                      <w:sz w:val="24"/>
                      <w:szCs w:val="24"/>
                    </w:rPr>
                    <m:rPr>
                      <m:sty m:val="i"/>
                    </m:rPr>
                    <m:t>t</m:t>
                  </m:r>
                </m:sub>
              </m:sSub>
              <m:r>
                <w:rPr>
                  <w:rFonts w:ascii="Cambria Math" w:hAnsi="Cambria Math" w:eastAsia="Cambria Math" w:cs="Cambria Math"/>
                  <w:sz w:val="24"/>
                  <w:szCs w:val="24"/>
                </w:rPr>
                <m:rPr>
                  <m:sty m:val="p"/>
                </m:rPr>
                <m:t>+</m:t>
              </m:r>
              <m:sSub>
                <m:sSubPr>
                  <m:ctrlPr>
                    <w:rPr>
                      <w:rFonts w:ascii="Cambria Math" w:hAnsi="Cambria Math" w:eastAsia="Cambria Math" w:cs="Cambria Math"/>
                      <w:sz w:val="24"/>
                      <w:szCs w:val="24"/>
                    </w:rPr>
                  </m:ctrlPr>
                </m:sSubPr>
                <m:e>
                  <m:r>
                    <w:rPr>
                      <w:rFonts w:ascii="Cambria Math" w:hAnsi="Cambria Math" w:eastAsia="Cambria Math" w:cs="Cambria Math"/>
                      <w:sz w:val="24"/>
                      <w:szCs w:val="24"/>
                    </w:rPr>
                    <m:rPr>
                      <m:sty m:val="p"/>
                    </m:rPr>
                    <m:t>β</m:t>
                  </m:r>
                </m:e>
                <m:sub>
                  <m:r>
                    <w:rPr>
                      <w:rFonts w:ascii="Cambria Math" w:hAnsi="Cambria Math" w:eastAsia="Cambria Math" w:cs="Cambria Math"/>
                      <w:sz w:val="24"/>
                      <w:szCs w:val="24"/>
                    </w:rPr>
                    <m:rPr>
                      <m:sty m:val="p"/>
                    </m:rPr>
                    <m:t>2</m:t>
                  </m:r>
                </m:sub>
              </m:sSub>
              <m:r>
                <w:rPr>
                  <w:rFonts w:ascii="Cambria Math" w:hAnsi="Cambria Math" w:eastAsia="Cambria Math" w:cs="Cambria Math"/>
                  <w:sz w:val="24"/>
                  <w:szCs w:val="24"/>
                </w:rPr>
                <m:rPr>
                  <m:sty m:val="p"/>
                </m:rPr>
                <m:t>·</m:t>
              </m:r>
              <m:r>
                <w:rPr>
                  <w:rFonts w:ascii="Cambria Math" w:hAnsi="Cambria Math" w:eastAsia="Cambria Math" w:cs="Cambria Math"/>
                  <w:sz w:val="24"/>
                  <w:szCs w:val="24"/>
                </w:rPr>
                <m:rPr>
                  <m:sty m:val="p"/>
                </m:rPr>
                <m:t>Δ</m:t>
              </m:r>
              <m:sSub>
                <m:sSubPr>
                  <m:ctrlPr>
                    <w:rPr>
                      <w:rFonts w:ascii="Cambria Math" w:hAnsi="Cambria Math" w:eastAsia="Cambria Math" w:cs="Cambria Math"/>
                      <w:sz w:val="24"/>
                      <w:szCs w:val="24"/>
                    </w:rPr>
                  </m:ctrlPr>
                </m:sSubPr>
                <m:e>
                  <m:r>
                    <w:rPr>
                      <w:rFonts w:ascii="Cambria Math" w:hAnsi="Cambria Math" w:eastAsia="Cambria Math" w:cs="Cambria Math"/>
                      <w:sz w:val="24"/>
                      <w:szCs w:val="24"/>
                    </w:rPr>
                    <m:rPr>
                      <m:sty m:val="i"/>
                    </m:rPr>
                    <m:t>Q</m:t>
                  </m:r>
                </m:e>
                <m:sub>
                  <m:r>
                    <w:rPr>
                      <w:rFonts w:ascii="Cambria Math" w:hAnsi="Cambria Math" w:eastAsia="Cambria Math" w:cs="Cambria Math"/>
                      <w:sz w:val="24"/>
                      <w:szCs w:val="24"/>
                    </w:rPr>
                    <m:rPr>
                      <m:sty m:val="i"/>
                    </m:rPr>
                    <m:t>t</m:t>
                  </m:r>
                </m:sub>
              </m:sSub>
              <m:r>
                <w:rPr>
                  <w:rFonts w:ascii="Cambria Math" w:hAnsi="Cambria Math" w:eastAsia="Cambria Math" w:cs="Cambria Math"/>
                  <w:sz w:val="24"/>
                  <w:szCs w:val="24"/>
                </w:rPr>
                <m:rPr>
                  <m:sty m:val="p"/>
                </m:rPr>
                <m:t>+</m:t>
              </m:r>
              <m:sSub>
                <m:sSubPr>
                  <m:ctrlPr>
                    <w:rPr>
                      <w:rFonts w:ascii="Cambria Math" w:hAnsi="Cambria Math" w:eastAsia="Cambria Math" w:cs="Cambria Math"/>
                      <w:sz w:val="24"/>
                      <w:szCs w:val="24"/>
                    </w:rPr>
                  </m:ctrlPr>
                </m:sSubPr>
                <m:e>
                  <m:r>
                    <w:rPr>
                      <w:rFonts w:ascii="Cambria Math" w:hAnsi="Cambria Math" w:eastAsia="Cambria Math" w:cs="Cambria Math"/>
                      <w:sz w:val="24"/>
                      <w:szCs w:val="24"/>
                    </w:rPr>
                    <m:rPr>
                      <m:sty m:val="p"/>
                    </m:rPr>
                    <m:t>β</m:t>
                  </m:r>
                </m:e>
                <m:sub>
                  <m:r>
                    <w:rPr>
                      <w:rFonts w:ascii="Cambria Math" w:hAnsi="Cambria Math" w:eastAsia="Cambria Math" w:cs="Cambria Math"/>
                      <w:sz w:val="24"/>
                      <w:szCs w:val="24"/>
                    </w:rPr>
                    <m:rPr>
                      <m:sty m:val="p"/>
                    </m:rPr>
                    <m:t>3</m:t>
                  </m:r>
                </m:sub>
              </m:sSub>
              <m:r>
                <w:rPr>
                  <w:rFonts w:ascii="Cambria Math" w:hAnsi="Cambria Math" w:eastAsia="Cambria Math" w:cs="Cambria Math"/>
                  <w:sz w:val="24"/>
                  <w:szCs w:val="24"/>
                </w:rPr>
                <m:rPr>
                  <m:sty m:val="p"/>
                </m:rPr>
                <m:t>·</m:t>
              </m:r>
              <m:sSub>
                <m:sSubPr>
                  <m:ctrlPr>
                    <w:rPr>
                      <w:rFonts w:ascii="Cambria Math" w:hAnsi="Cambria Math" w:eastAsia="Cambria Math" w:cs="Cambria Math"/>
                      <w:sz w:val="24"/>
                      <w:szCs w:val="24"/>
                    </w:rPr>
                  </m:ctrlPr>
                </m:sSubPr>
                <m:e>
                  <m:r>
                    <w:rPr>
                      <w:rFonts w:ascii="Cambria Math" w:hAnsi="Cambria Math" w:eastAsia="Cambria Math" w:cs="Cambria Math"/>
                      <w:sz w:val="24"/>
                      <w:szCs w:val="24"/>
                    </w:rPr>
                    <m:rPr>
                      <m:sty m:val="i"/>
                    </m:rPr>
                    <m:t>CPU</m:t>
                  </m:r>
                </m:e>
                <m:sub>
                  <m:r>
                    <w:rPr>
                      <w:rFonts w:ascii="Cambria Math" w:hAnsi="Cambria Math" w:eastAsia="Cambria Math" w:cs="Cambria Math"/>
                      <w:sz w:val="24"/>
                      <w:szCs w:val="24"/>
                    </w:rPr>
                    <m:rPr>
                      <m:sty m:val="i"/>
                    </m:rPr>
                    <m:t>t</m:t>
                  </m:r>
                </m:sub>
              </m:sSub>
            </m:oMath>
          </w:p>
        </w:tc>
        <w:tc>
          <w:tcPr>
            <w:tcBorders>
              <w:top w:val="nil" w:color="000000" w:sz="4" w:space="0"/>
              <w:left w:val="nil" w:color="000000" w:sz="4" w:space="0"/>
              <w:bottom w:val="nil" w:color="000000" w:sz="4" w:space="0"/>
              <w:right w:val="nil" w:color="000000" w:sz="4" w:space="0"/>
            </w:tcBorders>
            <w:tcW w:w="850" w:type="dxa"/>
            <w:vAlign w:val="center"/>
            <w:textDirection w:val="lrTb"/>
            <w:noWrap w:val="false"/>
          </w:tcPr>
          <w:p>
            <w:pPr>
              <w:pStyle w:val="Article_Formula"/>
              <w:keepLines/>
              <w:ind w:firstLine="0"/>
              <w:jc w:val="right"/>
            </w:pPr>
            <w:r>
              <w:rPr>
                <w:rFonts w:ascii="Liberation Serif" w:hAnsi="Liberation Serif" w:eastAsia="Liberation Serif" w:cs="Liberation Serif"/>
              </w:rPr>
              <w:t>(2)</w:t>
            </w:r>
          </w:p>
        </w:tc>
      </w:tr>
    </w:tbl>
    <w:p>
      <w:pPr>
        <w:pStyle w:val="Article_Body"/>
      </w:pPr>
      <w:r>
        <w:t xml:space="preserve">где </w:t>
      </w:r>
      <m:oMath>
        <m:sSub>
          <m:e>
            <m:r>
              <m:rPr>
                <m:sty m:val="i"/>
              </m:rPr>
              <w:rPr>
                <w:rFonts w:ascii="Cambria Math" w:hAnsi="Cambria Math" w:eastAsia="Cambria Math" w:cs="Cambria Math"/>
                <w:sz w:val="24"/>
              </w:rPr>
              <m:t>Q</m:t>
            </m:r>
          </m:e>
          <m:sub>
            <m:r>
              <m:rPr>
                <m:sty m:val="i"/>
              </m:rPr>
              <w:rPr>
                <w:rFonts w:ascii="Cambria Math" w:hAnsi="Cambria Math" w:eastAsia="Cambria Math" w:cs="Cambria Math"/>
                <w:sz w:val="24"/>
              </w:rPr>
              <m:t>t</m:t>
            </m:r>
          </m:sub>
        </m:sSub>
      </m:oMath>
      <w:r>
        <w:t xml:space="preserve"> — длина очереди, делённая на заданную положительную опорную длину; </w:t>
      </w:r>
      <m:oMath>
        <m:sSub>
          <m:e>
            <m:r>
              <m:rPr>
                <m:sty m:val="p"/>
              </m:rPr>
              <w:rPr>
                <w:rFonts w:ascii="Cambria Math" w:hAnsi="Cambria Math" w:eastAsia="Cambria Math" w:cs="Cambria Math"/>
                <w:sz w:val="24"/>
              </w:rPr>
              <m:t>Δ</m:t>
            </m:r>
            <m:r>
              <m:rPr>
                <m:sty m:val="i"/>
              </m:rPr>
              <w:rPr>
                <w:rFonts w:ascii="Cambria Math" w:hAnsi="Cambria Math" w:eastAsia="Cambria Math" w:cs="Cambria Math"/>
                <w:sz w:val="24"/>
              </w:rPr>
              <m:t>Q</m:t>
            </m:r>
          </m:e>
          <m:sub>
            <m:r>
              <m:rPr>
                <m:sty m:val="i"/>
              </m:rPr>
              <w:rPr>
                <w:rFonts w:ascii="Cambria Math" w:hAnsi="Cambria Math" w:eastAsia="Cambria Math" w:cs="Cambria Math"/>
                <w:sz w:val="24"/>
              </w:rPr>
              <m:t>t</m:t>
            </m:r>
          </m:sub>
        </m:sSub>
      </m:oMath>
      <w:r>
        <w:t xml:space="preserve"> — скорость изменения очереди, делённая на заданную положительную опорную скорость; </w:t>
      </w:r>
      <m:oMath>
        <m:sSub>
          <m:e>
            <m:r>
              <m:rPr>
                <m:sty m:val="i"/>
              </m:rPr>
              <w:rPr>
                <w:rFonts w:ascii="Cambria Math" w:hAnsi="Cambria Math" w:eastAsia="Cambria Math" w:cs="Cambria Math"/>
                <w:sz w:val="24"/>
              </w:rPr>
              <m:t>CPU</m:t>
            </m:r>
          </m:e>
          <m:sub>
            <m:r>
              <m:rPr>
                <m:sty m:val="i"/>
              </m:rPr>
              <w:rPr>
                <w:rFonts w:ascii="Cambria Math" w:hAnsi="Cambria Math" w:eastAsia="Cambria Math" w:cs="Cambria Math"/>
                <w:sz w:val="24"/>
              </w:rPr>
              <m:t>t</m:t>
            </m:r>
          </m:sub>
        </m:sSub>
      </m:oMath>
      <w:r>
        <w:t xml:space="preserve"> — доля использования процессора; </w:t>
      </w:r>
      <m:oMath>
        <m:sSub>
          <m:e>
            <m:r>
              <m:rPr>
                <m:sty m:val="p"/>
              </m:rPr>
              <w:rPr>
                <w:rFonts w:ascii="Cambria Math" w:hAnsi="Cambria Math" w:eastAsia="Cambria Math" w:cs="Cambria Math"/>
                <w:sz w:val="24"/>
              </w:rPr>
              <m:t>β</m:t>
            </m:r>
          </m:e>
          <m:sub>
            <m:r>
              <m:rPr>
                <m:sty m:val="p"/>
              </m:rPr>
              <w:rPr>
                <w:rFonts w:ascii="Cambria Math" w:hAnsi="Cambria Math" w:eastAsia="Cambria Math" w:cs="Cambria Math"/>
                <w:sz w:val="24"/>
              </w:rPr>
              <m:t>1</m:t>
            </m:r>
          </m:sub>
        </m:sSub>
      </m:oMath>
      <w:r>
        <w:t xml:space="preserve">, </w:t>
      </w:r>
      <m:oMath>
        <m:sSub>
          <m:e>
            <m:r>
              <m:rPr>
                <m:sty m:val="p"/>
              </m:rPr>
              <w:rPr>
                <w:rFonts w:ascii="Cambria Math" w:hAnsi="Cambria Math" w:eastAsia="Cambria Math" w:cs="Cambria Math"/>
                <w:sz w:val="24"/>
              </w:rPr>
              <m:t>β</m:t>
            </m:r>
          </m:e>
          <m:sub>
            <m:r>
              <m:rPr>
                <m:sty m:val="p"/>
              </m:rPr>
              <w:rPr>
                <w:rFonts w:ascii="Cambria Math" w:hAnsi="Cambria Math" w:eastAsia="Cambria Math" w:cs="Cambria Math"/>
                <w:sz w:val="24"/>
              </w:rPr>
              <m:t>2</m:t>
            </m:r>
          </m:sub>
        </m:sSub>
      </m:oMath>
      <w:r>
        <w:t xml:space="preserve"> и </w:t>
      </w:r>
      <m:oMath>
        <m:sSub>
          <m:e>
            <m:r>
              <m:rPr>
                <m:sty m:val="p"/>
              </m:rPr>
              <w:rPr>
                <w:rFonts w:ascii="Cambria Math" w:hAnsi="Cambria Math" w:eastAsia="Cambria Math" w:cs="Cambria Math"/>
                <w:sz w:val="24"/>
              </w:rPr>
              <m:t>β</m:t>
            </m:r>
          </m:e>
          <m:sub>
            <m:r>
              <m:rPr>
                <m:sty m:val="p"/>
              </m:rPr>
              <w:rPr>
                <w:rFonts w:ascii="Cambria Math" w:hAnsi="Cambria Math" w:eastAsia="Cambria Math" w:cs="Cambria Math"/>
                <w:sz w:val="24"/>
              </w:rPr>
              <m:t>3</m:t>
            </m:r>
          </m:sub>
        </m:sSub>
      </m:oMath>
      <w:r>
        <w:t xml:space="preserve"> — неотрицательные безразмерные веса, сумма которых равна единице. </w:t>
      </w:r>
      <m:oMath>
        <m:sSub>
          <m:e>
            <m:r>
              <m:rPr>
                <m:sty m:val="p"/>
              </m:rPr>
              <w:rPr>
                <w:rFonts w:ascii="Cambria Math" w:hAnsi="Cambria Math" w:eastAsia="Cambria Math" w:cs="Cambria Math"/>
                <w:sz w:val="24"/>
              </w:rPr>
              <m:t>Δ</m:t>
            </m:r>
            <m:r>
              <m:rPr>
                <m:sty m:val="i"/>
              </m:rPr>
              <w:rPr>
                <w:rFonts w:ascii="Cambria Math" w:hAnsi="Cambria Math" w:eastAsia="Cambria Math" w:cs="Cambria Math"/>
                <w:sz w:val="24"/>
              </w:rPr>
              <m:t>Q</m:t>
            </m:r>
          </m:e>
          <m:sub>
            <m:r>
              <m:rPr>
                <m:sty m:val="i"/>
              </m:rPr>
              <w:rPr>
                <w:rFonts w:ascii="Cambria Math" w:hAnsi="Cambria Math" w:eastAsia="Cambria Math" w:cs="Cambria Math"/>
                <w:sz w:val="24"/>
              </w:rPr>
              <m:t>t</m:t>
            </m:r>
          </m:sub>
        </m:sSub>
      </m:oMath>
      <w:r>
        <w:t xml:space="preserve"> может быть отрицательной при сокращении очереди. Опорные величины, веса и интервал измерения выбираются и описываются автором исследования. Формула (2) не задаёт горизонт прогноза и не предсказывает отказ оборудования.</w:t>
      </w:r>
    </w:p>
    <w:p>
      <w:pPr>
        <w:pStyle w:val="Article_Heading_2"/>
        <w:keepNext/>
      </w:pPr>
      <w:r>
        <w:t>Пример программного расчёта</w:t>
      </w:r>
    </w:p>
    <w:p>
      <w:pPr>
        <w:pStyle w:val="Article_Body"/>
      </w:pPr>
      <w:r>
        <w:rPr/>
        <w:t xml:space="preserve">В листинге 1 показано вычисление линейного индекса по формуле (2). Параметры q, delta_q и cpu соответствуют её нормированным входам, а beta содержит три веса. Подготовка входных измерений и выбор весов в этот краткий пример не входят.</w:t>
      </w:r>
    </w:p>
    <w:p>
      <w:pPr>
        <w:pStyle w:val="Article_Body"/>
        <w:ind w:firstLine="0" w:left="0" w:right="0"/>
        <w:jc w:val="left"/>
        <w:keepNext/>
      </w:pPr>
      <w:r>
        <w:rPr>
          <w:b w:val="1"/>
          <w:i w:val="0"/>
        </w:rPr>
        <w:t xml:space="preserve">Листинг 1 – Вычисление линейного индекса нагрузки на Python</w:t>
      </w:r>
    </w:p>
    <w:p>
      <w:pPr>
        <w:pStyle w:val="Article_Listing"/>
        <w:keepNext/>
        <w:shd w:val="clear" w:color="auto" w:fill="E7E7E7"/>
        <w:spacing w:before="0" w:after="0" w:line="240" w:lineRule="auto"/>
      </w:pPr>
      <w:r>
        <w:rPr/>
        <w:t xml:space="preserve">def load_score(q, delta_q, cpu, beta):</w:t>
      </w:r>
    </w:p>
    <w:p>
      <w:pPr>
        <w:pStyle w:val="Article_Listing"/>
        <w:keepNext/>
        <w:shd w:val="clear" w:color="auto" w:fill="E7E7E7"/>
        <w:spacing w:before="0" w:after="0" w:line="240" w:lineRule="auto"/>
      </w:pPr>
      <w:r>
        <w:rPr>
          <w:rFonts w:ascii="Liberation Mono" w:hAnsi="Liberation Mono" w:eastAsia="Liberation Mono" w:cs="Liberation Mono"/>
          <w:sz w:val="20"/>
          <w:szCs w:val="20"/>
        </w:rPr>
        <w:t xml:space="preserve">    b1, b2, b3 = beta</w:t>
      </w:r>
    </w:p>
    <w:p>
      <w:pPr>
        <w:pStyle w:val="Article_Listing"/>
        <w:keepNext w:val="0"/>
        <w:shd w:val="clear" w:color="auto" w:fill="E7E7E7"/>
        <w:spacing w:before="0" w:after="0" w:line="240" w:lineRule="auto"/>
      </w:pPr>
      <w:r>
        <w:rPr>
          <w:rFonts w:ascii="Liberation Mono" w:hAnsi="Liberation Mono" w:eastAsia="Liberation Mono" w:cs="Liberation Mono"/>
          <w:sz w:val="20"/>
          <w:szCs w:val="20"/>
        </w:rPr>
        <w:t xml:space="preserve">    return b1 * q + b2 * delta_q + b3 * cpu</w:t>
      </w:r>
    </w:p>
    <w:p>
      <w:pPr>
        <w:pStyle w:val="Article_Heading_1"/>
      </w:pPr>
      <w:r>
        <w:t>Результаты</w:t>
      </w:r>
    </w:p>
    <w:p>
      <w:pPr>
        <w:pStyle w:val="Article_Body"/>
      </w:pPr>
      <w:r>
        <w:rPr/>
        <w:t xml:space="preserve">В таблице 1 приведены условные значения для демонстрации оформления результатов сравнения. Они не получены в описанном эксперименте и не могут использоваться как оценка эффективности алгоритмов.</w:t>
      </w:r>
    </w:p>
    <w:p>
      <w:pPr>
        <w:pStyle w:val="Article_Table_Caption"/>
        <w:keepNext/>
        <w:keepLines/>
      </w:pPr>
      <w:r>
        <w:rPr/>
        <w:t xml:space="preserve">Таблица 1 – Условный пример сравнения стратегий балансировки</w:t>
      </w:r>
    </w:p>
    <w:tbl>
      <w:tblPr>
        <w:tblStyle w:val="12"/>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65"/>
        <w:gridCol w:w="1757"/>
        <w:gridCol w:w="1757"/>
        <w:gridCol w:w="1757"/>
        <w:gridCol w:w="1701"/>
      </w:tblGrid>
      <w:tr>
        <w:trPr>
          <w:cantSplit/>
          <w:tblHeader/>
        </w:trPr>
        <w:tc>
          <w:tcPr>
            <w:tcBorders/>
            <w:tcW w:w="2665" w:type="dxa"/>
            <w:vAlign w:val="center"/>
            <w:textDirection w:val="lrTb"/>
            <w:noWrap w:val="false"/>
          </w:tcPr>
          <w:p>
            <w:pPr>
              <w:pStyle w:val="Article_Table_Text"/>
              <w:keepLines/>
              <w:ind w:firstLine="0"/>
            </w:pPr>
            <w:r>
              <w:rPr>
                <w:rFonts w:ascii="Liberation Serif" w:hAnsi="Liberation Serif" w:eastAsia="Liberation Serif" w:cs="Liberation Serif"/>
                <w:b w:val="0"/>
                <w:bCs w:val="0"/>
              </w:rPr>
              <w:t xml:space="preserve">Алгоритм балансировки</w:t>
            </w:r>
            <w:r>
              <w:rPr>
                <w:rFonts w:ascii="Liberation Serif" w:hAnsi="Liberation Serif" w:eastAsia="Liberation Serif" w:cs="Liberation Serif"/>
                <w:b w:val="0"/>
                <w:bCs w:val="0"/>
              </w:rPr>
            </w:r>
          </w:p>
        </w:tc>
        <w:tc>
          <w:tcPr>
            <w:tcBorders/>
            <w:tcW w:w="1757" w:type="dxa"/>
            <w:vAlign w:val="center"/>
            <w:textDirection w:val="lrTb"/>
            <w:noWrap w:val="false"/>
          </w:tcPr>
          <w:p>
            <w:pPr>
              <w:pStyle w:val="Article_Table_Text"/>
              <w:keepLines/>
              <w:ind w:firstLine="0"/>
            </w:pPr>
            <w:r>
              <w:rPr>
                <w:rFonts w:ascii="Liberation Serif" w:hAnsi="Liberation Serif" w:eastAsia="Liberation Serif" w:cs="Liberation Serif"/>
                <w:b w:val="0"/>
                <w:bCs w:val="0"/>
              </w:rPr>
              <w:t xml:space="preserve">Среднее время отклика (мс)</w:t>
            </w:r>
            <w:r>
              <w:rPr>
                <w:rFonts w:ascii="Liberation Serif" w:hAnsi="Liberation Serif" w:eastAsia="Liberation Serif" w:cs="Liberation Serif"/>
                <w:b w:val="0"/>
                <w:bCs w:val="0"/>
              </w:rPr>
            </w:r>
          </w:p>
        </w:tc>
        <w:tc>
          <w:tcPr>
            <w:tcBorders/>
            <w:tcW w:w="1757" w:type="dxa"/>
            <w:vAlign w:val="center"/>
            <w:textDirection w:val="lrTb"/>
            <w:noWrap w:val="false"/>
          </w:tcPr>
          <w:p>
            <w:pPr>
              <w:pStyle w:val="Article_Table_Text"/>
              <w:keepLines/>
              <w:ind w:firstLine="0"/>
            </w:pPr>
            <w:r>
              <w:rPr>
                <w:rFonts w:ascii="Liberation Serif" w:hAnsi="Liberation Serif" w:eastAsia="Liberation Serif" w:cs="Liberation Serif"/>
                <w:b w:val="0"/>
                <w:bCs w:val="0"/>
                <w:lang w:val="en-US"/>
              </w:rPr>
              <w:t xml:space="preserve">9</w:t>
            </w:r>
            <w:r>
              <w:rPr>
                <w:rFonts w:ascii="Liberation Serif" w:hAnsi="Liberation Serif" w:eastAsia="Liberation Serif" w:cs="Liberation Serif"/>
                <w:b w:val="0"/>
                <w:bCs w:val="0"/>
              </w:rPr>
              <w:t xml:space="preserve">9-й перцентиль (мс)</w:t>
            </w:r>
            <w:r>
              <w:rPr>
                <w:rFonts w:ascii="Liberation Serif" w:hAnsi="Liberation Serif" w:eastAsia="Liberation Serif" w:cs="Liberation Serif"/>
                <w:b w:val="0"/>
                <w:bCs w:val="0"/>
              </w:rPr>
            </w:r>
          </w:p>
        </w:tc>
        <w:tc>
          <w:tcPr>
            <w:tcBorders/>
            <w:tcW w:w="1757" w:type="dxa"/>
            <w:vAlign w:val="center"/>
            <w:textDirection w:val="lrTb"/>
            <w:noWrap w:val="false"/>
          </w:tcPr>
          <w:p>
            <w:pPr>
              <w:pStyle w:val="Article_Table_Text"/>
              <w:keepLines/>
              <w:ind w:firstLine="0"/>
            </w:pPr>
            <w:r>
              <w:rPr>
                <w:rFonts w:ascii="Liberation Serif" w:hAnsi="Liberation Serif" w:eastAsia="Liberation Serif" w:cs="Liberation Serif"/>
                <w:b w:val="0"/>
                <w:bCs w:val="0"/>
              </w:rPr>
              <w:t xml:space="preserve">Процент ошибок (%)</w:t>
            </w:r>
            <w:r>
              <w:rPr>
                <w:rFonts w:ascii="Liberation Serif" w:hAnsi="Liberation Serif" w:eastAsia="Liberation Serif" w:cs="Liberation Serif"/>
                <w:b w:val="0"/>
                <w:bCs w:val="0"/>
              </w:rPr>
            </w:r>
          </w:p>
        </w:tc>
        <w:tc>
          <w:tcPr>
            <w:tcBorders/>
            <w:tcW w:w="1701" w:type="dxa"/>
            <w:vAlign w:val="center"/>
            <w:textDirection w:val="lrTb"/>
            <w:noWrap w:val="false"/>
          </w:tcPr>
          <w:p>
            <w:pPr>
              <w:pStyle w:val="Article_Table_Text"/>
              <w:keepLines/>
              <w:ind w:firstLine="0"/>
            </w:pPr>
            <w:r>
              <w:rPr>
                <w:rFonts w:ascii="Liberation Serif" w:hAnsi="Liberation Serif" w:eastAsia="Liberation Serif" w:cs="Liberation Serif"/>
                <w:b w:val="0"/>
                <w:bCs w:val="0"/>
              </w:rPr>
              <w:t xml:space="preserve">Утилизация CPU (%)</w:t>
            </w:r>
            <w:r>
              <w:rPr>
                <w:rFonts w:ascii="Liberation Serif" w:hAnsi="Liberation Serif" w:eastAsia="Liberation Serif" w:cs="Liberation Serif"/>
                <w:b w:val="0"/>
                <w:bCs w:val="0"/>
              </w:rPr>
            </w:r>
          </w:p>
        </w:tc>
      </w:tr>
      <w:tr>
        <w:trPr>
          <w:cantSplit/>
        </w:trPr>
        <w:tc>
          <w:tcPr>
            <w:tcBorders/>
            <w:tcW w:w="2665" w:type="dxa"/>
            <w:vAlign w:val="center"/>
            <w:textDirection w:val="lrTb"/>
            <w:noWrap w:val="false"/>
          </w:tcPr>
          <w:p>
            <w:pPr>
              <w:pStyle w:val="Article_Table_Text"/>
              <w:keepLines/>
              <w:ind w:firstLine="0"/>
            </w:pPr>
            <w:r>
              <w:rPr>
                <w:rFonts w:ascii="Liberation Serif" w:hAnsi="Liberation Serif" w:eastAsia="Liberation Serif" w:cs="Liberation Serif"/>
                <w:b w:val="0"/>
                <w:bCs w:val="0"/>
              </w:rPr>
              <w:t xml:space="preserve">Round-Robin</w:t>
            </w:r>
            <w:r>
              <w:rPr>
                <w:rFonts w:ascii="Liberation Serif" w:hAnsi="Liberation Serif" w:eastAsia="Liberation Serif" w:cs="Liberation Serif"/>
                <w:b w:val="0"/>
                <w:bCs w:val="0"/>
              </w:rPr>
            </w:r>
          </w:p>
        </w:tc>
        <w:tc>
          <w:tcPr>
            <w:tcBorders/>
            <w:tcW w:w="1757" w:type="dxa"/>
            <w:vAlign w:val="center"/>
            <w:textDirection w:val="lrTb"/>
            <w:noWrap w:val="false"/>
          </w:tcPr>
          <w:p>
            <w:pPr>
              <w:pStyle w:val="Article_Table_Text"/>
              <w:keepLines/>
              <w:ind w:firstLine="0"/>
            </w:pPr>
            <w:r>
              <w:rPr>
                <w:rFonts w:ascii="Liberation Serif" w:hAnsi="Liberation Serif" w:eastAsia="Liberation Serif" w:cs="Liberation Serif"/>
                <w:b w:val="0"/>
                <w:bCs w:val="0"/>
              </w:rPr>
              <w:t xml:space="preserve">145</w:t>
            </w:r>
            <w:r>
              <w:rPr>
                <w:rFonts w:ascii="Liberation Serif" w:hAnsi="Liberation Serif" w:eastAsia="Liberation Serif" w:cs="Liberation Serif"/>
                <w:b w:val="0"/>
                <w:bCs w:val="0"/>
              </w:rPr>
            </w:r>
          </w:p>
        </w:tc>
        <w:tc>
          <w:tcPr>
            <w:tcBorders/>
            <w:tcW w:w="1757" w:type="dxa"/>
            <w:vAlign w:val="center"/>
            <w:textDirection w:val="lrTb"/>
            <w:noWrap w:val="false"/>
          </w:tcPr>
          <w:p>
            <w:pPr>
              <w:pStyle w:val="Article_Table_Text"/>
              <w:keepLines/>
              <w:ind w:firstLine="0"/>
            </w:pPr>
            <w:r>
              <w:rPr>
                <w:rFonts w:ascii="Liberation Serif" w:hAnsi="Liberation Serif" w:eastAsia="Liberation Serif" w:cs="Liberation Serif"/>
                <w:b w:val="0"/>
                <w:bCs w:val="0"/>
              </w:rPr>
              <w:t xml:space="preserve">1250</w:t>
            </w:r>
            <w:r>
              <w:rPr>
                <w:rFonts w:ascii="Liberation Serif" w:hAnsi="Liberation Serif" w:eastAsia="Liberation Serif" w:cs="Liberation Serif"/>
                <w:b w:val="0"/>
                <w:bCs w:val="0"/>
              </w:rPr>
            </w:r>
          </w:p>
        </w:tc>
        <w:tc>
          <w:tcPr>
            <w:tcBorders/>
            <w:tcW w:w="1757" w:type="dxa"/>
            <w:vAlign w:val="center"/>
            <w:textDirection w:val="lrTb"/>
            <w:noWrap w:val="false"/>
          </w:tcPr>
          <w:p>
            <w:pPr>
              <w:pStyle w:val="Article_Table_Text"/>
              <w:keepLines/>
              <w:ind w:firstLine="0"/>
            </w:pPr>
            <w:r>
              <w:rPr>
                <w:rFonts w:ascii="Liberation Serif" w:hAnsi="Liberation Serif" w:eastAsia="Liberation Serif" w:cs="Liberation Serif"/>
                <w:b w:val="0"/>
                <w:bCs w:val="0"/>
              </w:rPr>
              <w:t xml:space="preserve">2,4</w:t>
            </w:r>
            <w:r>
              <w:rPr>
                <w:rFonts w:ascii="Liberation Serif" w:hAnsi="Liberation Serif" w:eastAsia="Liberation Serif" w:cs="Liberation Serif"/>
                <w:b w:val="0"/>
                <w:bCs w:val="0"/>
              </w:rPr>
            </w:r>
          </w:p>
        </w:tc>
        <w:tc>
          <w:tcPr>
            <w:tcBorders/>
            <w:tcW w:w="1701" w:type="dxa"/>
            <w:vAlign w:val="center"/>
            <w:textDirection w:val="lrTb"/>
            <w:noWrap w:val="false"/>
          </w:tcPr>
          <w:p>
            <w:pPr>
              <w:pStyle w:val="Article_Table_Text"/>
              <w:keepLines/>
              <w:ind w:firstLine="0"/>
            </w:pPr>
            <w:r>
              <w:rPr>
                <w:rFonts w:ascii="Liberation Serif" w:hAnsi="Liberation Serif" w:eastAsia="Liberation Serif" w:cs="Liberation Serif"/>
                <w:b w:val="0"/>
                <w:bCs w:val="0"/>
              </w:rPr>
              <w:t xml:space="preserve">85</w:t>
            </w:r>
            <w:r>
              <w:rPr>
                <w:rFonts w:ascii="Liberation Serif" w:hAnsi="Liberation Serif" w:eastAsia="Liberation Serif" w:cs="Liberation Serif"/>
                <w:b w:val="0"/>
                <w:bCs w:val="0"/>
              </w:rPr>
            </w:r>
          </w:p>
        </w:tc>
      </w:tr>
      <w:tr>
        <w:trPr>
          <w:cantSplit/>
        </w:trPr>
        <w:tc>
          <w:tcPr>
            <w:tcBorders/>
            <w:tcW w:w="2665" w:type="dxa"/>
            <w:vAlign w:val="center"/>
            <w:textDirection w:val="lrTb"/>
            <w:noWrap w:val="false"/>
          </w:tcPr>
          <w:p>
            <w:pPr>
              <w:pStyle w:val="Article_Table_Text"/>
              <w:keepLines/>
              <w:ind w:firstLine="0"/>
            </w:pPr>
            <w:r>
              <w:rPr>
                <w:rFonts w:ascii="Liberation Serif" w:hAnsi="Liberation Serif" w:eastAsia="Liberation Serif" w:cs="Liberation Serif"/>
                <w:b w:val="0"/>
                <w:bCs w:val="0"/>
              </w:rPr>
              <w:t xml:space="preserve">Least Connections</w:t>
            </w:r>
            <w:r>
              <w:rPr>
                <w:rFonts w:ascii="Liberation Serif" w:hAnsi="Liberation Serif" w:eastAsia="Liberation Serif" w:cs="Liberation Serif"/>
                <w:b w:val="0"/>
                <w:bCs w:val="0"/>
              </w:rPr>
            </w:r>
          </w:p>
        </w:tc>
        <w:tc>
          <w:tcPr>
            <w:tcBorders/>
            <w:tcW w:w="1757" w:type="dxa"/>
            <w:vAlign w:val="center"/>
            <w:textDirection w:val="lrTb"/>
            <w:noWrap w:val="false"/>
          </w:tcPr>
          <w:p>
            <w:pPr>
              <w:pStyle w:val="Article_Table_Text"/>
              <w:keepLines/>
              <w:ind w:firstLine="0"/>
            </w:pPr>
            <w:r>
              <w:rPr>
                <w:rFonts w:ascii="Liberation Serif" w:hAnsi="Liberation Serif" w:eastAsia="Liberation Serif" w:cs="Liberation Serif"/>
                <w:b w:val="0"/>
                <w:bCs w:val="0"/>
              </w:rPr>
              <w:t xml:space="preserve">110</w:t>
            </w:r>
            <w:r>
              <w:rPr>
                <w:rFonts w:ascii="Liberation Serif" w:hAnsi="Liberation Serif" w:eastAsia="Liberation Serif" w:cs="Liberation Serif"/>
                <w:b w:val="0"/>
                <w:bCs w:val="0"/>
              </w:rPr>
            </w:r>
          </w:p>
        </w:tc>
        <w:tc>
          <w:tcPr>
            <w:tcBorders/>
            <w:tcW w:w="1757" w:type="dxa"/>
            <w:vAlign w:val="center"/>
            <w:textDirection w:val="lrTb"/>
            <w:noWrap w:val="false"/>
          </w:tcPr>
          <w:p>
            <w:pPr>
              <w:pStyle w:val="Article_Table_Text"/>
              <w:keepLines/>
              <w:ind w:firstLine="0"/>
            </w:pPr>
            <w:r>
              <w:rPr>
                <w:rFonts w:ascii="Liberation Serif" w:hAnsi="Liberation Serif" w:eastAsia="Liberation Serif" w:cs="Liberation Serif"/>
                <w:b w:val="0"/>
                <w:bCs w:val="0"/>
              </w:rPr>
              <w:t xml:space="preserve">850</w:t>
            </w:r>
            <w:r>
              <w:rPr>
                <w:rFonts w:ascii="Liberation Serif" w:hAnsi="Liberation Serif" w:eastAsia="Liberation Serif" w:cs="Liberation Serif"/>
                <w:b w:val="0"/>
                <w:bCs w:val="0"/>
              </w:rPr>
            </w:r>
          </w:p>
        </w:tc>
        <w:tc>
          <w:tcPr>
            <w:tcBorders/>
            <w:tcW w:w="1757" w:type="dxa"/>
            <w:vAlign w:val="center"/>
            <w:textDirection w:val="lrTb"/>
            <w:noWrap w:val="false"/>
          </w:tcPr>
          <w:p>
            <w:pPr>
              <w:pStyle w:val="Article_Table_Text"/>
              <w:keepLines/>
              <w:ind w:firstLine="0"/>
            </w:pPr>
            <w:r>
              <w:rPr>
                <w:rFonts w:ascii="Liberation Serif" w:hAnsi="Liberation Serif" w:eastAsia="Liberation Serif" w:cs="Liberation Serif"/>
                <w:b w:val="0"/>
                <w:bCs w:val="0"/>
              </w:rPr>
              <w:t xml:space="preserve">1,1</w:t>
            </w:r>
            <w:r>
              <w:rPr>
                <w:rFonts w:ascii="Liberation Serif" w:hAnsi="Liberation Serif" w:eastAsia="Liberation Serif" w:cs="Liberation Serif"/>
                <w:b w:val="0"/>
                <w:bCs w:val="0"/>
              </w:rPr>
            </w:r>
          </w:p>
        </w:tc>
        <w:tc>
          <w:tcPr>
            <w:tcBorders/>
            <w:tcW w:w="1701" w:type="dxa"/>
            <w:vAlign w:val="center"/>
            <w:textDirection w:val="lrTb"/>
            <w:noWrap w:val="false"/>
          </w:tcPr>
          <w:p>
            <w:pPr>
              <w:pStyle w:val="Article_Table_Text"/>
              <w:keepLines/>
              <w:ind w:firstLine="0"/>
            </w:pPr>
            <w:r>
              <w:rPr>
                <w:rFonts w:ascii="Liberation Serif" w:hAnsi="Liberation Serif" w:eastAsia="Liberation Serif" w:cs="Liberation Serif"/>
                <w:b w:val="0"/>
                <w:bCs w:val="0"/>
              </w:rPr>
              <w:t xml:space="preserve">78</w:t>
            </w:r>
            <w:r>
              <w:rPr>
                <w:rFonts w:ascii="Liberation Serif" w:hAnsi="Liberation Serif" w:eastAsia="Liberation Serif" w:cs="Liberation Serif"/>
                <w:b w:val="0"/>
                <w:bCs w:val="0"/>
              </w:rPr>
            </w:r>
          </w:p>
        </w:tc>
      </w:tr>
      <w:tr>
        <w:trPr>
          <w:cantSplit/>
        </w:trPr>
        <w:tc>
          <w:tcPr>
            <w:tcBorders/>
            <w:tcW w:w="2665" w:type="dxa"/>
            <w:vAlign w:val="center"/>
            <w:textDirection w:val="lrTb"/>
            <w:noWrap w:val="false"/>
          </w:tcPr>
          <w:p>
            <w:pPr>
              <w:pStyle w:val="Article_Table_Text"/>
              <w:keepLines/>
              <w:ind w:firstLine="0"/>
            </w:pPr>
            <w:r>
              <w:rPr>
                <w:rFonts w:ascii="Liberation Serif" w:hAnsi="Liberation Serif" w:eastAsia="Liberation Serif" w:cs="Liberation Serif"/>
                <w:b w:val="0"/>
                <w:bCs w:val="0"/>
              </w:rPr>
              <w:t xml:space="preserve">Линейный индекс</w:t>
            </w:r>
            <w:r>
              <w:rPr>
                <w:rFonts w:ascii="Liberation Serif" w:hAnsi="Liberation Serif" w:eastAsia="Liberation Serif" w:cs="Liberation Serif"/>
                <w:b w:val="0"/>
                <w:bCs w:val="0"/>
              </w:rPr>
            </w:r>
          </w:p>
        </w:tc>
        <w:tc>
          <w:tcPr>
            <w:tcBorders/>
            <w:tcW w:w="1757" w:type="dxa"/>
            <w:vAlign w:val="center"/>
            <w:textDirection w:val="lrTb"/>
            <w:noWrap w:val="false"/>
          </w:tcPr>
          <w:p>
            <w:pPr>
              <w:pStyle w:val="Article_Table_Text"/>
              <w:keepLines/>
              <w:ind w:firstLine="0"/>
            </w:pPr>
            <w:r>
              <w:rPr>
                <w:rFonts w:ascii="Liberation Serif" w:hAnsi="Liberation Serif" w:eastAsia="Liberation Serif" w:cs="Liberation Serif"/>
                <w:b w:val="0"/>
                <w:bCs w:val="0"/>
              </w:rPr>
              <w:t xml:space="preserve">65</w:t>
            </w:r>
            <w:r>
              <w:rPr>
                <w:rFonts w:ascii="Liberation Serif" w:hAnsi="Liberation Serif" w:eastAsia="Liberation Serif" w:cs="Liberation Serif"/>
                <w:b w:val="0"/>
                <w:bCs w:val="0"/>
              </w:rPr>
            </w:r>
          </w:p>
        </w:tc>
        <w:tc>
          <w:tcPr>
            <w:tcBorders/>
            <w:tcW w:w="1757" w:type="dxa"/>
            <w:vAlign w:val="center"/>
            <w:textDirection w:val="lrTb"/>
            <w:noWrap w:val="false"/>
          </w:tcPr>
          <w:p>
            <w:pPr>
              <w:pStyle w:val="Article_Table_Text"/>
              <w:keepLines/>
              <w:ind w:firstLine="0"/>
            </w:pPr>
            <w:r>
              <w:rPr>
                <w:rFonts w:ascii="Liberation Serif" w:hAnsi="Liberation Serif" w:eastAsia="Liberation Serif" w:cs="Liberation Serif"/>
                <w:b w:val="0"/>
                <w:bCs w:val="0"/>
              </w:rPr>
              <w:t xml:space="preserve">320</w:t>
            </w:r>
            <w:r>
              <w:rPr>
                <w:rFonts w:ascii="Liberation Serif" w:hAnsi="Liberation Serif" w:eastAsia="Liberation Serif" w:cs="Liberation Serif"/>
                <w:b w:val="0"/>
                <w:bCs w:val="0"/>
              </w:rPr>
            </w:r>
          </w:p>
        </w:tc>
        <w:tc>
          <w:tcPr>
            <w:tcBorders/>
            <w:tcW w:w="1757" w:type="dxa"/>
            <w:vAlign w:val="center"/>
            <w:textDirection w:val="lrTb"/>
            <w:noWrap w:val="false"/>
          </w:tcPr>
          <w:p>
            <w:pPr>
              <w:pStyle w:val="Article_Table_Text"/>
              <w:keepLines/>
              <w:ind w:firstLine="0"/>
            </w:pPr>
            <w:r>
              <w:rPr>
                <w:rFonts w:ascii="Liberation Serif" w:hAnsi="Liberation Serif" w:eastAsia="Liberation Serif" w:cs="Liberation Serif"/>
                <w:b w:val="0"/>
                <w:bCs w:val="0"/>
              </w:rPr>
              <w:t xml:space="preserve">0,05</w:t>
            </w:r>
            <w:r>
              <w:rPr>
                <w:rFonts w:ascii="Liberation Serif" w:hAnsi="Liberation Serif" w:eastAsia="Liberation Serif" w:cs="Liberation Serif"/>
                <w:b w:val="0"/>
                <w:bCs w:val="0"/>
              </w:rPr>
            </w:r>
          </w:p>
        </w:tc>
        <w:tc>
          <w:tcPr>
            <w:tcBorders/>
            <w:tcW w:w="1701" w:type="dxa"/>
            <w:vAlign w:val="center"/>
            <w:textDirection w:val="lrTb"/>
            <w:noWrap w:val="false"/>
          </w:tcPr>
          <w:p>
            <w:pPr>
              <w:pStyle w:val="Article_Table_Text"/>
              <w:keepLines/>
              <w:ind w:firstLine="0"/>
            </w:pPr>
            <w:r>
              <w:rPr>
                <w:rFonts w:ascii="Liberation Serif" w:hAnsi="Liberation Serif" w:eastAsia="Liberation Serif" w:cs="Liberation Serif"/>
                <w:b w:val="0"/>
                <w:bCs w:val="0"/>
              </w:rPr>
              <w:t xml:space="preserve">92</w:t>
            </w:r>
            <w:r>
              <w:rPr>
                <w:rFonts w:ascii="Liberation Serif" w:hAnsi="Liberation Serif" w:eastAsia="Liberation Serif" w:cs="Liberation Serif"/>
                <w:b w:val="0"/>
                <w:bCs w:val="0"/>
              </w:rPr>
            </w:r>
          </w:p>
        </w:tc>
      </w:tr>
    </w:tbl>
    <w:p>
      <w:pPr>
        <w:pStyle w:val="Article_Heading_1"/>
        <w:keepNext/>
      </w:pPr>
      <w:r>
        <w:t>Обсуждение</w:t>
      </w:r>
    </w:p>
    <w:p>
      <w:pPr>
        <w:pStyle w:val="Article_Body"/>
      </w:pPr>
      <w:r>
        <w:rPr/>
        <w:t xml:space="preserve">В условном наборе данных меньшее среднее время отклика сочетается с меньшим 99-м перцентилем и долей ошибок. Утилизация CPU при этом меняется немонотонно. Эти показатели характеризуют разные стороны работы системы; по ним нельзя без дополнительных измерений установить снижение расхода ресурсов или повышение устойчивости. В реальной статье необходимо описать условия сравнения, повторяемость измерений и неопределённость результатов.</w:t>
      </w:r>
    </w:p>
    <w:p>
      <w:pPr>
        <w:pStyle w:val="Article_Heading_1"/>
        <w:keepNext/>
      </w:pPr>
      <w:r>
        <w:rPr>
          <w:rFonts w:ascii="Liberation Serif" w:hAnsi="Liberation Serif" w:eastAsia="Liberation Serif" w:cs="Liberation Serif"/>
          <w:b/>
          <w:lang w:eastAsia="ru-RU"/>
        </w:rPr>
        <w:t xml:space="preserve">Заключение</w:t>
      </w:r>
      <w:r>
        <w:rPr>
          <w:rFonts w:ascii="Liberation Serif" w:hAnsi="Liberation Serif" w:eastAsia="Liberation Serif" w:cs="Liberation Serif"/>
          <w:b/>
          <w:lang w:eastAsia="ru-RU"/>
        </w:rPr>
      </w:r>
    </w:p>
    <w:p>
      <w:pPr>
        <w:pStyle w:val="Article_Body"/>
      </w:pPr>
      <w:r>
        <w:rPr/>
        <w:t xml:space="preserve">Пример показывает совместное оформление формул, программного листинга, рисунка и таблицы с согласованными обозначениями и числовыми данными. Представленные значения являются условными. Для научных выводов о балансировке нагрузки необходимы собственные воспроизводимые измерения, обоснование выбранной модели и обсуждение ограничений.</w:t>
      </w:r>
    </w:p>
    <w:p>
      <w:pPr>
        <w:pStyle w:val="Article_References_Heading"/>
        <w:keepNext/>
      </w:pPr>
      <w:r>
        <w:rPr>
          <w:rFonts w:ascii="Liberation Serif" w:hAnsi="Liberation Serif" w:eastAsia="Liberation Serif" w:cs="Liberation Serif"/>
          <w:b/>
          <w:i w:val="0"/>
        </w:rPr>
        <w:t>Библиографический список</w:t>
      </w:r>
    </w:p>
    <w:p>
      <w:pPr>
        <w:pStyle w:val="Article_Reference_Item"/>
        <w:numPr>
          <w:ilvl w:val="0"/>
          <w:numId w:val="35"/>
        </w:numPr>
      </w:pPr>
      <w:r>
        <w:rPr>
          <w:i w:val="0"/>
          <w:b w:val="0"/>
        </w:rPr>
        <w:t xml:space="preserve">van Steen, M. Distributed systems / M. van Steen, A. S. Tanenbaum. – 3rd ed. – [S. l.] : distributed-systems.net, 2017. – 596 p. – Текст : непосредственный.</w:t>
      </w:r>
    </w:p>
    <w:p>
      <w:pPr>
        <w:pStyle w:val="Article_Reference_Item"/>
        <w:numPr>
          <w:ilvl w:val="0"/>
          <w:numId w:val="35"/>
        </w:numPr>
      </w:pPr>
      <w:r>
        <w:rPr>
          <w:i w:val="0"/>
          <w:b w:val="0"/>
        </w:rPr>
        <w:t xml:space="preserve">Consistent hashing and random trees : distributed caching protocols for relieving hot spots on the World Wide Web / D. Karger, E. Lehman, T. Leighton [et al.] // Proceedings of the twenty-ninth annual ACM symposium on Theory of computing. – New York : Association for Computing Machinery, 1997. – P. 654–663. – DOI 10.1145/258533.258660. – Текст : непосредственный.</w:t>
      </w:r>
    </w:p>
    <w:p>
      <w:pPr>
        <w:pStyle w:val="Article_Reference_Item"/>
        <w:numPr>
          <w:ilvl w:val="0"/>
          <w:numId w:val="35"/>
        </w:numPr>
      </w:pPr>
      <w:r>
        <w:rPr>
          <w:i w:val="0"/>
          <w:b w:val="0"/>
        </w:rPr>
        <w:t xml:space="preserve">Kubernetes best practices : blueprints for building successful applications on Kubernetes / B. Burns, E. Villalba, D. Strebel, L. Evenson. – Sebastopol : O’Reilly Media, 2019. – 265 p. – Текст : непосредственный.</w:t>
      </w:r>
    </w:p>
    <w:p>
      <w:pPr>
        <w:pStyle w:val="Article_Reference_Item"/>
        <w:numPr>
          <w:ilvl w:val="0"/>
          <w:numId w:val="35"/>
        </w:numPr>
      </w:pPr>
      <w:r>
        <w:rPr>
          <w:i w:val="0"/>
          <w:b w:val="0"/>
        </w:rPr>
        <w:t xml:space="preserve">Newman, S. Building microservices : designing fine-grained systems / S. Newman. – 2nd ed. – Sebastopol : O’Reilly Media, 2021. – 612 p. – Текст : непосредственный.</w:t>
      </w:r>
    </w:p>
    <w:p>
      <w:pPr>
        <w:pStyle w:val="Article_Reference_Item"/>
        <w:numPr>
          <w:ilvl w:val="0"/>
          <w:numId w:val="35"/>
        </w:numPr>
      </w:pPr>
      <w:r>
        <w:rPr>
          <w:i w:val="0"/>
          <w:b w:val="0"/>
        </w:rPr>
        <w:t xml:space="preserve">Kleppmann, M. Designing data-intensive applications : the big ideas behind reliable, scalable, and maintainable systems / M. Kleppmann. – Sebastopol : O’Reilly Media, 2017. – 616 p. – Текст : непосредственный.</w:t>
      </w:r>
    </w:p>
    <w:p>
      <w:pPr>
        <w:pStyle w:val="Article_Reference_Item"/>
        <w:numPr>
          <w:ilvl w:val="0"/>
          <w:numId w:val="35"/>
        </w:numPr>
      </w:pPr>
      <w:r>
        <w:rPr>
          <w:i w:val="0"/>
          <w:b w:val="0"/>
        </w:rPr>
        <w:t xml:space="preserve">Attention is all you need / A. Vaswani, N. Shazeer, N. Parmar [et al.] // Advances in neural information processing systems / ed. by I. Guyon, U. von Luxburg, S. Bengio [et al.]. – Red Hook : Curran Associates, 2017. – Vol. 30. – P. 5998–6008. – Текст : непосредственный.</w:t>
      </w:r>
    </w:p>
    <w:p>
      <w:pPr>
        <w:pStyle w:val="Article_Reference_Item"/>
        <w:numPr>
          <w:ilvl w:val="0"/>
          <w:numId w:val="35"/>
        </w:numPr>
      </w:pPr>
      <w:r>
        <w:rPr>
          <w:i w:val="0"/>
          <w:b w:val="0"/>
        </w:rPr>
        <w:t xml:space="preserve">Dean, J. The tail at scale / J. Dean, L. A. Barroso // Communications of the ACM. – 2013. – Vol. 56, no. 2. – P. 74–80. – DOI 10.1145/2408776.2408794. – Текст : непосредственный.</w:t>
      </w:r>
    </w:p>
    <w:p>
      <w:pPr>
        <w:pStyle w:val="Article_References_Heading"/>
        <w:keepNext/>
      </w:pPr>
      <w:r>
        <w:rPr>
          <w:rFonts w:ascii="Liberation Serif" w:hAnsi="Liberation Serif" w:eastAsia="Liberation Serif" w:cs="Liberation Serif"/>
          <w:b/>
          <w:bCs/>
          <w:lang w:eastAsia="ru-RU"/>
        </w:rPr>
      </w:r>
      <w:r>
        <w:rPr>
          <w:rFonts w:ascii="Liberation Serif" w:hAnsi="Liberation Serif" w:eastAsia="Liberation Serif" w:cs="Liberation Serif"/>
          <w:b/>
          <w:lang w:val="en-US"/>
        </w:rPr>
        <w:t xml:space="preserve">References</w:t>
      </w:r>
      <w:r>
        <w:rPr>
          <w:rFonts w:ascii="Liberation Serif" w:hAnsi="Liberation Serif" w:eastAsia="Liberation Serif" w:cs="Liberation Serif"/>
          <w:b/>
          <w:bCs/>
          <w:lang w:eastAsia="ru-RU"/>
        </w:rPr>
      </w:r>
    </w:p>
    <w:p>
      <w:pPr>
        <w:pStyle w:val="Article_Reference_Item"/>
        <w:numPr>
          <w:ilvl w:val="0"/>
          <w:numId w:val="36"/>
        </w:numPr>
      </w:pPr>
      <w:r>
        <w:rPr>
          <w:i w:val="0"/>
          <w:b w:val="0"/>
        </w:rPr>
        <w:t xml:space="preserve">van Steen, M., &amp; Tanenbaum, A. S. (2017). </w:t>
      </w:r>
      <w:r>
        <w:rPr>
          <w:i w:val="1"/>
          <w:b w:val="0"/>
        </w:rPr>
        <w:t xml:space="preserve">Distributed systems</w:t>
      </w:r>
      <w:r>
        <w:rPr>
          <w:i w:val="0"/>
          <w:b w:val="0"/>
        </w:rPr>
        <w:t xml:space="preserve"> (3rd ed.). distributed-systems.net. </w:t>
      </w:r>
      <w:hyperlink r:id="rIdAudit12">
        <w:r>
          <w:rPr>
            <w:i w:val="0"/>
            <w:b w:val="0"/>
            <w:u w:val="single"/>
            <w:color w:val="0563C1"/>
          </w:rPr>
          <w:t xml:space="preserve">https://www.distributed-systems.net/index.php/books/ds3/</w:t>
        </w:r>
      </w:hyperlink>
    </w:p>
    <w:p>
      <w:pPr>
        <w:pStyle w:val="Article_Reference_Item"/>
        <w:numPr>
          <w:ilvl w:val="0"/>
          <w:numId w:val="36"/>
        </w:numPr>
      </w:pPr>
      <w:r>
        <w:rPr>
          <w:i w:val="0"/>
          <w:b w:val="0"/>
        </w:rPr>
        <w:t xml:space="preserve">Karger, D., Lehman, E., Leighton, T., Panigrahy, R., Levine, M., &amp; Lewin, D. (1997). Consistent hashing and random trees: Distributed caching protocols for relieving hot spots on the World Wide Web. In </w:t>
      </w:r>
      <w:r>
        <w:rPr>
          <w:i w:val="1"/>
          <w:b w:val="0"/>
        </w:rPr>
        <w:t xml:space="preserve">Proceedings of the twenty-ninth annual ACM symposium on Theory of computing</w:t>
      </w:r>
      <w:r>
        <w:rPr>
          <w:i w:val="0"/>
          <w:b w:val="0"/>
        </w:rPr>
        <w:t xml:space="preserve"> (pp. 654–663). Association for Computing Machinery. </w:t>
      </w:r>
      <w:hyperlink r:id="rIdAudit13">
        <w:r>
          <w:rPr>
            <w:i w:val="0"/>
            <w:b w:val="0"/>
            <w:u w:val="single"/>
            <w:color w:val="0563C1"/>
          </w:rPr>
          <w:t xml:space="preserve">https://doi.org/10.1145/258533.258660</w:t>
        </w:r>
      </w:hyperlink>
    </w:p>
    <w:p>
      <w:pPr>
        <w:pStyle w:val="Article_Reference_Item"/>
        <w:numPr>
          <w:ilvl w:val="0"/>
          <w:numId w:val="36"/>
        </w:numPr>
      </w:pPr>
      <w:r>
        <w:rPr>
          <w:i w:val="0"/>
          <w:b w:val="0"/>
        </w:rPr>
        <w:t xml:space="preserve">Burns, B., Villalba, E., Strebel, D., &amp; Evenson, L. (2019). </w:t>
      </w:r>
      <w:r>
        <w:rPr>
          <w:i w:val="1"/>
          <w:b w:val="0"/>
        </w:rPr>
        <w:t xml:space="preserve">Kubernetes best practices: Blueprints for building successful applications on Kubernetes</w:t>
      </w:r>
      <w:r>
        <w:rPr>
          <w:i w:val="0"/>
          <w:b w:val="0"/>
        </w:rPr>
        <w:t xml:space="preserve">. O’Reilly Media.</w:t>
      </w:r>
    </w:p>
    <w:p>
      <w:pPr>
        <w:pStyle w:val="Article_Reference_Item"/>
        <w:numPr>
          <w:ilvl w:val="0"/>
          <w:numId w:val="36"/>
        </w:numPr>
      </w:pPr>
      <w:r>
        <w:rPr>
          <w:i w:val="0"/>
          <w:b w:val="0"/>
        </w:rPr>
        <w:t xml:space="preserve">Newman, S. (2021). </w:t>
      </w:r>
      <w:r>
        <w:rPr>
          <w:i w:val="1"/>
          <w:b w:val="0"/>
        </w:rPr>
        <w:t xml:space="preserve">Building microservices: Designing fine-grained systems</w:t>
      </w:r>
      <w:r>
        <w:rPr>
          <w:i w:val="0"/>
          <w:b w:val="0"/>
        </w:rPr>
        <w:t xml:space="preserve"> (2nd ed.). O’Reilly Media.</w:t>
      </w:r>
    </w:p>
    <w:p>
      <w:pPr>
        <w:pStyle w:val="Article_Reference_Item"/>
        <w:numPr>
          <w:ilvl w:val="0"/>
          <w:numId w:val="36"/>
        </w:numPr>
      </w:pPr>
      <w:r>
        <w:rPr>
          <w:i w:val="0"/>
          <w:b w:val="0"/>
        </w:rPr>
        <w:t xml:space="preserve">Kleppmann, M. (2017). </w:t>
      </w:r>
      <w:r>
        <w:rPr>
          <w:i w:val="1"/>
          <w:b w:val="0"/>
        </w:rPr>
        <w:t xml:space="preserve">Designing data-intensive applications: The big ideas behind reliable, scalable, and maintainable systems</w:t>
      </w:r>
      <w:r>
        <w:rPr>
          <w:i w:val="0"/>
          <w:b w:val="0"/>
        </w:rPr>
        <w:t xml:space="preserve">. O’Reilly Media.</w:t>
      </w:r>
    </w:p>
    <w:p>
      <w:pPr>
        <w:pStyle w:val="Article_Reference_Item"/>
        <w:numPr>
          <w:ilvl w:val="0"/>
          <w:numId w:val="36"/>
        </w:numPr>
      </w:pPr>
      <w:r>
        <w:rPr>
          <w:i w:val="0"/>
          <w:b w:val="0"/>
        </w:rPr>
        <w:t xml:space="preserve">Vaswani, A., Shazeer, N., Parmar, N., Uszkoreit, J., Jones, L., Gomez, A. N., Kaiser, Ł., &amp; Polosukhin, I. (2017). Attention is all you need. In I. Guyon, U. von Luxburg, S. Bengio, H. Wallach, R. Fergus, S. Vishwanathan, &amp; R. Garnett (Eds.), </w:t>
      </w:r>
      <w:r>
        <w:rPr>
          <w:i w:val="1"/>
          <w:b w:val="0"/>
        </w:rPr>
        <w:t xml:space="preserve">Advances in neural information processing systems</w:t>
      </w:r>
      <w:r>
        <w:rPr>
          <w:i w:val="0"/>
          <w:b w:val="0"/>
        </w:rPr>
        <w:t xml:space="preserve"> (Vol. 30, pp. 5998–6008). Curran Associates. </w:t>
      </w:r>
      <w:hyperlink r:id="rIdAudit14">
        <w:r>
          <w:rPr>
            <w:i w:val="0"/>
            <w:b w:val="0"/>
            <w:u w:val="single"/>
            <w:color w:val="0563C1"/>
          </w:rPr>
          <w:t xml:space="preserve">https://proceedings.neurips.cc/paper/2017/hash/3f5ee243547dee91fbd053c1c4a845aa-Abstract.html</w:t>
        </w:r>
      </w:hyperlink>
    </w:p>
    <w:p>
      <w:pPr>
        <w:pStyle w:val="Article_Reference_Item"/>
        <w:numPr>
          <w:ilvl w:val="0"/>
          <w:numId w:val="36"/>
        </w:numPr>
      </w:pPr>
      <w:r>
        <w:rPr>
          <w:i w:val="0"/>
          <w:b w:val="0"/>
        </w:rPr>
        <w:t xml:space="preserve">Dean, J., &amp; Barroso, L. A. (2013). The tail at scale. </w:t>
      </w:r>
      <w:r>
        <w:rPr>
          <w:i w:val="1"/>
          <w:b w:val="0"/>
        </w:rPr>
        <w:t xml:space="preserve">Communications of the ACM, 56</w:t>
      </w:r>
      <w:r>
        <w:rPr>
          <w:i w:val="0"/>
          <w:b w:val="0"/>
        </w:rPr>
        <w:t xml:space="preserve">(2), 74–80. </w:t>
      </w:r>
      <w:hyperlink r:id="rIdAudit15">
        <w:r>
          <w:rPr>
            <w:i w:val="0"/>
            <w:b w:val="0"/>
            <w:u w:val="single"/>
            <w:color w:val="0563C1"/>
          </w:rPr>
          <w:t xml:space="preserve">https://doi.org/10.1145/2408776.2408794</w:t>
        </w:r>
      </w:hyperlink>
    </w:p>
    <w:p>
      <w:pPr>
        <w:pStyle w:val="Article_Author_Info_Heading_RU"/>
      </w:pPr>
      <w:r>
        <w:rPr>
          <w:rFonts w:ascii="Liberation Serif" w:hAnsi="Liberation Serif" w:eastAsia="Liberation Serif" w:cs="Liberation Serif"/>
          <w:b/>
          <w:lang w:eastAsia="ru-RU"/>
        </w:rPr>
        <w:t xml:space="preserve">Информация</w:t>
      </w:r>
      <w:r>
        <w:rPr>
          <w:rFonts w:ascii="Liberation Serif" w:hAnsi="Liberation Serif" w:eastAsia="Liberation Serif" w:cs="Liberation Serif"/>
          <w:b/>
          <w:lang w:val="en-US" w:eastAsia="ru-RU"/>
        </w:rPr>
        <w:t xml:space="preserve"> </w:t>
      </w:r>
      <w:r>
        <w:rPr>
          <w:rFonts w:ascii="Liberation Serif" w:hAnsi="Liberation Serif" w:eastAsia="Liberation Serif" w:cs="Liberation Serif"/>
          <w:b/>
          <w:lang w:eastAsia="ru-RU"/>
        </w:rPr>
        <w:t xml:space="preserve">об</w:t>
      </w:r>
      <w:r>
        <w:rPr>
          <w:rFonts w:ascii="Liberation Serif" w:hAnsi="Liberation Serif" w:eastAsia="Liberation Serif" w:cs="Liberation Serif"/>
          <w:b/>
          <w:lang w:val="en-US" w:eastAsia="ru-RU"/>
        </w:rPr>
        <w:t xml:space="preserve"> </w:t>
      </w:r>
      <w:r>
        <w:rPr>
          <w:rFonts w:ascii="Liberation Serif" w:hAnsi="Liberation Serif" w:eastAsia="Liberation Serif" w:cs="Liberation Serif"/>
          <w:b/>
          <w:lang w:eastAsia="ru-RU"/>
        </w:rPr>
        <w:t xml:space="preserve">авторах</w:t>
      </w:r>
      <w:r>
        <w:rPr>
          <w:rFonts w:ascii="Liberation Serif" w:hAnsi="Liberation Serif" w:eastAsia="Liberation Serif" w:cs="Liberation Serif"/>
          <w:lang w:val="en-US" w:eastAsia="ru-RU"/>
        </w:rPr>
      </w:r>
      <w:r>
        <w:rPr>
          <w:rFonts w:ascii="Liberation Serif" w:hAnsi="Liberation Serif" w:eastAsia="Liberation Serif" w:cs="Liberation Serif"/>
          <w:lang w:val="en-US" w:eastAsia="ru-RU"/>
        </w:rPr>
      </w:r>
    </w:p>
    <w:p>
      <w:pPr>
        <w:pStyle w:val="Article_Author_Info_RU"/>
      </w:pPr>
      <w:r>
        <w:rPr/>
        <w:t xml:space="preserve">Смирнов Петр Иванович — [должность], [степень и звание при наличии], [полное наименование организации], [город, страна], e-mail: author1@example.org</w:t>
      </w:r>
    </w:p>
    <w:p>
      <w:pPr>
        <w:pStyle w:val="Article_Author_Info_RU"/>
      </w:pPr>
      <w:r>
        <w:rPr/>
        <w:t xml:space="preserve">Петров Алексей Владимирович — [должность], [степень и звание при наличии], [полное наименование организации], [город, страна], e-mail: author2@example.org</w:t>
      </w:r>
    </w:p>
    <w:p>
      <w:pPr>
        <w:pStyle w:val="Article_Title_EN"/>
      </w:pPr>
      <w:r>
        <w:rPr/>
        <w:t xml:space="preserve">SAMPLE ARTICLE FORMAT: LOAD BALANCING IN A CLOUD CLUSTER</w:t>
      </w:r>
    </w:p>
    <w:p>
      <w:pPr>
        <w:pStyle w:val="Article_Authors_EN"/>
      </w:pPr>
      <w:r>
        <w:rPr>
          <w:rFonts w:ascii="Liberation Serif" w:hAnsi="Liberation Serif" w:eastAsia="Liberation Serif" w:cs="Liberation Serif"/>
          <w:b/>
          <w:bCs/>
        </w:rPr>
        <w:t xml:space="preserve">Smirnov P. I.</w:t>
      </w:r>
      <w:r>
        <w:rPr>
          <w:rFonts w:ascii="Liberation Serif" w:hAnsi="Liberation Serif" w:eastAsia="Liberation Serif" w:cs="Liberation Serif"/>
          <w:b/>
          <w:bCs/>
          <w:vertAlign w:val="superscript"/>
          <w:lang w:val="en-US"/>
        </w:rPr>
        <w:t xml:space="preserve">1</w:t>
      </w:r>
      <w:r>
        <w:rPr>
          <w:rFonts w:ascii="Liberation Serif" w:hAnsi="Liberation Serif" w:eastAsia="Liberation Serif" w:cs="Liberation Serif"/>
          <w:b/>
          <w:bCs/>
        </w:rPr>
        <w:t xml:space="preserve">, Petrov A. V.</w:t>
      </w:r>
      <w:r>
        <w:rPr>
          <w:rFonts w:ascii="Liberation Serif" w:hAnsi="Liberation Serif" w:eastAsia="Liberation Serif" w:cs="Liberation Serif"/>
          <w:b/>
          <w:bCs/>
          <w:vertAlign w:val="superscript"/>
          <w:lang w:val="en-US"/>
        </w:rPr>
        <w:t xml:space="preserve">1</w:t>
      </w:r>
      <w:r>
        <w:rPr>
          <w:rFonts w:ascii="Liberation Serif" w:hAnsi="Liberation Serif" w:eastAsia="Liberation Serif" w:cs="Liberation Serif"/>
          <w:b/>
          <w:bCs/>
          <w:vertAlign w:val="superscript"/>
        </w:rPr>
      </w:r>
    </w:p>
    <w:p>
      <w:pPr>
        <w:pStyle w:val="Article_Affiliation_EN"/>
      </w:pPr>
      <w:r>
        <w:rPr/>
        <w:t xml:space="preserve">1[Full institution name], [City, Country]</w:t>
      </w:r>
    </w:p>
    <w:p>
      <w:pPr>
        <w:pStyle w:val="Article_Abstract_EN"/>
      </w:pPr>
      <w:r>
        <w:rPr>
          <w:b w:val="1"/>
          <w:i w:val="0"/>
        </w:rPr>
        <w:t xml:space="preserve">Abstract.</w:t>
      </w:r>
      <w:r>
        <w:rPr>
          <w:b w:val="0"/>
          <w:i w:val="1"/>
        </w:rPr>
        <w:t xml:space="preserve"> This sample demonstrates the presentation of an article about request distribution in a cloud cluster. It addresses the need to keep workload indicators, mathematical notation, and comparative results consistent throughout a scientific manuscript. The purpose is to illustrate a structure containing a problem statement, equations, a code fragment, a figure, a table, and a discussion of limitations. The example uses an illustrative workload model that combines processor, memory, and input/output utilization ratios. A second linear index combines normalized queue length, normalized queue change rate, and processor utilization. The code fragment demonstrates only the arithmetic calculation of this index for specified inputs and weights. An illustrative dataset represents three load balancing strategies. Their mean response times are 145, 110, and 65 milliseconds, respectively; the same values appear in the figure and the table. The table also includes examples of the ninety-ninth latency percentile, error percentage, and processor utilization. These numbers were not obtained experimentally and do not establish the superiority of any strategy. The example distinguishes descriptions of reported indicators from conclusions requiring additional evidence. It discusses input normalization, explicit weights, measurement conditions, and repeatability. The material can serve as a manuscript formatting guide. Its model and data are educational; before submission, authors must replace them with their own reproducible research and supported conclusions.</w:t>
      </w:r>
    </w:p>
    <w:p>
      <w:pPr>
        <w:pStyle w:val="Article_Keywords_EN"/>
      </w:pPr>
      <w:r>
        <w:rPr>
          <w:b w:val="1"/>
          <w:i w:val="0"/>
        </w:rPr>
        <w:t xml:space="preserve">Keywords:</w:t>
      </w:r>
      <w:r>
        <w:rPr>
          <w:b w:val="0"/>
          <w:i w:val="1"/>
        </w:rPr>
        <w:t xml:space="preserve"> load balancing, cloud cluster, load index, request queue, response time, article formatting.</w:t>
      </w:r>
    </w:p>
    <w:p>
      <w:pPr>
        <w:pStyle w:val="Article_Author_Info_Heading_EN"/>
      </w:pPr>
      <w:r>
        <w:rPr>
          <w:rFonts w:ascii="Liberation Serif" w:hAnsi="Liberation Serif" w:eastAsia="Liberation Serif" w:cs="Liberation Serif"/>
          <w:b/>
          <w:bCs/>
          <w:i w:val="0"/>
          <w:iCs w:val="0"/>
          <w:lang w:val="en-US" w:eastAsia="ru-RU"/>
        </w:rPr>
        <w:t xml:space="preserve">Information about the authors</w:t>
      </w:r>
      <w:r>
        <w:rPr>
          <w:rFonts w:ascii="Liberation Serif" w:hAnsi="Liberation Serif" w:eastAsia="Liberation Serif" w:cs="Liberation Serif"/>
          <w:b/>
          <w:bCs/>
          <w:i w:val="0"/>
          <w:iCs w:val="0"/>
          <w:lang w:val="en-US" w:eastAsia="ru-RU"/>
        </w:rPr>
      </w:r>
    </w:p>
    <w:p>
      <w:pPr>
        <w:pStyle w:val="Article_Author_Info_EN"/>
      </w:pPr>
      <w:r>
        <w:rPr/>
        <w:t xml:space="preserve">Smirnov Petr Ivanovich — [position], [academic degree and title, if any], [full institution name], [city, country], e-mail: author1@example.org</w:t>
      </w:r>
    </w:p>
    <w:p>
      <w:pPr>
        <w:pStyle w:val="Article_Author_Info_EN"/>
      </w:pPr>
      <w:r>
        <w:rPr/>
        <w:t xml:space="preserve">Petrov Alexey Vladimirovich — [position], [academic degree and title, if any], [full institution name], [city, country], e-mail: author2@example.org</w:t>
      </w:r>
    </w:p>
    <w:sectPr>
      <w:headerReference w:type="default" r:id="rId9"/>
      <w:headerReference w:type="even" r:id="rId10"/>
      <w:footnotePr/>
      <w:endnotePr/>
      <w:type w:val="continuous"/>
      <w:pgSz w:h="16838" w:orient="portrait" w:w="11906"/>
      <w:pgMar w:top="1134" w:right="1134" w:bottom="1134" w:left="1134" w:header="851" w:footer="907" w:gutter="0"/>
      <w:cols w:num="1" w:sep="0" w:space="284"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r>
        <w:separator/>
      </w:r>
      <w:r/>
    </w:p>
  </w:endnote>
  <w:endnote w:type="continuationSeparator" w:id="0">
    <w:p>
      <w:pPr>
        <w:pBdr/>
        <w:spacing w:after="0" w:line="240" w:lineRule="auto"/>
        <w:ind/>
        <w:rPr/>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Liberation Serif">
    <w:family w:val="roman"/>
    <w:pitch w:val="variable"/>
    <w:embedRegular r:id="rIdEmbeddedLiberationSerifRegular" w:fontKey="{D351E8AE-9E28-4E0C-B0C9-967B6988A5D5}" w:subsetted="0"/>
    <w:embedBold r:id="rIdEmbeddedLiberationSerifBold" w:fontKey="{EAA6AA36-AABF-406C-9760-F5429E2BD240}" w:subsetted="0"/>
    <w:embedItalic r:id="rIdEmbeddedLiberationSerifItalic" w:fontKey="{E75F57F9-6315-4BDE-B44C-4BB0C039C564}" w:subsetted="0"/>
    <w:embedBoldItalic r:id="rIdEmbeddedLiberationSerifBoldItalic" w:fontKey="{30DA2C3E-4B7B-496D-AA2D-905B267CA4C2}" w:subsetted="0"/>
  </w:font>
  <w:font w:name="Liberation Mono">
    <w:family w:val="modern"/>
    <w:pitch w:val="fixed"/>
    <w:embedRegular r:id="rIdEmbeddedLiberationMonoRegular" w:fontKey="{11DE9215-3DDC-41A5-B569-8048CB3A348A}" w:subsetted="0"/>
    <w:embedBold r:id="rIdEmbeddedLiberationMonoBold" w:fontKey="{101A80F1-CA40-4774-AD0F-C6C233F3E1CE}" w:subsetted="0"/>
    <w:embedItalic r:id="rIdEmbeddedLiberationMonoItalic" w:fontKey="{BFC8757F-918A-4179-9AC5-22C0362D16C8}" w:subsetted="0"/>
    <w:embedBoldItalic r:id="rIdEmbeddedLiberationMonoBoldItalic" w:fontKey="{3385B084-DDE2-4CDA-93AD-2C4B283CD5C1}" w:subsetted="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r>
        <w:separator/>
      </w:r>
      <w:r/>
    </w:p>
  </w:footnote>
  <w:footnote w:type="continuationSeparator" w:id="0">
    <w:p>
      <w:pPr>
        <w:pBdr/>
        <w:spacing w:after="0" w:line="240" w:lineRule="auto"/>
        <w:ind/>
        <w:rPr/>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39"/>
      <w:pBdr/>
      <w:spacing/>
      <w:ind/>
      <w:jc w:val="center"/>
      <w:rPr>
        <w:rFonts w:ascii="Liberation Serif" w:hAnsi="Liberation Serif" w:eastAsia="Liberation Serif" w:cs="Liberation Serif"/>
      </w:rPr>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52"/>
      <w:pBdr/>
      <w:spacing/>
      <w:ind/>
      <w:rPr>
        <w:rFonts w:ascii="Liberation Serif" w:hAnsi="Liberation Serif" w:eastAsia="Liberation Serif" w:cs="Liberation Serif"/>
      </w:rP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701BD3"/>
    <w:lvl w:ilvl="0">
      <w:isLgl w:val="false"/>
      <w:lvlJc w:val="left"/>
      <w:lvlText w:val="%1."/>
      <w:numFmt w:val="decimal"/>
      <w:pPr>
        <w:pBdr/>
        <w:spacing/>
        <w:ind w:hanging="360" w:left="3337"/>
      </w:pPr>
      <w:pStyle w:val="1415"/>
      <w:rPr>
        <w:rFonts w:ascii="Liberation Serif" w:hAnsi="Liberation Serif" w:eastAsia="Liberation Serif" w:cs="Liberation Serif"/>
      </w:rPr>
      <w:start w:val="1"/>
      <w:suff w:val="tab"/>
    </w:lvl>
    <w:lvl w:ilvl="1">
      <w:isLgl w:val="false"/>
      <w:lvlJc w:val="left"/>
      <w:lvlText w:val="%2."/>
      <w:numFmt w:val="lowerLetter"/>
      <w:pPr>
        <w:pBdr/>
        <w:spacing/>
        <w:ind w:hanging="360" w:left="1440"/>
      </w:pPr>
      <w:rPr>
        <w:rFonts w:ascii="Liberation Serif" w:hAnsi="Liberation Serif" w:eastAsia="Liberation Serif" w:cs="Liberation Serif"/>
      </w:rPr>
      <w:start w:val="1"/>
      <w:suff w:val="tab"/>
    </w:lvl>
    <w:lvl w:ilvl="2">
      <w:isLgl w:val="false"/>
      <w:lvlJc w:val="right"/>
      <w:lvlText w:val="%3."/>
      <w:numFmt w:val="lowerRoman"/>
      <w:pPr>
        <w:pBdr/>
        <w:spacing/>
        <w:ind w:hanging="180" w:left="2160"/>
      </w:pPr>
      <w:rPr>
        <w:rFonts w:ascii="Liberation Serif" w:hAnsi="Liberation Serif" w:eastAsia="Liberation Serif" w:cs="Liberation Serif"/>
      </w:rPr>
      <w:start w:val="1"/>
      <w:suff w:val="tab"/>
    </w:lvl>
    <w:lvl w:ilvl="3">
      <w:isLgl w:val="false"/>
      <w:lvlJc w:val="left"/>
      <w:lvlText w:val="%4."/>
      <w:numFmt w:val="decimal"/>
      <w:pPr>
        <w:pBdr/>
        <w:spacing/>
        <w:ind w:hanging="360" w:left="2880"/>
      </w:pPr>
      <w:rPr>
        <w:rFonts w:ascii="Liberation Serif" w:hAnsi="Liberation Serif" w:eastAsia="Liberation Serif" w:cs="Liberation Serif"/>
      </w:rPr>
      <w:start w:val="1"/>
      <w:suff w:val="tab"/>
    </w:lvl>
    <w:lvl w:ilvl="4">
      <w:isLgl w:val="false"/>
      <w:lvlJc w:val="left"/>
      <w:lvlText w:val="%5."/>
      <w:numFmt w:val="lowerLetter"/>
      <w:pPr>
        <w:pBdr/>
        <w:spacing/>
        <w:ind w:hanging="360" w:left="3600"/>
      </w:pPr>
      <w:rPr>
        <w:rFonts w:ascii="Liberation Serif" w:hAnsi="Liberation Serif" w:eastAsia="Liberation Serif" w:cs="Liberation Serif"/>
      </w:rPr>
      <w:start w:val="1"/>
      <w:suff w:val="tab"/>
    </w:lvl>
    <w:lvl w:ilvl="5">
      <w:isLgl w:val="false"/>
      <w:lvlJc w:val="right"/>
      <w:lvlText w:val="%6."/>
      <w:numFmt w:val="lowerRoman"/>
      <w:pPr>
        <w:pBdr/>
        <w:spacing/>
        <w:ind w:hanging="180" w:left="4320"/>
      </w:pPr>
      <w:rPr>
        <w:rFonts w:ascii="Liberation Serif" w:hAnsi="Liberation Serif" w:eastAsia="Liberation Serif" w:cs="Liberation Serif"/>
      </w:rPr>
      <w:start w:val="1"/>
      <w:suff w:val="tab"/>
    </w:lvl>
    <w:lvl w:ilvl="6">
      <w:isLgl w:val="false"/>
      <w:lvlJc w:val="left"/>
      <w:lvlText w:val="%7."/>
      <w:numFmt w:val="decimal"/>
      <w:pPr>
        <w:pBdr/>
        <w:spacing/>
        <w:ind w:hanging="360" w:left="5040"/>
      </w:pPr>
      <w:rPr>
        <w:rFonts w:ascii="Liberation Serif" w:hAnsi="Liberation Serif" w:eastAsia="Liberation Serif" w:cs="Liberation Serif"/>
      </w:rPr>
      <w:start w:val="1"/>
      <w:suff w:val="tab"/>
    </w:lvl>
    <w:lvl w:ilvl="7">
      <w:isLgl w:val="false"/>
      <w:lvlJc w:val="left"/>
      <w:lvlText w:val="%8."/>
      <w:numFmt w:val="lowerLetter"/>
      <w:pPr>
        <w:pBdr/>
        <w:spacing/>
        <w:ind w:hanging="360" w:left="5760"/>
      </w:pPr>
      <w:rPr>
        <w:rFonts w:ascii="Liberation Serif" w:hAnsi="Liberation Serif" w:eastAsia="Liberation Serif" w:cs="Liberation Serif"/>
      </w:rPr>
      <w:start w:val="1"/>
      <w:suff w:val="tab"/>
    </w:lvl>
    <w:lvl w:ilvl="8">
      <w:isLgl w:val="false"/>
      <w:lvlJc w:val="right"/>
      <w:lvlText w:val="%9."/>
      <w:numFmt w:val="lowerRoman"/>
      <w:pPr>
        <w:pBdr/>
        <w:spacing/>
        <w:ind w:hanging="180" w:left="6480"/>
      </w:pPr>
      <w:rPr>
        <w:rFonts w:ascii="Liberation Serif" w:hAnsi="Liberation Serif" w:eastAsia="Liberation Serif" w:cs="Liberation Serif"/>
      </w:rPr>
      <w:start w:val="1"/>
      <w:suff w:val="tab"/>
    </w:lvl>
  </w:abstractNum>
  <w:abstractNum w:abstractNumId="1">
    <w:nsid w:val="06EC3814"/>
    <w:lvl w:ilvl="0">
      <w:isLgl w:val="false"/>
      <w:lvlJc w:val="left"/>
      <w:lvlText w:val="%1)"/>
      <w:numFmt w:val="decimal"/>
      <w:pPr>
        <w:pBdr/>
        <w:tabs>
          <w:tab w:val="num" w:leader="none" w:pos="360"/>
        </w:tabs>
        <w:spacing/>
        <w:ind w:hanging="360" w:left="360"/>
      </w:pPr>
      <w:pStyle w:val="1229"/>
      <w:rPr>
        <w:rFonts w:cs="Liberation Serif" w:ascii="Liberation Serif" w:hAnsi="Liberation Serif" w:eastAsia="Liberation Serif"/>
      </w:rPr>
      <w:start w:val="1"/>
      <w:suff w:val="tab"/>
    </w:lvl>
    <w:lvl w:ilvl="1">
      <w:isLgl w:val="false"/>
      <w:lvlJc w:val="left"/>
      <w:lvlText w:val="%2)"/>
      <w:numFmt w:val="lowerLetter"/>
      <w:pPr>
        <w:pBdr/>
        <w:tabs>
          <w:tab w:val="num" w:leader="none" w:pos="720"/>
        </w:tabs>
        <w:spacing/>
        <w:ind w:hanging="360" w:left="720"/>
      </w:pPr>
      <w:rPr>
        <w:rFonts w:cs="Liberation Serif" w:ascii="Liberation Serif" w:hAnsi="Liberation Serif" w:eastAsia="Liberation Serif"/>
      </w:rPr>
      <w:start w:val="1"/>
      <w:suff w:val="tab"/>
    </w:lvl>
    <w:lvl w:ilvl="2">
      <w:isLgl w:val="false"/>
      <w:lvlJc w:val="left"/>
      <w:lvlText w:val="%3)"/>
      <w:numFmt w:val="lowerRoman"/>
      <w:pPr>
        <w:pBdr/>
        <w:tabs>
          <w:tab w:val="num" w:leader="none" w:pos="1080"/>
        </w:tabs>
        <w:spacing/>
        <w:ind w:hanging="360" w:left="1080"/>
      </w:pPr>
      <w:rPr>
        <w:rFonts w:cs="Liberation Serif" w:ascii="Liberation Serif" w:hAnsi="Liberation Serif" w:eastAsia="Liberation Serif"/>
      </w:rPr>
      <w:start w:val="1"/>
      <w:suff w:val="tab"/>
    </w:lvl>
    <w:lvl w:ilvl="3">
      <w:isLgl w:val="false"/>
      <w:lvlJc w:val="left"/>
      <w:lvlText w:val="(%4)"/>
      <w:numFmt w:val="decimal"/>
      <w:pPr>
        <w:pBdr/>
        <w:tabs>
          <w:tab w:val="num" w:leader="none" w:pos="1440"/>
        </w:tabs>
        <w:spacing/>
        <w:ind w:hanging="360" w:left="1440"/>
      </w:pPr>
      <w:rPr>
        <w:rFonts w:cs="Liberation Serif" w:ascii="Liberation Serif" w:hAnsi="Liberation Serif" w:eastAsia="Liberation Serif"/>
      </w:rPr>
      <w:start w:val="1"/>
      <w:suff w:val="tab"/>
    </w:lvl>
    <w:lvl w:ilvl="4">
      <w:isLgl w:val="false"/>
      <w:lvlJc w:val="left"/>
      <w:lvlText w:val="(%5)"/>
      <w:numFmt w:val="lowerLetter"/>
      <w:pPr>
        <w:pBdr/>
        <w:tabs>
          <w:tab w:val="num" w:leader="none" w:pos="1800"/>
        </w:tabs>
        <w:spacing/>
        <w:ind w:hanging="360" w:left="1800"/>
      </w:pPr>
      <w:rPr>
        <w:rFonts w:cs="Liberation Serif" w:ascii="Liberation Serif" w:hAnsi="Liberation Serif" w:eastAsia="Liberation Serif"/>
      </w:rPr>
      <w:start w:val="1"/>
      <w:suff w:val="tab"/>
    </w:lvl>
    <w:lvl w:ilvl="5">
      <w:isLgl w:val="false"/>
      <w:lvlJc w:val="left"/>
      <w:lvlText w:val="(%6)"/>
      <w:numFmt w:val="lowerRoman"/>
      <w:pPr>
        <w:pBdr/>
        <w:tabs>
          <w:tab w:val="num" w:leader="none" w:pos="2160"/>
        </w:tabs>
        <w:spacing/>
        <w:ind w:hanging="360" w:left="2160"/>
      </w:pPr>
      <w:rPr>
        <w:rFonts w:cs="Liberation Serif" w:ascii="Liberation Serif" w:hAnsi="Liberation Serif" w:eastAsia="Liberation Serif"/>
      </w:rPr>
      <w:start w:val="1"/>
      <w:suff w:val="tab"/>
    </w:lvl>
    <w:lvl w:ilvl="6">
      <w:isLgl w:val="false"/>
      <w:lvlJc w:val="left"/>
      <w:lvlText w:val="%7."/>
      <w:numFmt w:val="decimal"/>
      <w:pPr>
        <w:pBdr/>
        <w:tabs>
          <w:tab w:val="num" w:leader="none" w:pos="2520"/>
        </w:tabs>
        <w:spacing/>
        <w:ind w:hanging="360" w:left="2520"/>
      </w:pPr>
      <w:rPr>
        <w:rFonts w:cs="Liberation Serif" w:ascii="Liberation Serif" w:hAnsi="Liberation Serif" w:eastAsia="Liberation Serif"/>
      </w:rPr>
      <w:start w:val="1"/>
      <w:suff w:val="tab"/>
    </w:lvl>
    <w:lvl w:ilvl="7">
      <w:isLgl w:val="false"/>
      <w:lvlJc w:val="left"/>
      <w:lvlText w:val="%8."/>
      <w:numFmt w:val="lowerLetter"/>
      <w:pPr>
        <w:pBdr/>
        <w:tabs>
          <w:tab w:val="num" w:leader="none" w:pos="2880"/>
        </w:tabs>
        <w:spacing/>
        <w:ind w:hanging="360" w:left="2880"/>
      </w:pPr>
      <w:rPr>
        <w:rFonts w:cs="Liberation Serif" w:ascii="Liberation Serif" w:hAnsi="Liberation Serif" w:eastAsia="Liberation Serif"/>
      </w:rPr>
      <w:start w:val="1"/>
      <w:suff w:val="tab"/>
    </w:lvl>
    <w:lvl w:ilvl="8">
      <w:isLgl w:val="false"/>
      <w:lvlJc w:val="left"/>
      <w:lvlText w:val="%9."/>
      <w:numFmt w:val="lowerRoman"/>
      <w:pPr>
        <w:pBdr/>
        <w:tabs>
          <w:tab w:val="num" w:leader="none" w:pos="3240"/>
        </w:tabs>
        <w:spacing/>
        <w:ind w:hanging="360" w:left="3240"/>
      </w:pPr>
      <w:rPr>
        <w:rFonts w:cs="Liberation Serif" w:ascii="Liberation Serif" w:hAnsi="Liberation Serif" w:eastAsia="Liberation Serif"/>
      </w:rPr>
      <w:start w:val="1"/>
      <w:suff w:val="tab"/>
    </w:lvl>
  </w:abstractNum>
  <w:abstractNum w:abstractNumId="2">
    <w:nsid w:val="0F3934C7"/>
    <w:lvl w:ilvl="0">
      <w:isLgl w:val="false"/>
      <w:lvlJc w:val="left"/>
      <w:lvlText w:val="%1."/>
      <w:numFmt w:val="decimal"/>
      <w:pPr>
        <w:pBdr/>
        <w:spacing/>
        <w:ind w:hanging="360" w:left="720"/>
      </w:pPr>
      <w:rPr>
        <w:rFonts w:cs="Liberation Serif" w:ascii="Liberation Serif" w:hAnsi="Liberation Serif" w:eastAsia="Liberation Serif"/>
      </w:rPr>
      <w:start w:val="1"/>
      <w:suff w:val="tab"/>
    </w:lvl>
    <w:lvl w:ilvl="1">
      <w:isLgl w:val="false"/>
      <w:lvlJc w:val="left"/>
      <w:lvlText w:val="%2."/>
      <w:numFmt w:val="lowerLetter"/>
      <w:pPr>
        <w:pBdr/>
        <w:spacing/>
        <w:ind w:hanging="360" w:left="1440"/>
      </w:pPr>
      <w:rPr>
        <w:rFonts w:cs="Liberation Serif" w:ascii="Liberation Serif" w:hAnsi="Liberation Serif" w:eastAsia="Liberation Serif"/>
      </w:rPr>
      <w:start w:val="1"/>
      <w:suff w:val="tab"/>
    </w:lvl>
    <w:lvl w:ilvl="2">
      <w:isLgl w:val="false"/>
      <w:lvlJc w:val="right"/>
      <w:lvlText w:val="%3."/>
      <w:numFmt w:val="lowerRoman"/>
      <w:pPr>
        <w:pBdr/>
        <w:spacing/>
        <w:ind w:hanging="180" w:left="2160"/>
      </w:pPr>
      <w:rPr>
        <w:rFonts w:cs="Liberation Serif" w:ascii="Liberation Serif" w:hAnsi="Liberation Serif" w:eastAsia="Liberation Serif"/>
      </w:rPr>
      <w:start w:val="1"/>
      <w:suff w:val="tab"/>
    </w:lvl>
    <w:lvl w:ilvl="3">
      <w:isLgl w:val="false"/>
      <w:lvlJc w:val="left"/>
      <w:lvlText w:val="%4."/>
      <w:numFmt w:val="decimal"/>
      <w:pPr>
        <w:pBdr/>
        <w:spacing/>
        <w:ind w:hanging="360" w:left="2880"/>
      </w:pPr>
      <w:rPr>
        <w:rFonts w:cs="Liberation Serif" w:ascii="Liberation Serif" w:hAnsi="Liberation Serif" w:eastAsia="Liberation Serif"/>
      </w:rPr>
      <w:start w:val="1"/>
      <w:suff w:val="tab"/>
    </w:lvl>
    <w:lvl w:ilvl="4">
      <w:isLgl w:val="false"/>
      <w:lvlJc w:val="left"/>
      <w:lvlText w:val="%5."/>
      <w:numFmt w:val="lowerLetter"/>
      <w:pPr>
        <w:pBdr/>
        <w:spacing/>
        <w:ind w:hanging="360" w:left="3600"/>
      </w:pPr>
      <w:rPr>
        <w:rFonts w:cs="Liberation Serif" w:ascii="Liberation Serif" w:hAnsi="Liberation Serif" w:eastAsia="Liberation Serif"/>
      </w:rPr>
      <w:start w:val="1"/>
      <w:suff w:val="tab"/>
    </w:lvl>
    <w:lvl w:ilvl="5">
      <w:isLgl w:val="false"/>
      <w:lvlJc w:val="right"/>
      <w:lvlText w:val="%6."/>
      <w:numFmt w:val="lowerRoman"/>
      <w:pPr>
        <w:pBdr/>
        <w:spacing/>
        <w:ind w:hanging="180" w:left="4320"/>
      </w:pPr>
      <w:rPr>
        <w:rFonts w:cs="Liberation Serif" w:ascii="Liberation Serif" w:hAnsi="Liberation Serif" w:eastAsia="Liberation Serif"/>
      </w:rPr>
      <w:start w:val="1"/>
      <w:suff w:val="tab"/>
    </w:lvl>
    <w:lvl w:ilvl="6">
      <w:isLgl w:val="false"/>
      <w:lvlJc w:val="left"/>
      <w:lvlText w:val="%7."/>
      <w:numFmt w:val="decimal"/>
      <w:pPr>
        <w:pBdr/>
        <w:spacing/>
        <w:ind w:hanging="360" w:left="5040"/>
      </w:pPr>
      <w:rPr>
        <w:rFonts w:cs="Liberation Serif" w:ascii="Liberation Serif" w:hAnsi="Liberation Serif" w:eastAsia="Liberation Serif"/>
      </w:rPr>
      <w:start w:val="1"/>
      <w:suff w:val="tab"/>
    </w:lvl>
    <w:lvl w:ilvl="7">
      <w:isLgl w:val="false"/>
      <w:lvlJc w:val="left"/>
      <w:lvlText w:val="%8."/>
      <w:numFmt w:val="lowerLetter"/>
      <w:pPr>
        <w:pBdr/>
        <w:spacing/>
        <w:ind w:hanging="360" w:left="5760"/>
      </w:pPr>
      <w:rPr>
        <w:rFonts w:cs="Liberation Serif" w:ascii="Liberation Serif" w:hAnsi="Liberation Serif" w:eastAsia="Liberation Serif"/>
      </w:rPr>
      <w:start w:val="1"/>
      <w:suff w:val="tab"/>
    </w:lvl>
    <w:lvl w:ilvl="8">
      <w:isLgl w:val="false"/>
      <w:lvlJc w:val="right"/>
      <w:lvlText w:val="%9."/>
      <w:numFmt w:val="lowerRoman"/>
      <w:pPr>
        <w:pBdr/>
        <w:spacing/>
        <w:ind w:hanging="180" w:left="6480"/>
      </w:pPr>
      <w:rPr>
        <w:rFonts w:cs="Liberation Serif" w:ascii="Liberation Serif" w:hAnsi="Liberation Serif" w:eastAsia="Liberation Serif"/>
      </w:rPr>
      <w:start w:val="1"/>
      <w:suff w:val="tab"/>
    </w:lvl>
  </w:abstractNum>
  <w:abstractNum w:abstractNumId="3">
    <w:nsid w:val="173F00EC"/>
    <w:lvl w:ilvl="0">
      <w:isLgl w:val="false"/>
      <w:lvlJc w:val="left"/>
      <w:lvlText w:val="%1."/>
      <w:numFmt w:val="decimal"/>
      <w:pPr>
        <w:pBdr/>
        <w:tabs>
          <w:tab w:val="num" w:leader="none" w:pos="360"/>
        </w:tabs>
        <w:spacing/>
        <w:ind w:hanging="360" w:left="360"/>
      </w:pPr>
      <w:pStyle w:val="1230"/>
      <w:rPr>
        <w:rFonts w:cs="Liberation Serif" w:ascii="Liberation Serif" w:hAnsi="Liberation Serif" w:eastAsia="Liberation Serif"/>
      </w:rPr>
      <w:start w:val="1"/>
      <w:suff w:val="tab"/>
    </w:lvl>
    <w:lvl w:ilvl="1">
      <w:isLgl w:val="false"/>
      <w:lvlJc w:val="left"/>
      <w:lvlText w:val="%1.%2."/>
      <w:numFmt w:val="decimal"/>
      <w:pPr>
        <w:pBdr/>
        <w:tabs>
          <w:tab w:val="num" w:leader="none" w:pos="792"/>
        </w:tabs>
        <w:spacing/>
        <w:ind w:hanging="432" w:left="792"/>
      </w:pPr>
      <w:rPr>
        <w:rFonts w:cs="Liberation Serif" w:ascii="Liberation Serif" w:hAnsi="Liberation Serif" w:eastAsia="Liberation Serif"/>
      </w:rPr>
      <w:start w:val="1"/>
      <w:suff w:val="tab"/>
    </w:lvl>
    <w:lvl w:ilvl="2">
      <w:isLgl w:val="false"/>
      <w:lvlJc w:val="left"/>
      <w:lvlText w:val="%1.%2.%3."/>
      <w:numFmt w:val="decimal"/>
      <w:pPr>
        <w:pBdr/>
        <w:tabs>
          <w:tab w:val="num" w:leader="none" w:pos="1224"/>
        </w:tabs>
        <w:spacing/>
        <w:ind w:hanging="504" w:left="1224"/>
      </w:pPr>
      <w:rPr>
        <w:rFonts w:cs="Liberation Serif" w:ascii="Liberation Serif" w:hAnsi="Liberation Serif" w:eastAsia="Liberation Serif"/>
      </w:rPr>
      <w:start w:val="1"/>
      <w:suff w:val="tab"/>
    </w:lvl>
    <w:lvl w:ilvl="3">
      <w:isLgl w:val="false"/>
      <w:lvlJc w:val="left"/>
      <w:lvlText w:val="%1.%2.%3.%4."/>
      <w:numFmt w:val="decimal"/>
      <w:pPr>
        <w:pBdr/>
        <w:tabs>
          <w:tab w:val="num" w:leader="none" w:pos="1800"/>
        </w:tabs>
        <w:spacing/>
        <w:ind w:hanging="648" w:left="1728"/>
      </w:pPr>
      <w:rPr>
        <w:rFonts w:cs="Liberation Serif" w:ascii="Liberation Serif" w:hAnsi="Liberation Serif" w:eastAsia="Liberation Serif"/>
      </w:rPr>
      <w:start w:val="1"/>
      <w:suff w:val="tab"/>
    </w:lvl>
    <w:lvl w:ilvl="4">
      <w:isLgl w:val="false"/>
      <w:lvlJc w:val="left"/>
      <w:lvlText w:val="%1.%2.%3.%4.%5."/>
      <w:numFmt w:val="decimal"/>
      <w:pPr>
        <w:pBdr/>
        <w:tabs>
          <w:tab w:val="num" w:leader="none" w:pos="2520"/>
        </w:tabs>
        <w:spacing/>
        <w:ind w:hanging="792" w:left="2232"/>
      </w:pPr>
      <w:rPr>
        <w:rFonts w:cs="Liberation Serif" w:ascii="Liberation Serif" w:hAnsi="Liberation Serif" w:eastAsia="Liberation Serif"/>
      </w:rPr>
      <w:start w:val="1"/>
      <w:suff w:val="tab"/>
    </w:lvl>
    <w:lvl w:ilvl="5">
      <w:isLgl w:val="false"/>
      <w:lvlJc w:val="left"/>
      <w:lvlText w:val="%1.%2.%3.%4.%5.%6."/>
      <w:numFmt w:val="decimal"/>
      <w:pPr>
        <w:pBdr/>
        <w:tabs>
          <w:tab w:val="num" w:leader="none" w:pos="2880"/>
        </w:tabs>
        <w:spacing/>
        <w:ind w:hanging="936" w:left="2736"/>
      </w:pPr>
      <w:rPr>
        <w:rFonts w:cs="Liberation Serif" w:ascii="Liberation Serif" w:hAnsi="Liberation Serif" w:eastAsia="Liberation Serif"/>
      </w:rPr>
      <w:start w:val="1"/>
      <w:suff w:val="tab"/>
    </w:lvl>
    <w:lvl w:ilvl="6">
      <w:isLgl w:val="false"/>
      <w:lvlJc w:val="left"/>
      <w:lvlText w:val="%1.%2.%3.%4.%5.%6.%7."/>
      <w:numFmt w:val="decimal"/>
      <w:pPr>
        <w:pBdr/>
        <w:tabs>
          <w:tab w:val="num" w:leader="none" w:pos="3600"/>
        </w:tabs>
        <w:spacing/>
        <w:ind w:hanging="1080" w:left="3240"/>
      </w:pPr>
      <w:rPr>
        <w:rFonts w:cs="Liberation Serif" w:ascii="Liberation Serif" w:hAnsi="Liberation Serif" w:eastAsia="Liberation Serif"/>
      </w:rPr>
      <w:start w:val="1"/>
      <w:suff w:val="tab"/>
    </w:lvl>
    <w:lvl w:ilvl="7">
      <w:isLgl w:val="false"/>
      <w:lvlJc w:val="left"/>
      <w:lvlText w:val="%1.%2.%3.%4.%5.%6.%7.%8."/>
      <w:numFmt w:val="decimal"/>
      <w:pPr>
        <w:pBdr/>
        <w:tabs>
          <w:tab w:val="num" w:leader="none" w:pos="3960"/>
        </w:tabs>
        <w:spacing/>
        <w:ind w:hanging="1224" w:left="3744"/>
      </w:pPr>
      <w:rPr>
        <w:rFonts w:cs="Liberation Serif" w:ascii="Liberation Serif" w:hAnsi="Liberation Serif" w:eastAsia="Liberation Serif"/>
      </w:rPr>
      <w:start w:val="1"/>
      <w:suff w:val="tab"/>
    </w:lvl>
    <w:lvl w:ilvl="8">
      <w:isLgl w:val="false"/>
      <w:lvlJc w:val="left"/>
      <w:lvlText w:val="%1.%2.%3.%4.%5.%6.%7.%8.%9."/>
      <w:numFmt w:val="decimal"/>
      <w:pPr>
        <w:pBdr/>
        <w:tabs>
          <w:tab w:val="num" w:leader="none" w:pos="4680"/>
        </w:tabs>
        <w:spacing/>
        <w:ind w:hanging="1440" w:left="4320"/>
      </w:pPr>
      <w:rPr>
        <w:rFonts w:cs="Liberation Serif" w:ascii="Liberation Serif" w:hAnsi="Liberation Serif" w:eastAsia="Liberation Serif"/>
      </w:rPr>
      <w:start w:val="1"/>
      <w:suff w:val="tab"/>
    </w:lvl>
  </w:abstractNum>
  <w:abstractNum w:abstractNumId="4">
    <w:nsid w:val="19B32D93"/>
    <w:lvl w:ilvl="0">
      <w:isLgl w:val="false"/>
      <w:lvlJc w:val="left"/>
      <w:lvlText w:val="%1."/>
      <w:numFmt w:val="decimal"/>
      <w:pPr>
        <w:pBdr/>
        <w:spacing/>
        <w:ind w:hanging="360" w:left="927"/>
      </w:pPr>
      <w:rPr>
        <w:rFonts w:cs="Liberation Serif" w:ascii="Liberation Serif" w:hAnsi="Liberation Serif" w:eastAsia="Liberation Serif"/>
      </w:rPr>
      <w:start w:val="1"/>
      <w:suff w:val="tab"/>
    </w:lvl>
    <w:lvl w:ilvl="1">
      <w:isLgl w:val="false"/>
      <w:lvlJc w:val="left"/>
      <w:lvlText w:val="%2."/>
      <w:numFmt w:val="lowerLetter"/>
      <w:pPr>
        <w:pBdr/>
        <w:spacing/>
        <w:ind w:hanging="360" w:left="1647"/>
      </w:pPr>
      <w:rPr>
        <w:rFonts w:cs="Liberation Serif" w:ascii="Liberation Serif" w:hAnsi="Liberation Serif" w:eastAsia="Liberation Serif"/>
      </w:rPr>
      <w:start w:val="1"/>
      <w:suff w:val="tab"/>
    </w:lvl>
    <w:lvl w:ilvl="2">
      <w:isLgl w:val="false"/>
      <w:lvlJc w:val="right"/>
      <w:lvlText w:val="%3."/>
      <w:numFmt w:val="lowerRoman"/>
      <w:pPr>
        <w:pBdr/>
        <w:spacing/>
        <w:ind w:hanging="180" w:left="2367"/>
      </w:pPr>
      <w:rPr>
        <w:rFonts w:cs="Liberation Serif" w:ascii="Liberation Serif" w:hAnsi="Liberation Serif" w:eastAsia="Liberation Serif"/>
      </w:rPr>
      <w:start w:val="1"/>
      <w:suff w:val="tab"/>
    </w:lvl>
    <w:lvl w:ilvl="3">
      <w:isLgl w:val="false"/>
      <w:lvlJc w:val="left"/>
      <w:lvlText w:val="%4."/>
      <w:numFmt w:val="decimal"/>
      <w:pPr>
        <w:pBdr/>
        <w:spacing/>
        <w:ind w:hanging="360" w:left="3087"/>
      </w:pPr>
      <w:rPr>
        <w:rFonts w:cs="Liberation Serif" w:ascii="Liberation Serif" w:hAnsi="Liberation Serif" w:eastAsia="Liberation Serif"/>
      </w:rPr>
      <w:start w:val="1"/>
      <w:suff w:val="tab"/>
    </w:lvl>
    <w:lvl w:ilvl="4">
      <w:isLgl w:val="false"/>
      <w:lvlJc w:val="left"/>
      <w:lvlText w:val="%5."/>
      <w:numFmt w:val="lowerLetter"/>
      <w:pPr>
        <w:pBdr/>
        <w:spacing/>
        <w:ind w:hanging="360" w:left="3807"/>
      </w:pPr>
      <w:rPr>
        <w:rFonts w:cs="Liberation Serif" w:ascii="Liberation Serif" w:hAnsi="Liberation Serif" w:eastAsia="Liberation Serif"/>
      </w:rPr>
      <w:start w:val="1"/>
      <w:suff w:val="tab"/>
    </w:lvl>
    <w:lvl w:ilvl="5">
      <w:isLgl w:val="false"/>
      <w:lvlJc w:val="right"/>
      <w:lvlText w:val="%6."/>
      <w:numFmt w:val="lowerRoman"/>
      <w:pPr>
        <w:pBdr/>
        <w:spacing/>
        <w:ind w:hanging="180" w:left="4527"/>
      </w:pPr>
      <w:rPr>
        <w:rFonts w:cs="Liberation Serif" w:ascii="Liberation Serif" w:hAnsi="Liberation Serif" w:eastAsia="Liberation Serif"/>
      </w:rPr>
      <w:start w:val="1"/>
      <w:suff w:val="tab"/>
    </w:lvl>
    <w:lvl w:ilvl="6">
      <w:isLgl w:val="false"/>
      <w:lvlJc w:val="left"/>
      <w:lvlText w:val="%7."/>
      <w:numFmt w:val="decimal"/>
      <w:pPr>
        <w:pBdr/>
        <w:spacing/>
        <w:ind w:hanging="360" w:left="5247"/>
      </w:pPr>
      <w:rPr>
        <w:rFonts w:cs="Liberation Serif" w:ascii="Liberation Serif" w:hAnsi="Liberation Serif" w:eastAsia="Liberation Serif"/>
      </w:rPr>
      <w:start w:val="1"/>
      <w:suff w:val="tab"/>
    </w:lvl>
    <w:lvl w:ilvl="7">
      <w:isLgl w:val="false"/>
      <w:lvlJc w:val="left"/>
      <w:lvlText w:val="%8."/>
      <w:numFmt w:val="lowerLetter"/>
      <w:pPr>
        <w:pBdr/>
        <w:spacing/>
        <w:ind w:hanging="360" w:left="5967"/>
      </w:pPr>
      <w:rPr>
        <w:rFonts w:cs="Liberation Serif" w:ascii="Liberation Serif" w:hAnsi="Liberation Serif" w:eastAsia="Liberation Serif"/>
      </w:rPr>
      <w:start w:val="1"/>
      <w:suff w:val="tab"/>
    </w:lvl>
    <w:lvl w:ilvl="8">
      <w:isLgl w:val="false"/>
      <w:lvlJc w:val="right"/>
      <w:lvlText w:val="%9."/>
      <w:numFmt w:val="lowerRoman"/>
      <w:pPr>
        <w:pBdr/>
        <w:spacing/>
        <w:ind w:hanging="180" w:left="6687"/>
      </w:pPr>
      <w:rPr>
        <w:rFonts w:cs="Liberation Serif" w:ascii="Liberation Serif" w:hAnsi="Liberation Serif" w:eastAsia="Liberation Serif"/>
      </w:rPr>
      <w:start w:val="1"/>
      <w:suff w:val="tab"/>
    </w:lvl>
  </w:abstractNum>
  <w:abstractNum w:abstractNumId="5">
    <w:nsid w:val="1E3F7C01"/>
    <w:lvl w:ilvl="0">
      <w:isLgl w:val="false"/>
      <w:lvlJc w:val="left"/>
      <w:lvlText w:val="Статья %1."/>
      <w:numFmt w:val="upperRoman"/>
      <w:pPr>
        <w:pBdr/>
        <w:tabs>
          <w:tab w:val="num" w:leader="none" w:pos="1440"/>
        </w:tabs>
        <w:spacing/>
        <w:ind/>
      </w:pPr>
      <w:pStyle w:val="1231"/>
      <w:rPr>
        <w:rFonts w:cs="Liberation Serif" w:ascii="Liberation Serif" w:hAnsi="Liberation Serif" w:eastAsia="Liberation Serif"/>
      </w:rPr>
      <w:start w:val="1"/>
      <w:suff w:val="tab"/>
    </w:lvl>
    <w:lvl w:ilvl="1">
      <w:isLgl w:val="false"/>
      <w:lvlJc w:val="left"/>
      <w:lvlText w:val="Раздел %1.%2"/>
      <w:numFmt w:val="decimalZero"/>
      <w:pPr>
        <w:pBdr/>
        <w:tabs>
          <w:tab w:val="num" w:leader="none" w:pos="1080"/>
        </w:tabs>
        <w:spacing/>
        <w:ind/>
      </w:pPr>
      <w:rPr>
        <w:rFonts w:cs="Liberation Serif" w:ascii="Liberation Serif" w:hAnsi="Liberation Serif" w:eastAsia="Liberation Serif"/>
      </w:rPr>
      <w:start w:val="1"/>
      <w:suff w:val="tab"/>
    </w:lvl>
    <w:lvl w:ilvl="2">
      <w:isLgl w:val="false"/>
      <w:lvlJc w:val="left"/>
      <w:lvlText w:val="(%3)"/>
      <w:numFmt w:val="lowerLetter"/>
      <w:pPr>
        <w:pBdr/>
        <w:tabs>
          <w:tab w:val="num" w:leader="none" w:pos="720"/>
        </w:tabs>
        <w:spacing/>
        <w:ind w:hanging="432" w:left="720"/>
      </w:pPr>
      <w:rPr>
        <w:rFonts w:cs="Liberation Serif" w:ascii="Liberation Serif" w:hAnsi="Liberation Serif" w:eastAsia="Liberation Serif"/>
      </w:rPr>
      <w:start w:val="1"/>
      <w:suff w:val="tab"/>
    </w:lvl>
    <w:lvl w:ilvl="3">
      <w:isLgl w:val="false"/>
      <w:lvlJc w:val="right"/>
      <w:lvlText w:val="(%4)"/>
      <w:numFmt w:val="lowerRoman"/>
      <w:pPr>
        <w:pBdr/>
        <w:tabs>
          <w:tab w:val="num" w:leader="none" w:pos="864"/>
        </w:tabs>
        <w:spacing/>
        <w:ind w:hanging="144" w:left="864"/>
      </w:pPr>
      <w:rPr>
        <w:rFonts w:cs="Liberation Serif" w:ascii="Liberation Serif" w:hAnsi="Liberation Serif" w:eastAsia="Liberation Serif"/>
      </w:rPr>
      <w:start w:val="1"/>
      <w:suff w:val="tab"/>
    </w:lvl>
    <w:lvl w:ilvl="4">
      <w:isLgl w:val="false"/>
      <w:lvlJc w:val="left"/>
      <w:lvlText w:val="%5)"/>
      <w:numFmt w:val="decimal"/>
      <w:pPr>
        <w:pBdr/>
        <w:tabs>
          <w:tab w:val="num" w:leader="none" w:pos="1008"/>
        </w:tabs>
        <w:spacing/>
        <w:ind w:hanging="432" w:left="1008"/>
      </w:pPr>
      <w:rPr>
        <w:rFonts w:cs="Liberation Serif" w:ascii="Liberation Serif" w:hAnsi="Liberation Serif" w:eastAsia="Liberation Serif"/>
      </w:rPr>
      <w:start w:val="1"/>
      <w:suff w:val="tab"/>
    </w:lvl>
    <w:lvl w:ilvl="5">
      <w:isLgl w:val="false"/>
      <w:lvlJc w:val="left"/>
      <w:lvlText w:val="%6)"/>
      <w:numFmt w:val="lowerLetter"/>
      <w:pPr>
        <w:pBdr/>
        <w:tabs>
          <w:tab w:val="num" w:leader="none" w:pos="1152"/>
        </w:tabs>
        <w:spacing/>
        <w:ind w:hanging="432" w:left="1152"/>
      </w:pPr>
      <w:rPr>
        <w:rFonts w:cs="Liberation Serif" w:ascii="Liberation Serif" w:hAnsi="Liberation Serif" w:eastAsia="Liberation Serif"/>
      </w:rPr>
      <w:start w:val="1"/>
      <w:suff w:val="tab"/>
    </w:lvl>
    <w:lvl w:ilvl="6">
      <w:isLgl w:val="false"/>
      <w:lvlJc w:val="right"/>
      <w:lvlText w:val="%7)"/>
      <w:numFmt w:val="lowerRoman"/>
      <w:pPr>
        <w:pBdr/>
        <w:tabs>
          <w:tab w:val="num" w:leader="none" w:pos="1296"/>
        </w:tabs>
        <w:spacing/>
        <w:ind w:hanging="288" w:left="1296"/>
      </w:pPr>
      <w:rPr>
        <w:rFonts w:cs="Liberation Serif" w:ascii="Liberation Serif" w:hAnsi="Liberation Serif" w:eastAsia="Liberation Serif"/>
      </w:rPr>
      <w:start w:val="1"/>
      <w:suff w:val="tab"/>
    </w:lvl>
    <w:lvl w:ilvl="7">
      <w:isLgl w:val="false"/>
      <w:lvlJc w:val="left"/>
      <w:lvlText w:val="%8."/>
      <w:numFmt w:val="lowerLetter"/>
      <w:pPr>
        <w:pBdr/>
        <w:tabs>
          <w:tab w:val="num" w:leader="none" w:pos="1440"/>
        </w:tabs>
        <w:spacing/>
        <w:ind w:hanging="432" w:left="1440"/>
      </w:pPr>
      <w:rPr>
        <w:rFonts w:cs="Liberation Serif" w:ascii="Liberation Serif" w:hAnsi="Liberation Serif" w:eastAsia="Liberation Serif"/>
      </w:rPr>
      <w:start w:val="1"/>
      <w:suff w:val="tab"/>
    </w:lvl>
    <w:lvl w:ilvl="8">
      <w:isLgl w:val="false"/>
      <w:lvlJc w:val="right"/>
      <w:lvlText w:val="%9."/>
      <w:numFmt w:val="lowerRoman"/>
      <w:pPr>
        <w:pBdr/>
        <w:tabs>
          <w:tab w:val="num" w:leader="none" w:pos="1584"/>
        </w:tabs>
        <w:spacing/>
        <w:ind w:hanging="144" w:left="1584"/>
      </w:pPr>
      <w:rPr>
        <w:rFonts w:cs="Liberation Serif" w:ascii="Liberation Serif" w:hAnsi="Liberation Serif" w:eastAsia="Liberation Serif"/>
      </w:rPr>
      <w:start w:val="1"/>
      <w:suff w:val="tab"/>
    </w:lvl>
  </w:abstractNum>
  <w:abstractNum w:abstractNumId="6">
    <w:nsid w:val="1E956684"/>
    <w:lvl w:ilvl="0">
      <w:isLgl w:val="false"/>
      <w:lvlJc w:val="left"/>
      <w:lvlText w:val="%1."/>
      <w:numFmt w:val="decimal"/>
      <w:pPr>
        <w:pBdr/>
        <w:spacing/>
        <w:ind w:hanging="360" w:left="720"/>
      </w:pPr>
      <w:rPr>
        <w:rFonts w:ascii="Liberation Serif" w:hAnsi="Liberation Serif" w:cs="Liberation Serif" w:eastAsia="Liberation Serif"/>
        <w:b w:val="0"/>
      </w:rPr>
      <w:start w:val="1"/>
      <w:suff w:val="tab"/>
    </w:lvl>
    <w:lvl w:ilvl="1">
      <w:isLgl w:val="false"/>
      <w:lvlJc w:val="left"/>
      <w:lvlText w:val=""/>
      <w:numFmt w:val="bullet"/>
      <w:pPr>
        <w:pBdr/>
        <w:spacing/>
        <w:ind w:hanging="432" w:left="1152"/>
      </w:pPr>
      <w:rPr>
        <w:rFonts w:ascii="Liberation Serif" w:hAnsi="Liberation Serif" w:eastAsia="Liberation Serif" w:cs="Liberation Serif"/>
      </w:rPr>
      <w:start w:val="1"/>
      <w:suff w:val="tab"/>
    </w:lvl>
    <w:lvl w:ilvl="2">
      <w:isLgl w:val="false"/>
      <w:lvlJc w:val="left"/>
      <w:lvlText w:val="%1.%2.%3."/>
      <w:numFmt w:val="decimal"/>
      <w:pPr>
        <w:pBdr/>
        <w:spacing/>
        <w:ind w:hanging="504" w:left="1584"/>
      </w:pPr>
      <w:rPr>
        <w:rFonts w:ascii="Liberation Serif" w:hAnsi="Liberation Serif" w:eastAsia="Liberation Serif" w:cs="Liberation Serif"/>
      </w:rPr>
      <w:start w:val="1"/>
      <w:suff w:val="tab"/>
    </w:lvl>
    <w:lvl w:ilvl="3">
      <w:isLgl w:val="false"/>
      <w:lvlJc w:val="left"/>
      <w:lvlText w:val="%1.%2.%3.%4."/>
      <w:numFmt w:val="decimal"/>
      <w:pPr>
        <w:pBdr/>
        <w:spacing/>
        <w:ind w:hanging="648" w:left="2088"/>
      </w:pPr>
      <w:rPr>
        <w:rFonts w:ascii="Liberation Serif" w:hAnsi="Liberation Serif" w:eastAsia="Liberation Serif" w:cs="Liberation Serif"/>
      </w:rPr>
      <w:start w:val="1"/>
      <w:suff w:val="tab"/>
    </w:lvl>
    <w:lvl w:ilvl="4">
      <w:isLgl w:val="false"/>
      <w:lvlJc w:val="left"/>
      <w:lvlText w:val="%1.%2.%3.%4.%5."/>
      <w:numFmt w:val="decimal"/>
      <w:pPr>
        <w:pBdr/>
        <w:spacing/>
        <w:ind w:hanging="792" w:left="2592"/>
      </w:pPr>
      <w:rPr>
        <w:rFonts w:ascii="Liberation Serif" w:hAnsi="Liberation Serif" w:eastAsia="Liberation Serif" w:cs="Liberation Serif"/>
      </w:rPr>
      <w:start w:val="1"/>
      <w:suff w:val="tab"/>
    </w:lvl>
    <w:lvl w:ilvl="5">
      <w:isLgl w:val="false"/>
      <w:lvlJc w:val="left"/>
      <w:lvlText w:val="%1.%2.%3.%4.%5.%6."/>
      <w:numFmt w:val="decimal"/>
      <w:pPr>
        <w:pBdr/>
        <w:spacing/>
        <w:ind w:hanging="936" w:left="3096"/>
      </w:pPr>
      <w:rPr>
        <w:rFonts w:ascii="Liberation Serif" w:hAnsi="Liberation Serif" w:eastAsia="Liberation Serif" w:cs="Liberation Serif"/>
      </w:rPr>
      <w:start w:val="1"/>
      <w:suff w:val="tab"/>
    </w:lvl>
    <w:lvl w:ilvl="6">
      <w:isLgl w:val="false"/>
      <w:lvlJc w:val="left"/>
      <w:lvlText w:val="%1.%2.%3.%4.%5.%6.%7."/>
      <w:numFmt w:val="decimal"/>
      <w:pPr>
        <w:pBdr/>
        <w:spacing/>
        <w:ind w:hanging="1080" w:left="3600"/>
      </w:pPr>
      <w:rPr>
        <w:rFonts w:ascii="Liberation Serif" w:hAnsi="Liberation Serif" w:eastAsia="Liberation Serif" w:cs="Liberation Serif"/>
      </w:rPr>
      <w:start w:val="1"/>
      <w:suff w:val="tab"/>
    </w:lvl>
    <w:lvl w:ilvl="7">
      <w:isLgl w:val="false"/>
      <w:lvlJc w:val="left"/>
      <w:lvlText w:val="%1.%2.%3.%4.%5.%6.%7.%8."/>
      <w:numFmt w:val="decimal"/>
      <w:pPr>
        <w:pBdr/>
        <w:spacing/>
        <w:ind w:hanging="1224" w:left="4104"/>
      </w:pPr>
      <w:rPr>
        <w:rFonts w:ascii="Liberation Serif" w:hAnsi="Liberation Serif" w:eastAsia="Liberation Serif" w:cs="Liberation Serif"/>
      </w:rPr>
      <w:start w:val="1"/>
      <w:suff w:val="tab"/>
    </w:lvl>
    <w:lvl w:ilvl="8">
      <w:isLgl w:val="false"/>
      <w:lvlJc w:val="left"/>
      <w:lvlText w:val="%1.%2.%3.%4.%5.%6.%7.%8.%9."/>
      <w:numFmt w:val="decimal"/>
      <w:pPr>
        <w:pBdr/>
        <w:spacing/>
        <w:ind w:hanging="1440" w:left="4680"/>
      </w:pPr>
      <w:rPr>
        <w:rFonts w:ascii="Liberation Serif" w:hAnsi="Liberation Serif" w:eastAsia="Liberation Serif" w:cs="Liberation Serif"/>
      </w:rPr>
      <w:start w:val="1"/>
      <w:suff w:val="tab"/>
    </w:lvl>
  </w:abstractNum>
  <w:abstractNum w:abstractNumId="7">
    <w:nsid w:val="254A381D"/>
    <w:lvl w:ilvl="0">
      <w:isLgl w:val="false"/>
      <w:lvlJc w:val="left"/>
      <w:lvlText w:val="%1)"/>
      <w:numFmt w:val="thaiNumbers"/>
      <w:pPr>
        <w:pBdr/>
        <w:spacing/>
        <w:ind w:hanging="360" w:left="360"/>
      </w:pPr>
      <w:rPr>
        <w:rFonts w:ascii="Liberation Serif" w:hAnsi="Liberation Serif" w:eastAsia="Liberation Serif" w:cs="Liberation Serif"/>
      </w:rPr>
      <w:start w:val="1"/>
      <w:suff w:val="tab"/>
    </w:lvl>
    <w:lvl w:ilvl="1">
      <w:isLgl w:val="false"/>
      <w:lvlJc w:val="left"/>
      <w:lvlText w:val="o"/>
      <w:numFmt w:val="bullet"/>
      <w:pPr>
        <w:pBdr/>
        <w:spacing/>
        <w:ind w:hanging="360" w:left="1080"/>
      </w:pPr>
      <w:rPr>
        <w:rFonts w:ascii="Liberation Serif" w:hAnsi="Liberation Serif" w:cs="Liberation Serif" w:eastAsia="Liberation Serif"/>
      </w:rPr>
      <w:start w:val="1"/>
      <w:suff w:val="tab"/>
    </w:lvl>
    <w:lvl w:ilvl="2">
      <w:isLgl w:val="false"/>
      <w:lvlJc w:val="left"/>
      <w:lvlText w:val=""/>
      <w:numFmt w:val="bullet"/>
      <w:pPr>
        <w:pBdr/>
        <w:spacing/>
        <w:ind w:hanging="360" w:left="1800"/>
      </w:pPr>
      <w:rPr>
        <w:rFonts w:ascii="Liberation Serif" w:hAnsi="Liberation Serif" w:eastAsia="Liberation Serif" w:cs="Liberation Serif"/>
      </w:rPr>
      <w:start w:val="1"/>
      <w:suff w:val="tab"/>
    </w:lvl>
    <w:lvl w:ilvl="3">
      <w:isLgl w:val="false"/>
      <w:lvlJc w:val="left"/>
      <w:lvlText w:val=""/>
      <w:numFmt w:val="bullet"/>
      <w:pPr>
        <w:pBdr/>
        <w:spacing/>
        <w:ind w:hanging="360" w:left="2520"/>
      </w:pPr>
      <w:rPr>
        <w:rFonts w:ascii="Liberation Serif" w:hAnsi="Liberation Serif" w:eastAsia="Liberation Serif" w:cs="Liberation Serif"/>
      </w:rPr>
      <w:start w:val="1"/>
      <w:suff w:val="tab"/>
    </w:lvl>
    <w:lvl w:ilvl="4">
      <w:isLgl w:val="false"/>
      <w:lvlJc w:val="left"/>
      <w:lvlText w:val="o"/>
      <w:numFmt w:val="bullet"/>
      <w:pPr>
        <w:pBdr/>
        <w:spacing/>
        <w:ind w:hanging="360" w:left="3240"/>
      </w:pPr>
      <w:rPr>
        <w:rFonts w:ascii="Liberation Serif" w:hAnsi="Liberation Serif" w:cs="Liberation Serif" w:eastAsia="Liberation Serif"/>
      </w:rPr>
      <w:start w:val="1"/>
      <w:suff w:val="tab"/>
    </w:lvl>
    <w:lvl w:ilvl="5">
      <w:isLgl w:val="false"/>
      <w:lvlJc w:val="left"/>
      <w:lvlText w:val=""/>
      <w:numFmt w:val="bullet"/>
      <w:pPr>
        <w:pBdr/>
        <w:spacing/>
        <w:ind w:hanging="360" w:left="3960"/>
      </w:pPr>
      <w:rPr>
        <w:rFonts w:ascii="Liberation Serif" w:hAnsi="Liberation Serif" w:eastAsia="Liberation Serif" w:cs="Liberation Serif"/>
      </w:rPr>
      <w:start w:val="1"/>
      <w:suff w:val="tab"/>
    </w:lvl>
    <w:lvl w:ilvl="6">
      <w:isLgl w:val="false"/>
      <w:lvlJc w:val="left"/>
      <w:lvlText w:val=""/>
      <w:numFmt w:val="bullet"/>
      <w:pPr>
        <w:pBdr/>
        <w:spacing/>
        <w:ind w:hanging="360" w:left="4680"/>
      </w:pPr>
      <w:rPr>
        <w:rFonts w:ascii="Liberation Serif" w:hAnsi="Liberation Serif" w:eastAsia="Liberation Serif" w:cs="Liberation Serif"/>
      </w:rPr>
      <w:start w:val="1"/>
      <w:suff w:val="tab"/>
    </w:lvl>
    <w:lvl w:ilvl="7">
      <w:isLgl w:val="false"/>
      <w:lvlJc w:val="left"/>
      <w:lvlText w:val="o"/>
      <w:numFmt w:val="bullet"/>
      <w:pPr>
        <w:pBdr/>
        <w:spacing/>
        <w:ind w:hanging="360" w:left="5400"/>
      </w:pPr>
      <w:rPr>
        <w:rFonts w:ascii="Liberation Serif" w:hAnsi="Liberation Serif" w:cs="Liberation Serif" w:eastAsia="Liberation Serif"/>
      </w:rPr>
      <w:start w:val="1"/>
      <w:suff w:val="tab"/>
    </w:lvl>
    <w:lvl w:ilvl="8">
      <w:isLgl w:val="false"/>
      <w:lvlJc w:val="left"/>
      <w:lvlText w:val=""/>
      <w:numFmt w:val="bullet"/>
      <w:pPr>
        <w:pBdr/>
        <w:spacing/>
        <w:ind w:hanging="360" w:left="6120"/>
      </w:pPr>
      <w:rPr>
        <w:rFonts w:ascii="Liberation Serif" w:hAnsi="Liberation Serif" w:eastAsia="Liberation Serif" w:cs="Liberation Serif"/>
      </w:rPr>
      <w:start w:val="1"/>
      <w:suff w:val="tab"/>
    </w:lvl>
  </w:abstractNum>
  <w:abstractNum w:abstractNumId="8">
    <w:nsid w:val="26FE1FCF"/>
    <w:lvl w:ilvl="0">
      <w:isLgl w:val="false"/>
      <w:lvlJc w:val="left"/>
      <w:lvlText w:val="%1 "/>
      <w:numFmt w:val="decimal"/>
      <w:pPr>
        <w:pBdr/>
        <w:tabs>
          <w:tab w:val="num" w:leader="none" w:pos="648"/>
        </w:tabs>
        <w:spacing/>
        <w:ind w:firstLine="288"/>
      </w:pPr>
      <w:pStyle w:val="1366"/>
      <w:rPr>
        <w:rFonts w:ascii="Liberation Serif" w:hAnsi="Liberation Serif" w:cs="Liberation Serif" w:eastAsia="Liberation Serif"/>
        <w:b w:val="0"/>
        <w:bCs w:val="0"/>
        <w:i w:val="0"/>
        <w:iCs w:val="0"/>
        <w:caps w:val="0"/>
        <w:strike w:val="0"/>
        <w:vanish w:val="0"/>
        <w:sz w:val="16"/>
        <w:szCs w:val="16"/>
        <w:vertAlign w:val="superscript"/>
      </w:rPr>
      <w:start w:val="1"/>
      <w:suff w:val="tab"/>
    </w:lvl>
    <w:lvl w:ilvl="1">
      <w:isLgl w:val="false"/>
      <w:lvlJc w:val="left"/>
      <w:lvlText w:val="%2."/>
      <w:numFmt w:val="lowerLetter"/>
      <w:pPr>
        <w:pBdr/>
        <w:tabs>
          <w:tab w:val="num" w:leader="none" w:pos="1440"/>
        </w:tabs>
        <w:spacing/>
        <w:ind w:hanging="360" w:left="1440"/>
      </w:pPr>
      <w:rPr>
        <w:rFonts w:ascii="Liberation Serif" w:hAnsi="Liberation Serif" w:eastAsia="Liberation Serif" w:cs="Liberation Serif"/>
      </w:rPr>
      <w:start w:val="1"/>
      <w:suff w:val="tab"/>
    </w:lvl>
    <w:lvl w:ilvl="2">
      <w:isLgl w:val="false"/>
      <w:lvlJc w:val="right"/>
      <w:lvlText w:val="%3."/>
      <w:numFmt w:val="lowerRoman"/>
      <w:pPr>
        <w:pBdr/>
        <w:tabs>
          <w:tab w:val="num" w:leader="none" w:pos="2160"/>
        </w:tabs>
        <w:spacing/>
        <w:ind w:hanging="180" w:left="2160"/>
      </w:pPr>
      <w:rPr>
        <w:rFonts w:ascii="Liberation Serif" w:hAnsi="Liberation Serif" w:eastAsia="Liberation Serif" w:cs="Liberation Serif"/>
      </w:rPr>
      <w:start w:val="1"/>
      <w:suff w:val="tab"/>
    </w:lvl>
    <w:lvl w:ilvl="3">
      <w:isLgl w:val="false"/>
      <w:lvlJc w:val="left"/>
      <w:lvlText w:val="%4."/>
      <w:numFmt w:val="decimal"/>
      <w:pPr>
        <w:pBdr/>
        <w:tabs>
          <w:tab w:val="num" w:leader="none" w:pos="2880"/>
        </w:tabs>
        <w:spacing/>
        <w:ind w:hanging="360" w:left="2880"/>
      </w:pPr>
      <w:rPr>
        <w:rFonts w:ascii="Liberation Serif" w:hAnsi="Liberation Serif" w:eastAsia="Liberation Serif" w:cs="Liberation Serif"/>
      </w:rPr>
      <w:start w:val="1"/>
      <w:suff w:val="tab"/>
    </w:lvl>
    <w:lvl w:ilvl="4">
      <w:isLgl w:val="false"/>
      <w:lvlJc w:val="left"/>
      <w:lvlText w:val="%5."/>
      <w:numFmt w:val="lowerLetter"/>
      <w:pPr>
        <w:pBdr/>
        <w:tabs>
          <w:tab w:val="num" w:leader="none" w:pos="3600"/>
        </w:tabs>
        <w:spacing/>
        <w:ind w:hanging="360" w:left="3600"/>
      </w:pPr>
      <w:rPr>
        <w:rFonts w:ascii="Liberation Serif" w:hAnsi="Liberation Serif" w:eastAsia="Liberation Serif" w:cs="Liberation Serif"/>
      </w:rPr>
      <w:start w:val="1"/>
      <w:suff w:val="tab"/>
    </w:lvl>
    <w:lvl w:ilvl="5">
      <w:isLgl w:val="false"/>
      <w:lvlJc w:val="right"/>
      <w:lvlText w:val="%6."/>
      <w:numFmt w:val="lowerRoman"/>
      <w:pPr>
        <w:pBdr/>
        <w:tabs>
          <w:tab w:val="num" w:leader="none" w:pos="4320"/>
        </w:tabs>
        <w:spacing/>
        <w:ind w:hanging="180" w:left="4320"/>
      </w:pPr>
      <w:rPr>
        <w:rFonts w:ascii="Liberation Serif" w:hAnsi="Liberation Serif" w:eastAsia="Liberation Serif" w:cs="Liberation Serif"/>
      </w:rPr>
      <w:start w:val="1"/>
      <w:suff w:val="tab"/>
    </w:lvl>
    <w:lvl w:ilvl="6">
      <w:isLgl w:val="false"/>
      <w:lvlJc w:val="left"/>
      <w:lvlText w:val="%7."/>
      <w:numFmt w:val="decimal"/>
      <w:pPr>
        <w:pBdr/>
        <w:tabs>
          <w:tab w:val="num" w:leader="none" w:pos="5040"/>
        </w:tabs>
        <w:spacing/>
        <w:ind w:hanging="360" w:left="5040"/>
      </w:pPr>
      <w:rPr>
        <w:rFonts w:ascii="Liberation Serif" w:hAnsi="Liberation Serif" w:eastAsia="Liberation Serif" w:cs="Liberation Serif"/>
      </w:rPr>
      <w:start w:val="1"/>
      <w:suff w:val="tab"/>
    </w:lvl>
    <w:lvl w:ilvl="7">
      <w:isLgl w:val="false"/>
      <w:lvlJc w:val="left"/>
      <w:lvlText w:val="%8."/>
      <w:numFmt w:val="lowerLetter"/>
      <w:pPr>
        <w:pBdr/>
        <w:tabs>
          <w:tab w:val="num" w:leader="none" w:pos="5760"/>
        </w:tabs>
        <w:spacing/>
        <w:ind w:hanging="360" w:left="5760"/>
      </w:pPr>
      <w:rPr>
        <w:rFonts w:ascii="Liberation Serif" w:hAnsi="Liberation Serif" w:eastAsia="Liberation Serif" w:cs="Liberation Serif"/>
      </w:rPr>
      <w:start w:val="1"/>
      <w:suff w:val="tab"/>
    </w:lvl>
    <w:lvl w:ilvl="8">
      <w:isLgl w:val="false"/>
      <w:lvlJc w:val="right"/>
      <w:lvlText w:val="%9."/>
      <w:numFmt w:val="lowerRoman"/>
      <w:pPr>
        <w:pBdr/>
        <w:tabs>
          <w:tab w:val="num" w:leader="none" w:pos="6480"/>
        </w:tabs>
        <w:spacing/>
        <w:ind w:hanging="180" w:left="6480"/>
      </w:pPr>
      <w:rPr>
        <w:rFonts w:ascii="Liberation Serif" w:hAnsi="Liberation Serif" w:eastAsia="Liberation Serif" w:cs="Liberation Serif"/>
      </w:rPr>
      <w:start w:val="1"/>
      <w:suff w:val="tab"/>
    </w:lvl>
  </w:abstractNum>
  <w:abstractNum w:abstractNumId="9">
    <w:nsid w:val="27855011"/>
    <w:lvl w:ilvl="0">
      <w:isLgl w:val="false"/>
      <w:lvlJc w:val="left"/>
      <w:lvlText w:val=""/>
      <w:numFmt w:val="bullet"/>
      <w:pPr>
        <w:pBdr/>
        <w:tabs>
          <w:tab w:val="num" w:leader="none" w:pos="720"/>
        </w:tabs>
        <w:spacing/>
        <w:ind w:hanging="360" w:left="720"/>
      </w:pPr>
      <w:rPr>
        <w:rFonts w:ascii="Liberation Serif" w:hAnsi="Liberation Serif" w:eastAsia="Liberation Serif" w:cs="Liberation Serif"/>
        <w:sz w:val="20"/>
      </w:rPr>
      <w:start w:val="1"/>
      <w:suff w:val="tab"/>
    </w:lvl>
    <w:lvl w:ilvl="1">
      <w:isLgl w:val="false"/>
      <w:lvlJc w:val="left"/>
      <w:lvlText w:val="o"/>
      <w:numFmt w:val="bullet"/>
      <w:pPr>
        <w:pBdr/>
        <w:tabs>
          <w:tab w:val="num" w:leader="none" w:pos="1440"/>
        </w:tabs>
        <w:spacing/>
        <w:ind w:hanging="360" w:left="1440"/>
      </w:pPr>
      <w:rPr>
        <w:rFonts w:ascii="Liberation Serif" w:hAnsi="Liberation Serif" w:eastAsia="Liberation Serif" w:cs="Liberation Serif"/>
        <w:sz w:val="20"/>
      </w:rPr>
      <w:start w:val="1"/>
      <w:suff w:val="tab"/>
    </w:lvl>
    <w:lvl w:ilvl="2">
      <w:isLgl w:val="false"/>
      <w:lvlJc w:val="left"/>
      <w:lvlText w:val=""/>
      <w:numFmt w:val="bullet"/>
      <w:pPr>
        <w:pBdr/>
        <w:tabs>
          <w:tab w:val="num" w:leader="none" w:pos="2160"/>
        </w:tabs>
        <w:spacing/>
        <w:ind w:hanging="360" w:left="2160"/>
      </w:pPr>
      <w:rPr>
        <w:rFonts w:ascii="Liberation Serif" w:hAnsi="Liberation Serif" w:eastAsia="Liberation Serif" w:cs="Liberation Serif"/>
        <w:sz w:val="20"/>
      </w:rPr>
      <w:start w:val="1"/>
      <w:suff w:val="tab"/>
    </w:lvl>
    <w:lvl w:ilvl="3">
      <w:isLgl w:val="false"/>
      <w:lvlJc w:val="left"/>
      <w:lvlText w:val=""/>
      <w:numFmt w:val="bullet"/>
      <w:pPr>
        <w:pBdr/>
        <w:tabs>
          <w:tab w:val="num" w:leader="none" w:pos="2880"/>
        </w:tabs>
        <w:spacing/>
        <w:ind w:hanging="360" w:left="2880"/>
      </w:pPr>
      <w:rPr>
        <w:rFonts w:ascii="Liberation Serif" w:hAnsi="Liberation Serif" w:eastAsia="Liberation Serif" w:cs="Liberation Serif"/>
        <w:sz w:val="20"/>
      </w:rPr>
      <w:start w:val="1"/>
      <w:suff w:val="tab"/>
    </w:lvl>
    <w:lvl w:ilvl="4">
      <w:isLgl w:val="false"/>
      <w:lvlJc w:val="left"/>
      <w:lvlText w:val=""/>
      <w:numFmt w:val="bullet"/>
      <w:pPr>
        <w:pBdr/>
        <w:tabs>
          <w:tab w:val="num" w:leader="none" w:pos="3600"/>
        </w:tabs>
        <w:spacing/>
        <w:ind w:hanging="360" w:left="3600"/>
      </w:pPr>
      <w:rPr>
        <w:rFonts w:ascii="Liberation Serif" w:hAnsi="Liberation Serif" w:eastAsia="Liberation Serif" w:cs="Liberation Serif"/>
        <w:sz w:val="20"/>
      </w:rPr>
      <w:start w:val="1"/>
      <w:suff w:val="tab"/>
    </w:lvl>
    <w:lvl w:ilvl="5">
      <w:isLgl w:val="false"/>
      <w:lvlJc w:val="left"/>
      <w:lvlText w:val=""/>
      <w:numFmt w:val="bullet"/>
      <w:pPr>
        <w:pBdr/>
        <w:tabs>
          <w:tab w:val="num" w:leader="none" w:pos="4320"/>
        </w:tabs>
        <w:spacing/>
        <w:ind w:hanging="360" w:left="4320"/>
      </w:pPr>
      <w:rPr>
        <w:rFonts w:ascii="Liberation Serif" w:hAnsi="Liberation Serif" w:eastAsia="Liberation Serif" w:cs="Liberation Serif"/>
        <w:sz w:val="20"/>
      </w:rPr>
      <w:start w:val="1"/>
      <w:suff w:val="tab"/>
    </w:lvl>
    <w:lvl w:ilvl="6">
      <w:isLgl w:val="false"/>
      <w:lvlJc w:val="left"/>
      <w:lvlText w:val=""/>
      <w:numFmt w:val="bullet"/>
      <w:pPr>
        <w:pBdr/>
        <w:tabs>
          <w:tab w:val="num" w:leader="none" w:pos="5040"/>
        </w:tabs>
        <w:spacing/>
        <w:ind w:hanging="360" w:left="5040"/>
      </w:pPr>
      <w:rPr>
        <w:rFonts w:ascii="Liberation Serif" w:hAnsi="Liberation Serif" w:eastAsia="Liberation Serif" w:cs="Liberation Serif"/>
        <w:sz w:val="20"/>
      </w:rPr>
      <w:start w:val="1"/>
      <w:suff w:val="tab"/>
    </w:lvl>
    <w:lvl w:ilvl="7">
      <w:isLgl w:val="false"/>
      <w:lvlJc w:val="left"/>
      <w:lvlText w:val=""/>
      <w:numFmt w:val="bullet"/>
      <w:pPr>
        <w:pBdr/>
        <w:tabs>
          <w:tab w:val="num" w:leader="none" w:pos="5760"/>
        </w:tabs>
        <w:spacing/>
        <w:ind w:hanging="360" w:left="5760"/>
      </w:pPr>
      <w:rPr>
        <w:rFonts w:ascii="Liberation Serif" w:hAnsi="Liberation Serif" w:eastAsia="Liberation Serif" w:cs="Liberation Serif"/>
        <w:sz w:val="20"/>
      </w:rPr>
      <w:start w:val="1"/>
      <w:suff w:val="tab"/>
    </w:lvl>
    <w:lvl w:ilvl="8">
      <w:isLgl w:val="false"/>
      <w:lvlJc w:val="left"/>
      <w:lvlText w:val=""/>
      <w:numFmt w:val="bullet"/>
      <w:pPr>
        <w:pBdr/>
        <w:tabs>
          <w:tab w:val="num" w:leader="none" w:pos="6480"/>
        </w:tabs>
        <w:spacing/>
        <w:ind w:hanging="360" w:left="6480"/>
      </w:pPr>
      <w:rPr>
        <w:rFonts w:ascii="Liberation Serif" w:hAnsi="Liberation Serif" w:eastAsia="Liberation Serif" w:cs="Liberation Serif"/>
        <w:sz w:val="20"/>
      </w:rPr>
      <w:start w:val="1"/>
      <w:suff w:val="tab"/>
    </w:lvl>
  </w:abstractNum>
  <w:abstractNum w:abstractNumId="10">
    <w:nsid w:val="2B7C6963"/>
    <w:lvl w:ilvl="0">
      <w:isLgl w:val="false"/>
      <w:lvlJc w:val="left"/>
      <w:lvlText w:val="%1."/>
      <w:numFmt w:val="decimal"/>
      <w:pPr>
        <w:pBdr/>
        <w:tabs>
          <w:tab w:val="num" w:leader="none" w:pos="720"/>
        </w:tabs>
        <w:spacing/>
        <w:ind w:hanging="360" w:left="720"/>
      </w:pPr>
      <w:rPr>
        <w:rFonts w:ascii="Liberation Serif" w:hAnsi="Liberation Serif" w:eastAsia="Liberation Serif" w:cs="Liberation Serif"/>
      </w:rPr>
      <w:start w:val="11"/>
      <w:suff w:val="tab"/>
    </w:lvl>
    <w:lvl w:ilvl="1">
      <w:isLgl w:val="false"/>
      <w:lvlJc w:val="left"/>
      <w:lvlText w:val="%2."/>
      <w:numFmt w:val="lowerLetter"/>
      <w:pPr>
        <w:pBdr/>
        <w:tabs>
          <w:tab w:val="num" w:leader="none" w:pos="1440"/>
        </w:tabs>
        <w:spacing/>
        <w:ind w:hanging="360" w:left="1440"/>
      </w:pPr>
      <w:rPr>
        <w:rFonts w:ascii="Liberation Serif" w:hAnsi="Liberation Serif" w:eastAsia="Liberation Serif" w:cs="Liberation Serif"/>
      </w:rPr>
      <w:start w:val="1"/>
      <w:suff w:val="tab"/>
    </w:lvl>
    <w:lvl w:ilvl="2">
      <w:isLgl w:val="false"/>
      <w:lvlJc w:val="right"/>
      <w:lvlText w:val="%3."/>
      <w:numFmt w:val="lowerRoman"/>
      <w:pPr>
        <w:pBdr/>
        <w:tabs>
          <w:tab w:val="num" w:leader="none" w:pos="2160"/>
        </w:tabs>
        <w:spacing/>
        <w:ind w:hanging="180" w:left="2160"/>
      </w:pPr>
      <w:rPr>
        <w:rFonts w:ascii="Liberation Serif" w:hAnsi="Liberation Serif" w:eastAsia="Liberation Serif" w:cs="Liberation Serif"/>
      </w:rPr>
      <w:start w:val="1"/>
      <w:suff w:val="tab"/>
    </w:lvl>
    <w:lvl w:ilvl="3">
      <w:isLgl w:val="false"/>
      <w:lvlJc w:val="left"/>
      <w:lvlText w:val="%4."/>
      <w:numFmt w:val="decimal"/>
      <w:pPr>
        <w:pBdr/>
        <w:tabs>
          <w:tab w:val="num" w:leader="none" w:pos="2880"/>
        </w:tabs>
        <w:spacing/>
        <w:ind w:hanging="360" w:left="2880"/>
      </w:pPr>
      <w:rPr>
        <w:rFonts w:ascii="Liberation Serif" w:hAnsi="Liberation Serif" w:eastAsia="Liberation Serif" w:cs="Liberation Serif"/>
      </w:rPr>
      <w:start w:val="1"/>
      <w:suff w:val="tab"/>
    </w:lvl>
    <w:lvl w:ilvl="4">
      <w:isLgl w:val="false"/>
      <w:lvlJc w:val="left"/>
      <w:lvlText w:val="%5."/>
      <w:numFmt w:val="lowerLetter"/>
      <w:pPr>
        <w:pBdr/>
        <w:tabs>
          <w:tab w:val="num" w:leader="none" w:pos="3600"/>
        </w:tabs>
        <w:spacing/>
        <w:ind w:hanging="360" w:left="3600"/>
      </w:pPr>
      <w:rPr>
        <w:rFonts w:ascii="Liberation Serif" w:hAnsi="Liberation Serif" w:eastAsia="Liberation Serif" w:cs="Liberation Serif"/>
      </w:rPr>
      <w:start w:val="1"/>
      <w:suff w:val="tab"/>
    </w:lvl>
    <w:lvl w:ilvl="5">
      <w:isLgl w:val="false"/>
      <w:lvlJc w:val="right"/>
      <w:lvlText w:val="%6."/>
      <w:numFmt w:val="lowerRoman"/>
      <w:pPr>
        <w:pBdr/>
        <w:tabs>
          <w:tab w:val="num" w:leader="none" w:pos="4320"/>
        </w:tabs>
        <w:spacing/>
        <w:ind w:hanging="180" w:left="4320"/>
      </w:pPr>
      <w:rPr>
        <w:rFonts w:ascii="Liberation Serif" w:hAnsi="Liberation Serif" w:eastAsia="Liberation Serif" w:cs="Liberation Serif"/>
      </w:rPr>
      <w:start w:val="1"/>
      <w:suff w:val="tab"/>
    </w:lvl>
    <w:lvl w:ilvl="6">
      <w:isLgl w:val="false"/>
      <w:lvlJc w:val="left"/>
      <w:lvlText w:val="%7."/>
      <w:numFmt w:val="decimal"/>
      <w:pPr>
        <w:pBdr/>
        <w:tabs>
          <w:tab w:val="num" w:leader="none" w:pos="5040"/>
        </w:tabs>
        <w:spacing/>
        <w:ind w:hanging="360" w:left="5040"/>
      </w:pPr>
      <w:rPr>
        <w:rFonts w:ascii="Liberation Serif" w:hAnsi="Liberation Serif" w:eastAsia="Liberation Serif" w:cs="Liberation Serif"/>
      </w:rPr>
      <w:start w:val="1"/>
      <w:suff w:val="tab"/>
    </w:lvl>
    <w:lvl w:ilvl="7">
      <w:isLgl w:val="false"/>
      <w:lvlJc w:val="left"/>
      <w:lvlText w:val="%8."/>
      <w:numFmt w:val="lowerLetter"/>
      <w:pPr>
        <w:pBdr/>
        <w:tabs>
          <w:tab w:val="num" w:leader="none" w:pos="5760"/>
        </w:tabs>
        <w:spacing/>
        <w:ind w:hanging="360" w:left="5760"/>
      </w:pPr>
      <w:rPr>
        <w:rFonts w:ascii="Liberation Serif" w:hAnsi="Liberation Serif" w:eastAsia="Liberation Serif" w:cs="Liberation Serif"/>
      </w:rPr>
      <w:start w:val="1"/>
      <w:suff w:val="tab"/>
    </w:lvl>
    <w:lvl w:ilvl="8">
      <w:isLgl w:val="false"/>
      <w:lvlJc w:val="right"/>
      <w:lvlText w:val="%9."/>
      <w:numFmt w:val="lowerRoman"/>
      <w:pPr>
        <w:pBdr/>
        <w:tabs>
          <w:tab w:val="num" w:leader="none" w:pos="6480"/>
        </w:tabs>
        <w:spacing/>
        <w:ind w:hanging="180" w:left="6480"/>
      </w:pPr>
      <w:rPr>
        <w:rFonts w:ascii="Liberation Serif" w:hAnsi="Liberation Serif" w:eastAsia="Liberation Serif" w:cs="Liberation Serif"/>
      </w:rPr>
      <w:start w:val="1"/>
      <w:suff w:val="tab"/>
    </w:lvl>
  </w:abstractNum>
  <w:abstractNum w:abstractNumId="11">
    <w:nsid w:val="2FB165F7"/>
    <w:lvl w:ilvl="0">
      <w:isLgl w:val="false"/>
      <w:lvlJc w:val="left"/>
      <w:lvlText w:val="%1."/>
      <w:numFmt w:val="decimal"/>
      <w:pPr>
        <w:pBdr/>
        <w:spacing/>
        <w:ind w:hanging="360" w:left="927"/>
      </w:pPr>
      <w:rPr>
        <w:rFonts w:cs="Liberation Serif" w:ascii="Liberation Serif" w:hAnsi="Liberation Serif" w:eastAsia="Liberation Serif"/>
      </w:rPr>
      <w:start w:val="1"/>
      <w:suff w:val="tab"/>
    </w:lvl>
    <w:lvl w:ilvl="1">
      <w:isLgl w:val="false"/>
      <w:lvlJc w:val="left"/>
      <w:lvlText w:val="%2."/>
      <w:numFmt w:val="lowerLetter"/>
      <w:pPr>
        <w:pBdr/>
        <w:spacing/>
        <w:ind w:hanging="360" w:left="1647"/>
      </w:pPr>
      <w:rPr>
        <w:rFonts w:cs="Liberation Serif" w:ascii="Liberation Serif" w:hAnsi="Liberation Serif" w:eastAsia="Liberation Serif"/>
      </w:rPr>
      <w:start w:val="1"/>
      <w:suff w:val="tab"/>
    </w:lvl>
    <w:lvl w:ilvl="2">
      <w:isLgl w:val="false"/>
      <w:lvlJc w:val="right"/>
      <w:lvlText w:val="%3."/>
      <w:numFmt w:val="lowerRoman"/>
      <w:pPr>
        <w:pBdr/>
        <w:spacing/>
        <w:ind w:hanging="180" w:left="2367"/>
      </w:pPr>
      <w:rPr>
        <w:rFonts w:cs="Liberation Serif" w:ascii="Liberation Serif" w:hAnsi="Liberation Serif" w:eastAsia="Liberation Serif"/>
      </w:rPr>
      <w:start w:val="1"/>
      <w:suff w:val="tab"/>
    </w:lvl>
    <w:lvl w:ilvl="3">
      <w:isLgl w:val="false"/>
      <w:lvlJc w:val="left"/>
      <w:lvlText w:val="%4."/>
      <w:numFmt w:val="decimal"/>
      <w:pPr>
        <w:pBdr/>
        <w:spacing/>
        <w:ind w:hanging="360" w:left="3087"/>
      </w:pPr>
      <w:rPr>
        <w:rFonts w:cs="Liberation Serif" w:ascii="Liberation Serif" w:hAnsi="Liberation Serif" w:eastAsia="Liberation Serif"/>
      </w:rPr>
      <w:start w:val="1"/>
      <w:suff w:val="tab"/>
    </w:lvl>
    <w:lvl w:ilvl="4">
      <w:isLgl w:val="false"/>
      <w:lvlJc w:val="left"/>
      <w:lvlText w:val="%5."/>
      <w:numFmt w:val="lowerLetter"/>
      <w:pPr>
        <w:pBdr/>
        <w:spacing/>
        <w:ind w:hanging="360" w:left="3807"/>
      </w:pPr>
      <w:rPr>
        <w:rFonts w:cs="Liberation Serif" w:ascii="Liberation Serif" w:hAnsi="Liberation Serif" w:eastAsia="Liberation Serif"/>
      </w:rPr>
      <w:start w:val="1"/>
      <w:suff w:val="tab"/>
    </w:lvl>
    <w:lvl w:ilvl="5">
      <w:isLgl w:val="false"/>
      <w:lvlJc w:val="right"/>
      <w:lvlText w:val="%6."/>
      <w:numFmt w:val="lowerRoman"/>
      <w:pPr>
        <w:pBdr/>
        <w:spacing/>
        <w:ind w:hanging="180" w:left="4527"/>
      </w:pPr>
      <w:rPr>
        <w:rFonts w:cs="Liberation Serif" w:ascii="Liberation Serif" w:hAnsi="Liberation Serif" w:eastAsia="Liberation Serif"/>
      </w:rPr>
      <w:start w:val="1"/>
      <w:suff w:val="tab"/>
    </w:lvl>
    <w:lvl w:ilvl="6">
      <w:isLgl w:val="false"/>
      <w:lvlJc w:val="left"/>
      <w:lvlText w:val="%7."/>
      <w:numFmt w:val="decimal"/>
      <w:pPr>
        <w:pBdr/>
        <w:spacing/>
        <w:ind w:hanging="360" w:left="5247"/>
      </w:pPr>
      <w:rPr>
        <w:rFonts w:cs="Liberation Serif" w:ascii="Liberation Serif" w:hAnsi="Liberation Serif" w:eastAsia="Liberation Serif"/>
      </w:rPr>
      <w:start w:val="1"/>
      <w:suff w:val="tab"/>
    </w:lvl>
    <w:lvl w:ilvl="7">
      <w:isLgl w:val="false"/>
      <w:lvlJc w:val="left"/>
      <w:lvlText w:val="%8."/>
      <w:numFmt w:val="lowerLetter"/>
      <w:pPr>
        <w:pBdr/>
        <w:spacing/>
        <w:ind w:hanging="360" w:left="5967"/>
      </w:pPr>
      <w:rPr>
        <w:rFonts w:cs="Liberation Serif" w:ascii="Liberation Serif" w:hAnsi="Liberation Serif" w:eastAsia="Liberation Serif"/>
      </w:rPr>
      <w:start w:val="1"/>
      <w:suff w:val="tab"/>
    </w:lvl>
    <w:lvl w:ilvl="8">
      <w:isLgl w:val="false"/>
      <w:lvlJc w:val="right"/>
      <w:lvlText w:val="%9."/>
      <w:numFmt w:val="lowerRoman"/>
      <w:pPr>
        <w:pBdr/>
        <w:spacing/>
        <w:ind w:hanging="180" w:left="6687"/>
      </w:pPr>
      <w:rPr>
        <w:rFonts w:cs="Liberation Serif" w:ascii="Liberation Serif" w:hAnsi="Liberation Serif" w:eastAsia="Liberation Serif"/>
      </w:rPr>
      <w:start w:val="1"/>
      <w:suff w:val="tab"/>
    </w:lvl>
  </w:abstractNum>
  <w:abstractNum w:abstractNumId="12">
    <w:nsid w:val="34404A95"/>
    <w:lvl w:ilvl="0">
      <w:isLgl w:val="false"/>
      <w:lvlJc w:val="left"/>
      <w:lvlText w:val=""/>
      <w:numFmt w:val="bullet"/>
      <w:pPr>
        <w:pBdr/>
        <w:spacing/>
        <w:ind w:hanging="360" w:left="1004"/>
      </w:pPr>
      <w:pStyle w:val="1413"/>
      <w:rPr>
        <w:rFonts w:ascii="Liberation Serif" w:hAnsi="Liberation Serif" w:eastAsia="Liberation Serif" w:cs="Liberation Serif"/>
      </w:rPr>
      <w:start w:val="1"/>
      <w:suff w:val="tab"/>
    </w:lvl>
    <w:lvl w:ilvl="1">
      <w:isLgl w:val="false"/>
      <w:lvlJc w:val="left"/>
      <w:lvlText w:val="o"/>
      <w:numFmt w:val="bullet"/>
      <w:pPr>
        <w:pBdr/>
        <w:spacing/>
        <w:ind w:hanging="360" w:left="1724"/>
      </w:pPr>
      <w:rPr>
        <w:rFonts w:ascii="Liberation Serif" w:hAnsi="Liberation Serif" w:eastAsia="Liberation Serif" w:cs="Liberation Serif"/>
      </w:rPr>
      <w:start w:val="1"/>
      <w:suff w:val="tab"/>
    </w:lvl>
    <w:lvl w:ilvl="2">
      <w:isLgl w:val="false"/>
      <w:lvlJc w:val="left"/>
      <w:lvlText w:val=""/>
      <w:numFmt w:val="bullet"/>
      <w:pPr>
        <w:pBdr/>
        <w:spacing/>
        <w:ind w:hanging="360" w:left="2444"/>
      </w:pPr>
      <w:rPr>
        <w:rFonts w:ascii="Liberation Serif" w:hAnsi="Liberation Serif" w:eastAsia="Liberation Serif" w:cs="Liberation Serif"/>
      </w:rPr>
      <w:start w:val="1"/>
      <w:suff w:val="tab"/>
    </w:lvl>
    <w:lvl w:ilvl="3">
      <w:isLgl w:val="false"/>
      <w:lvlJc w:val="left"/>
      <w:lvlText w:val=""/>
      <w:numFmt w:val="bullet"/>
      <w:pPr>
        <w:pBdr/>
        <w:spacing/>
        <w:ind w:hanging="360" w:left="3164"/>
      </w:pPr>
      <w:rPr>
        <w:rFonts w:ascii="Liberation Serif" w:hAnsi="Liberation Serif" w:eastAsia="Liberation Serif" w:cs="Liberation Serif"/>
      </w:rPr>
      <w:start w:val="1"/>
      <w:suff w:val="tab"/>
    </w:lvl>
    <w:lvl w:ilvl="4">
      <w:isLgl w:val="false"/>
      <w:lvlJc w:val="left"/>
      <w:lvlText w:val="o"/>
      <w:numFmt w:val="bullet"/>
      <w:pPr>
        <w:pBdr/>
        <w:spacing/>
        <w:ind w:hanging="360" w:left="3884"/>
      </w:pPr>
      <w:rPr>
        <w:rFonts w:ascii="Liberation Serif" w:hAnsi="Liberation Serif" w:eastAsia="Liberation Serif" w:cs="Liberation Serif"/>
      </w:rPr>
      <w:start w:val="1"/>
      <w:suff w:val="tab"/>
    </w:lvl>
    <w:lvl w:ilvl="5">
      <w:isLgl w:val="false"/>
      <w:lvlJc w:val="left"/>
      <w:lvlText w:val=""/>
      <w:numFmt w:val="bullet"/>
      <w:pPr>
        <w:pBdr/>
        <w:spacing/>
        <w:ind w:hanging="360" w:left="4604"/>
      </w:pPr>
      <w:rPr>
        <w:rFonts w:ascii="Liberation Serif" w:hAnsi="Liberation Serif" w:eastAsia="Liberation Serif" w:cs="Liberation Serif"/>
      </w:rPr>
      <w:start w:val="1"/>
      <w:suff w:val="tab"/>
    </w:lvl>
    <w:lvl w:ilvl="6">
      <w:isLgl w:val="false"/>
      <w:lvlJc w:val="left"/>
      <w:lvlText w:val=""/>
      <w:numFmt w:val="bullet"/>
      <w:pPr>
        <w:pBdr/>
        <w:spacing/>
        <w:ind w:hanging="360" w:left="5324"/>
      </w:pPr>
      <w:rPr>
        <w:rFonts w:ascii="Liberation Serif" w:hAnsi="Liberation Serif" w:eastAsia="Liberation Serif" w:cs="Liberation Serif"/>
      </w:rPr>
      <w:start w:val="1"/>
      <w:suff w:val="tab"/>
    </w:lvl>
    <w:lvl w:ilvl="7">
      <w:isLgl w:val="false"/>
      <w:lvlJc w:val="left"/>
      <w:lvlText w:val="o"/>
      <w:numFmt w:val="bullet"/>
      <w:pPr>
        <w:pBdr/>
        <w:spacing/>
        <w:ind w:hanging="360" w:left="6044"/>
      </w:pPr>
      <w:rPr>
        <w:rFonts w:ascii="Liberation Serif" w:hAnsi="Liberation Serif" w:eastAsia="Liberation Serif" w:cs="Liberation Serif"/>
      </w:rPr>
      <w:start w:val="1"/>
      <w:suff w:val="tab"/>
    </w:lvl>
    <w:lvl w:ilvl="8">
      <w:isLgl w:val="false"/>
      <w:lvlJc w:val="left"/>
      <w:lvlText w:val=""/>
      <w:numFmt w:val="bullet"/>
      <w:pPr>
        <w:pBdr/>
        <w:spacing/>
        <w:ind w:hanging="360" w:left="6764"/>
      </w:pPr>
      <w:rPr>
        <w:rFonts w:ascii="Liberation Serif" w:hAnsi="Liberation Serif" w:eastAsia="Liberation Serif" w:cs="Liberation Serif"/>
      </w:rPr>
      <w:start w:val="1"/>
      <w:suff w:val="tab"/>
    </w:lvl>
  </w:abstractNum>
  <w:abstractNum w:abstractNumId="13">
    <w:nsid w:val="35F94A3C"/>
    <w:lvl w:ilvl="0">
      <w:isLgl w:val="false"/>
      <w:lvlJc w:val="left"/>
      <w:lvlText w:val="%1)"/>
      <w:numFmt w:val="decimal"/>
      <w:pPr>
        <w:pBdr/>
        <w:spacing/>
        <w:ind w:hanging="360" w:left="360"/>
      </w:pPr>
      <w:rPr>
        <w:rFonts w:cs="Liberation Serif" w:ascii="Liberation Serif" w:hAnsi="Liberation Serif" w:eastAsia="Liberation Serif"/>
      </w:rPr>
      <w:start w:val="1"/>
      <w:suff w:val="tab"/>
    </w:lvl>
    <w:lvl w:ilvl="1">
      <w:isLgl w:val="false"/>
      <w:lvlJc w:val="left"/>
      <w:lvlText w:val="%2."/>
      <w:numFmt w:val="lowerLetter"/>
      <w:pPr>
        <w:pBdr/>
        <w:spacing/>
        <w:ind w:hanging="360" w:left="1080"/>
      </w:pPr>
      <w:rPr>
        <w:rFonts w:cs="Liberation Serif" w:ascii="Liberation Serif" w:hAnsi="Liberation Serif" w:eastAsia="Liberation Serif"/>
      </w:rPr>
      <w:start w:val="1"/>
      <w:suff w:val="tab"/>
    </w:lvl>
    <w:lvl w:ilvl="2">
      <w:isLgl w:val="false"/>
      <w:lvlJc w:val="right"/>
      <w:lvlText w:val="%3."/>
      <w:numFmt w:val="lowerRoman"/>
      <w:pPr>
        <w:pBdr/>
        <w:spacing/>
        <w:ind w:hanging="180" w:left="1800"/>
      </w:pPr>
      <w:rPr>
        <w:rFonts w:cs="Liberation Serif" w:ascii="Liberation Serif" w:hAnsi="Liberation Serif" w:eastAsia="Liberation Serif"/>
      </w:rPr>
      <w:start w:val="1"/>
      <w:suff w:val="tab"/>
    </w:lvl>
    <w:lvl w:ilvl="3">
      <w:isLgl w:val="false"/>
      <w:lvlJc w:val="left"/>
      <w:lvlText w:val="%4."/>
      <w:numFmt w:val="decimal"/>
      <w:pPr>
        <w:pBdr/>
        <w:spacing/>
        <w:ind w:hanging="360" w:left="2520"/>
      </w:pPr>
      <w:rPr>
        <w:rFonts w:cs="Liberation Serif" w:ascii="Liberation Serif" w:hAnsi="Liberation Serif" w:eastAsia="Liberation Serif"/>
      </w:rPr>
      <w:start w:val="1"/>
      <w:suff w:val="tab"/>
    </w:lvl>
    <w:lvl w:ilvl="4">
      <w:isLgl w:val="false"/>
      <w:lvlJc w:val="left"/>
      <w:lvlText w:val="%5."/>
      <w:numFmt w:val="lowerLetter"/>
      <w:pPr>
        <w:pBdr/>
        <w:spacing/>
        <w:ind w:hanging="360" w:left="3240"/>
      </w:pPr>
      <w:rPr>
        <w:rFonts w:cs="Liberation Serif" w:ascii="Liberation Serif" w:hAnsi="Liberation Serif" w:eastAsia="Liberation Serif"/>
      </w:rPr>
      <w:start w:val="1"/>
      <w:suff w:val="tab"/>
    </w:lvl>
    <w:lvl w:ilvl="5">
      <w:isLgl w:val="false"/>
      <w:lvlJc w:val="right"/>
      <w:lvlText w:val="%6."/>
      <w:numFmt w:val="lowerRoman"/>
      <w:pPr>
        <w:pBdr/>
        <w:spacing/>
        <w:ind w:hanging="180" w:left="3960"/>
      </w:pPr>
      <w:rPr>
        <w:rFonts w:cs="Liberation Serif" w:ascii="Liberation Serif" w:hAnsi="Liberation Serif" w:eastAsia="Liberation Serif"/>
      </w:rPr>
      <w:start w:val="1"/>
      <w:suff w:val="tab"/>
    </w:lvl>
    <w:lvl w:ilvl="6">
      <w:isLgl w:val="false"/>
      <w:lvlJc w:val="left"/>
      <w:lvlText w:val="%7."/>
      <w:numFmt w:val="decimal"/>
      <w:pPr>
        <w:pBdr/>
        <w:spacing/>
        <w:ind w:hanging="360" w:left="4680"/>
      </w:pPr>
      <w:rPr>
        <w:rFonts w:cs="Liberation Serif" w:ascii="Liberation Serif" w:hAnsi="Liberation Serif" w:eastAsia="Liberation Serif"/>
      </w:rPr>
      <w:start w:val="1"/>
      <w:suff w:val="tab"/>
    </w:lvl>
    <w:lvl w:ilvl="7">
      <w:isLgl w:val="false"/>
      <w:lvlJc w:val="left"/>
      <w:lvlText w:val="%8."/>
      <w:numFmt w:val="lowerLetter"/>
      <w:pPr>
        <w:pBdr/>
        <w:spacing/>
        <w:ind w:hanging="360" w:left="5400"/>
      </w:pPr>
      <w:rPr>
        <w:rFonts w:cs="Liberation Serif" w:ascii="Liberation Serif" w:hAnsi="Liberation Serif" w:eastAsia="Liberation Serif"/>
      </w:rPr>
      <w:start w:val="1"/>
      <w:suff w:val="tab"/>
    </w:lvl>
    <w:lvl w:ilvl="8">
      <w:isLgl w:val="false"/>
      <w:lvlJc w:val="right"/>
      <w:lvlText w:val="%9."/>
      <w:numFmt w:val="lowerRoman"/>
      <w:pPr>
        <w:pBdr/>
        <w:spacing/>
        <w:ind w:hanging="180" w:left="6120"/>
      </w:pPr>
      <w:rPr>
        <w:rFonts w:cs="Liberation Serif" w:ascii="Liberation Serif" w:hAnsi="Liberation Serif" w:eastAsia="Liberation Serif"/>
      </w:rPr>
      <w:start w:val="1"/>
      <w:suff w:val="tab"/>
    </w:lvl>
  </w:abstractNum>
  <w:abstractNum w:abstractNumId="14">
    <w:nsid w:val="37660336"/>
    <w:lvl w:ilvl="0">
      <w:isLgl w:val="false"/>
      <w:lvlJc w:val="left"/>
      <w:lvlText w:val=""/>
      <w:numFmt w:val="bullet"/>
      <w:pPr>
        <w:pBdr/>
        <w:tabs>
          <w:tab w:val="num" w:leader="none" w:pos="648"/>
        </w:tabs>
        <w:spacing/>
        <w:ind w:hanging="360" w:left="648"/>
      </w:pPr>
      <w:pStyle w:val="1363"/>
      <w:rPr>
        <w:rFonts w:ascii="Liberation Serif" w:hAnsi="Liberation Serif" w:cs="Liberation Serif" w:eastAsia="Liberation Serif"/>
      </w:rPr>
      <w:start w:val="1"/>
      <w:suff w:val="tab"/>
    </w:lvl>
    <w:lvl w:ilvl="1">
      <w:isLgl w:val="false"/>
      <w:lvlJc w:val="left"/>
      <w:lvlText w:val="o"/>
      <w:numFmt w:val="bullet"/>
      <w:pPr>
        <w:pBdr/>
        <w:tabs>
          <w:tab w:val="num" w:leader="none" w:pos="1440"/>
        </w:tabs>
        <w:spacing/>
        <w:ind w:hanging="360" w:left="1440"/>
      </w:pPr>
      <w:rPr>
        <w:rFonts w:ascii="Liberation Serif" w:hAnsi="Liberation Serif" w:cs="Liberation Serif" w:eastAsia="Liberation Serif"/>
      </w:rPr>
      <w:start w:val="1"/>
      <w:suff w:val="tab"/>
    </w:lvl>
    <w:lvl w:ilvl="2">
      <w:isLgl w:val="false"/>
      <w:lvlJc w:val="left"/>
      <w:lvlText w:val=""/>
      <w:numFmt w:val="bullet"/>
      <w:pPr>
        <w:pBdr/>
        <w:tabs>
          <w:tab w:val="num" w:leader="none" w:pos="2160"/>
        </w:tabs>
        <w:spacing/>
        <w:ind w:hanging="360" w:left="2160"/>
      </w:pPr>
      <w:rPr>
        <w:rFonts w:ascii="Liberation Serif" w:hAnsi="Liberation Serif" w:cs="Liberation Serif" w:eastAsia="Liberation Serif"/>
      </w:rPr>
      <w:start w:val="1"/>
      <w:suff w:val="tab"/>
    </w:lvl>
    <w:lvl w:ilvl="3">
      <w:isLgl w:val="false"/>
      <w:lvlJc w:val="left"/>
      <w:lvlText w:val=""/>
      <w:numFmt w:val="bullet"/>
      <w:pPr>
        <w:pBdr/>
        <w:tabs>
          <w:tab w:val="num" w:leader="none" w:pos="2880"/>
        </w:tabs>
        <w:spacing/>
        <w:ind w:hanging="360" w:left="2880"/>
      </w:pPr>
      <w:rPr>
        <w:rFonts w:ascii="Liberation Serif" w:hAnsi="Liberation Serif" w:cs="Liberation Serif" w:eastAsia="Liberation Serif"/>
      </w:rPr>
      <w:start w:val="1"/>
      <w:suff w:val="tab"/>
    </w:lvl>
    <w:lvl w:ilvl="4">
      <w:isLgl w:val="false"/>
      <w:lvlJc w:val="left"/>
      <w:lvlText w:val="o"/>
      <w:numFmt w:val="bullet"/>
      <w:pPr>
        <w:pBdr/>
        <w:tabs>
          <w:tab w:val="num" w:leader="none" w:pos="3600"/>
        </w:tabs>
        <w:spacing/>
        <w:ind w:hanging="360" w:left="3600"/>
      </w:pPr>
      <w:rPr>
        <w:rFonts w:ascii="Liberation Serif" w:hAnsi="Liberation Serif" w:cs="Liberation Serif" w:eastAsia="Liberation Serif"/>
      </w:rPr>
      <w:start w:val="1"/>
      <w:suff w:val="tab"/>
    </w:lvl>
    <w:lvl w:ilvl="5">
      <w:isLgl w:val="false"/>
      <w:lvlJc w:val="left"/>
      <w:lvlText w:val=""/>
      <w:numFmt w:val="bullet"/>
      <w:pPr>
        <w:pBdr/>
        <w:tabs>
          <w:tab w:val="num" w:leader="none" w:pos="4320"/>
        </w:tabs>
        <w:spacing/>
        <w:ind w:hanging="360" w:left="4320"/>
      </w:pPr>
      <w:rPr>
        <w:rFonts w:ascii="Liberation Serif" w:hAnsi="Liberation Serif" w:cs="Liberation Serif" w:eastAsia="Liberation Serif"/>
      </w:rPr>
      <w:start w:val="1"/>
      <w:suff w:val="tab"/>
    </w:lvl>
    <w:lvl w:ilvl="6">
      <w:isLgl w:val="false"/>
      <w:lvlJc w:val="left"/>
      <w:lvlText w:val=""/>
      <w:numFmt w:val="bullet"/>
      <w:pPr>
        <w:pBdr/>
        <w:tabs>
          <w:tab w:val="num" w:leader="none" w:pos="5040"/>
        </w:tabs>
        <w:spacing/>
        <w:ind w:hanging="360" w:left="5040"/>
      </w:pPr>
      <w:rPr>
        <w:rFonts w:ascii="Liberation Serif" w:hAnsi="Liberation Serif" w:cs="Liberation Serif" w:eastAsia="Liberation Serif"/>
      </w:rPr>
      <w:start w:val="1"/>
      <w:suff w:val="tab"/>
    </w:lvl>
    <w:lvl w:ilvl="7">
      <w:isLgl w:val="false"/>
      <w:lvlJc w:val="left"/>
      <w:lvlText w:val="o"/>
      <w:numFmt w:val="bullet"/>
      <w:pPr>
        <w:pBdr/>
        <w:tabs>
          <w:tab w:val="num" w:leader="none" w:pos="5760"/>
        </w:tabs>
        <w:spacing/>
        <w:ind w:hanging="360" w:left="5760"/>
      </w:pPr>
      <w:rPr>
        <w:rFonts w:ascii="Liberation Serif" w:hAnsi="Liberation Serif" w:cs="Liberation Serif" w:eastAsia="Liberation Serif"/>
      </w:rPr>
      <w:start w:val="1"/>
      <w:suff w:val="tab"/>
    </w:lvl>
    <w:lvl w:ilvl="8">
      <w:isLgl w:val="false"/>
      <w:lvlJc w:val="left"/>
      <w:lvlText w:val=""/>
      <w:numFmt w:val="bullet"/>
      <w:pPr>
        <w:pBdr/>
        <w:tabs>
          <w:tab w:val="num" w:leader="none" w:pos="6480"/>
        </w:tabs>
        <w:spacing/>
        <w:ind w:hanging="360" w:left="6480"/>
      </w:pPr>
      <w:rPr>
        <w:rFonts w:ascii="Liberation Serif" w:hAnsi="Liberation Serif" w:cs="Liberation Serif" w:eastAsia="Liberation Serif"/>
      </w:rPr>
      <w:start w:val="1"/>
      <w:suff w:val="tab"/>
    </w:lvl>
  </w:abstractNum>
  <w:abstractNum w:abstractNumId="15">
    <w:nsid w:val="37BE3BF2"/>
    <w:lvl w:ilvl="0">
      <w:isLgl w:val="false"/>
      <w:lvlJc w:val="left"/>
      <w:lvlText w:val="%1."/>
      <w:numFmt w:val="decimal"/>
      <w:pPr>
        <w:pBdr/>
        <w:tabs>
          <w:tab w:val="num" w:leader="none" w:pos="284"/>
        </w:tabs>
        <w:spacing/>
        <w:ind w:hanging="284" w:left="284"/>
      </w:pPr>
      <w:pStyle w:val="1283"/>
      <w:rPr>
        <w:rFonts w:ascii="Liberation Serif" w:hAnsi="Liberation Serif" w:eastAsia="Liberation Serif" w:cs="Liberation Serif"/>
        <w:b w:val="0"/>
      </w:rPr>
      <w:start w:val="1"/>
      <w:suff w:val="tab"/>
    </w:lvl>
    <w:lvl w:ilvl="1">
      <w:isLgl w:val="false"/>
      <w:lvlJc w:val="left"/>
      <w:lvlText w:val="%2."/>
      <w:numFmt w:val="lowerLetter"/>
      <w:pPr>
        <w:pBdr/>
        <w:tabs>
          <w:tab w:val="num" w:leader="none" w:pos="1440"/>
        </w:tabs>
        <w:spacing/>
        <w:ind w:hanging="360" w:left="1440"/>
      </w:pPr>
      <w:rPr>
        <w:rFonts w:ascii="Liberation Serif" w:hAnsi="Liberation Serif" w:eastAsia="Liberation Serif" w:cs="Liberation Serif"/>
      </w:rPr>
      <w:start w:val="1"/>
      <w:suff w:val="tab"/>
    </w:lvl>
    <w:lvl w:ilvl="2">
      <w:isLgl w:val="false"/>
      <w:lvlJc w:val="right"/>
      <w:lvlText w:val="%3."/>
      <w:numFmt w:val="lowerRoman"/>
      <w:pPr>
        <w:pBdr/>
        <w:tabs>
          <w:tab w:val="num" w:leader="none" w:pos="2160"/>
        </w:tabs>
        <w:spacing/>
        <w:ind w:hanging="180" w:left="2160"/>
      </w:pPr>
      <w:rPr>
        <w:rFonts w:ascii="Liberation Serif" w:hAnsi="Liberation Serif" w:eastAsia="Liberation Serif" w:cs="Liberation Serif"/>
      </w:rPr>
      <w:start w:val="1"/>
      <w:suff w:val="tab"/>
    </w:lvl>
    <w:lvl w:ilvl="3">
      <w:isLgl w:val="false"/>
      <w:lvlJc w:val="left"/>
      <w:lvlText w:val="%4."/>
      <w:numFmt w:val="decimal"/>
      <w:pPr>
        <w:pBdr/>
        <w:tabs>
          <w:tab w:val="num" w:leader="none" w:pos="2880"/>
        </w:tabs>
        <w:spacing/>
        <w:ind w:hanging="360" w:left="2880"/>
      </w:pPr>
      <w:rPr>
        <w:rFonts w:ascii="Liberation Serif" w:hAnsi="Liberation Serif" w:eastAsia="Liberation Serif" w:cs="Liberation Serif"/>
      </w:rPr>
      <w:start w:val="1"/>
      <w:suff w:val="tab"/>
    </w:lvl>
    <w:lvl w:ilvl="4">
      <w:isLgl w:val="false"/>
      <w:lvlJc w:val="left"/>
      <w:lvlText w:val="%5."/>
      <w:numFmt w:val="lowerLetter"/>
      <w:pPr>
        <w:pBdr/>
        <w:tabs>
          <w:tab w:val="num" w:leader="none" w:pos="3600"/>
        </w:tabs>
        <w:spacing/>
        <w:ind w:hanging="360" w:left="3600"/>
      </w:pPr>
      <w:rPr>
        <w:rFonts w:ascii="Liberation Serif" w:hAnsi="Liberation Serif" w:eastAsia="Liberation Serif" w:cs="Liberation Serif"/>
      </w:rPr>
      <w:start w:val="1"/>
      <w:suff w:val="tab"/>
    </w:lvl>
    <w:lvl w:ilvl="5">
      <w:isLgl w:val="false"/>
      <w:lvlJc w:val="right"/>
      <w:lvlText w:val="%6."/>
      <w:numFmt w:val="lowerRoman"/>
      <w:pPr>
        <w:pBdr/>
        <w:tabs>
          <w:tab w:val="num" w:leader="none" w:pos="4320"/>
        </w:tabs>
        <w:spacing/>
        <w:ind w:hanging="180" w:left="4320"/>
      </w:pPr>
      <w:rPr>
        <w:rFonts w:ascii="Liberation Serif" w:hAnsi="Liberation Serif" w:eastAsia="Liberation Serif" w:cs="Liberation Serif"/>
      </w:rPr>
      <w:start w:val="1"/>
      <w:suff w:val="tab"/>
    </w:lvl>
    <w:lvl w:ilvl="6">
      <w:isLgl w:val="false"/>
      <w:lvlJc w:val="left"/>
      <w:lvlText w:val="%7."/>
      <w:numFmt w:val="decimal"/>
      <w:pPr>
        <w:pBdr/>
        <w:tabs>
          <w:tab w:val="num" w:leader="none" w:pos="5040"/>
        </w:tabs>
        <w:spacing/>
        <w:ind w:hanging="360" w:left="5040"/>
      </w:pPr>
      <w:rPr>
        <w:rFonts w:ascii="Liberation Serif" w:hAnsi="Liberation Serif" w:eastAsia="Liberation Serif" w:cs="Liberation Serif"/>
      </w:rPr>
      <w:start w:val="1"/>
      <w:suff w:val="tab"/>
    </w:lvl>
    <w:lvl w:ilvl="7">
      <w:isLgl w:val="false"/>
      <w:lvlJc w:val="left"/>
      <w:lvlText w:val="%8."/>
      <w:numFmt w:val="lowerLetter"/>
      <w:pPr>
        <w:pBdr/>
        <w:tabs>
          <w:tab w:val="num" w:leader="none" w:pos="5760"/>
        </w:tabs>
        <w:spacing/>
        <w:ind w:hanging="360" w:left="5760"/>
      </w:pPr>
      <w:rPr>
        <w:rFonts w:ascii="Liberation Serif" w:hAnsi="Liberation Serif" w:eastAsia="Liberation Serif" w:cs="Liberation Serif"/>
      </w:rPr>
      <w:start w:val="1"/>
      <w:suff w:val="tab"/>
    </w:lvl>
    <w:lvl w:ilvl="8">
      <w:isLgl w:val="false"/>
      <w:lvlJc w:val="right"/>
      <w:lvlText w:val="%9."/>
      <w:numFmt w:val="lowerRoman"/>
      <w:pPr>
        <w:pBdr/>
        <w:tabs>
          <w:tab w:val="num" w:leader="none" w:pos="6480"/>
        </w:tabs>
        <w:spacing/>
        <w:ind w:hanging="180" w:left="6480"/>
      </w:pPr>
      <w:rPr>
        <w:rFonts w:ascii="Liberation Serif" w:hAnsi="Liberation Serif" w:eastAsia="Liberation Serif" w:cs="Liberation Serif"/>
      </w:rPr>
      <w:start w:val="1"/>
      <w:suff w:val="tab"/>
    </w:lvl>
  </w:abstractNum>
  <w:abstractNum w:abstractNumId="16">
    <w:nsid w:val="3A877D64"/>
    <w:lvl w:ilvl="0">
      <w:isLgl w:val="false"/>
      <w:lvlJc w:val="left"/>
      <w:lvlText w:val="[%1]"/>
      <w:numFmt w:val="decimal"/>
      <w:pPr>
        <w:pBdr/>
        <w:tabs>
          <w:tab w:val="num" w:leader="none" w:pos="360"/>
        </w:tabs>
        <w:spacing/>
        <w:ind w:hanging="360" w:left="360"/>
      </w:pPr>
      <w:pStyle w:val="1377"/>
      <w:rPr>
        <w:rFonts w:ascii="Liberation Serif" w:hAnsi="Liberation Serif" w:eastAsia="Liberation Serif" w:cs="Liberation Serif"/>
      </w:rPr>
      <w:start w:val="1"/>
      <w:suff w:val="tab"/>
    </w:lvl>
    <w:lvl w:ilvl="1">
      <w:isLgl w:val="false"/>
      <w:lvlJc w:val="left"/>
      <w:lvlText w:val=""/>
      <w:numFmt w:val="bullet"/>
      <w:pPr>
        <w:pBdr/>
        <w:spacing/>
        <w:ind/>
      </w:pPr>
      <w:rPr>
        <w:rFonts w:ascii="Liberation Serif" w:hAnsi="Liberation Serif" w:eastAsia="Liberation Serif" w:cs="Liberation Serif"/>
      </w:rPr>
      <w:start w:val="0"/>
      <w:suff w:val="tab"/>
    </w:lvl>
    <w:lvl w:ilvl="2">
      <w:isLgl w:val="false"/>
      <w:lvlJc w:val="left"/>
      <w:lvlText w:val=""/>
      <w:numFmt w:val="bullet"/>
      <w:pPr>
        <w:pBdr/>
        <w:spacing/>
        <w:ind/>
      </w:pPr>
      <w:rPr>
        <w:rFonts w:ascii="Liberation Serif" w:hAnsi="Liberation Serif" w:eastAsia="Liberation Serif" w:cs="Liberation Serif"/>
      </w:rPr>
      <w:start w:val="0"/>
      <w:suff w:val="tab"/>
    </w:lvl>
    <w:lvl w:ilvl="3">
      <w:isLgl w:val="false"/>
      <w:lvlJc w:val="left"/>
      <w:lvlText w:val=""/>
      <w:numFmt w:val="bullet"/>
      <w:pPr>
        <w:pBdr/>
        <w:spacing/>
        <w:ind/>
      </w:pPr>
      <w:rPr>
        <w:rFonts w:ascii="Liberation Serif" w:hAnsi="Liberation Serif" w:eastAsia="Liberation Serif" w:cs="Liberation Serif"/>
      </w:rPr>
      <w:start w:val="0"/>
      <w:suff w:val="tab"/>
    </w:lvl>
    <w:lvl w:ilvl="4">
      <w:isLgl w:val="false"/>
      <w:lvlJc w:val="left"/>
      <w:lvlText w:val=""/>
      <w:numFmt w:val="bullet"/>
      <w:pPr>
        <w:pBdr/>
        <w:spacing/>
        <w:ind/>
      </w:pPr>
      <w:rPr>
        <w:rFonts w:ascii="Liberation Serif" w:hAnsi="Liberation Serif" w:eastAsia="Liberation Serif" w:cs="Liberation Serif"/>
      </w:rPr>
      <w:start w:val="0"/>
      <w:suff w:val="tab"/>
    </w:lvl>
    <w:lvl w:ilvl="5">
      <w:isLgl w:val="false"/>
      <w:lvlJc w:val="left"/>
      <w:lvlText w:val=""/>
      <w:numFmt w:val="bullet"/>
      <w:pPr>
        <w:pBdr/>
        <w:spacing/>
        <w:ind/>
      </w:pPr>
      <w:rPr>
        <w:rFonts w:ascii="Liberation Serif" w:hAnsi="Liberation Serif" w:eastAsia="Liberation Serif" w:cs="Liberation Serif"/>
      </w:rPr>
      <w:start w:val="0"/>
      <w:suff w:val="tab"/>
    </w:lvl>
    <w:lvl w:ilvl="6">
      <w:isLgl w:val="false"/>
      <w:lvlJc w:val="left"/>
      <w:lvlText w:val=""/>
      <w:numFmt w:val="bullet"/>
      <w:pPr>
        <w:pBdr/>
        <w:spacing/>
        <w:ind/>
      </w:pPr>
      <w:rPr>
        <w:rFonts w:ascii="Liberation Serif" w:hAnsi="Liberation Serif" w:eastAsia="Liberation Serif" w:cs="Liberation Serif"/>
      </w:rPr>
      <w:start w:val="0"/>
      <w:suff w:val="tab"/>
    </w:lvl>
    <w:lvl w:ilvl="7">
      <w:isLgl w:val="false"/>
      <w:lvlJc w:val="left"/>
      <w:lvlText w:val=""/>
      <w:numFmt w:val="bullet"/>
      <w:pPr>
        <w:pBdr/>
        <w:spacing/>
        <w:ind/>
      </w:pPr>
      <w:rPr>
        <w:rFonts w:ascii="Liberation Serif" w:hAnsi="Liberation Serif" w:eastAsia="Liberation Serif" w:cs="Liberation Serif"/>
      </w:rPr>
      <w:start w:val="0"/>
      <w:suff w:val="tab"/>
    </w:lvl>
    <w:lvl w:ilvl="8">
      <w:isLgl w:val="false"/>
      <w:lvlJc w:val="left"/>
      <w:lvlText w:val=""/>
      <w:numFmt w:val="bullet"/>
      <w:pPr>
        <w:pBdr/>
        <w:spacing/>
        <w:ind/>
      </w:pPr>
      <w:rPr>
        <w:rFonts w:ascii="Liberation Serif" w:hAnsi="Liberation Serif" w:eastAsia="Liberation Serif" w:cs="Liberation Serif"/>
      </w:rPr>
      <w:start w:val="0"/>
      <w:suff w:val="tab"/>
    </w:lvl>
  </w:abstractNum>
  <w:abstractNum w:abstractNumId="17">
    <w:nsid w:val="3AA17CE3"/>
    <w:lvl w:ilvl="0">
      <w:isLgl w:val="false"/>
      <w:lvlJc w:val="left"/>
      <w:lvlText w:val="%1."/>
      <w:numFmt w:val="decimal"/>
      <w:pPr>
        <w:pBdr/>
        <w:spacing/>
        <w:ind w:hanging="360" w:left="720"/>
      </w:pPr>
      <w:pStyle w:val="1414"/>
      <w:rPr>
        <w:rFonts w:cs="Liberation Serif" w:ascii="Liberation Serif" w:hAnsi="Liberation Serif" w:eastAsia="Liberation Serif"/>
      </w:rPr>
      <w:start w:val="1"/>
      <w:suff w:val="tab"/>
    </w:lvl>
    <w:lvl w:ilvl="1">
      <w:isLgl w:val="false"/>
      <w:lvlJc w:val="left"/>
      <w:lvlText w:val="%2."/>
      <w:numFmt w:val="lowerLetter"/>
      <w:pPr>
        <w:pBdr/>
        <w:spacing/>
        <w:ind w:hanging="360" w:left="1440"/>
      </w:pPr>
      <w:rPr>
        <w:rFonts w:cs="Liberation Serif" w:ascii="Liberation Serif" w:hAnsi="Liberation Serif" w:eastAsia="Liberation Serif"/>
      </w:rPr>
      <w:start w:val="1"/>
      <w:suff w:val="tab"/>
    </w:lvl>
    <w:lvl w:ilvl="2">
      <w:isLgl w:val="false"/>
      <w:lvlJc w:val="right"/>
      <w:lvlText w:val="%3."/>
      <w:numFmt w:val="lowerRoman"/>
      <w:pPr>
        <w:pBdr/>
        <w:spacing/>
        <w:ind w:hanging="180" w:left="2160"/>
      </w:pPr>
      <w:rPr>
        <w:rFonts w:cs="Liberation Serif" w:ascii="Liberation Serif" w:hAnsi="Liberation Serif" w:eastAsia="Liberation Serif"/>
      </w:rPr>
      <w:start w:val="1"/>
      <w:suff w:val="tab"/>
    </w:lvl>
    <w:lvl w:ilvl="3">
      <w:isLgl w:val="false"/>
      <w:lvlJc w:val="left"/>
      <w:lvlText w:val="%4."/>
      <w:numFmt w:val="decimal"/>
      <w:pPr>
        <w:pBdr/>
        <w:spacing/>
        <w:ind w:hanging="360" w:left="2880"/>
      </w:pPr>
      <w:rPr>
        <w:rFonts w:cs="Liberation Serif" w:ascii="Liberation Serif" w:hAnsi="Liberation Serif" w:eastAsia="Liberation Serif"/>
      </w:rPr>
      <w:start w:val="1"/>
      <w:suff w:val="tab"/>
    </w:lvl>
    <w:lvl w:ilvl="4">
      <w:isLgl w:val="false"/>
      <w:lvlJc w:val="left"/>
      <w:lvlText w:val="%5."/>
      <w:numFmt w:val="lowerLetter"/>
      <w:pPr>
        <w:pBdr/>
        <w:spacing/>
        <w:ind w:hanging="360" w:left="3600"/>
      </w:pPr>
      <w:rPr>
        <w:rFonts w:cs="Liberation Serif" w:ascii="Liberation Serif" w:hAnsi="Liberation Serif" w:eastAsia="Liberation Serif"/>
      </w:rPr>
      <w:start w:val="1"/>
      <w:suff w:val="tab"/>
    </w:lvl>
    <w:lvl w:ilvl="5">
      <w:isLgl w:val="false"/>
      <w:lvlJc w:val="right"/>
      <w:lvlText w:val="%6."/>
      <w:numFmt w:val="lowerRoman"/>
      <w:pPr>
        <w:pBdr/>
        <w:spacing/>
        <w:ind w:hanging="180" w:left="4320"/>
      </w:pPr>
      <w:rPr>
        <w:rFonts w:cs="Liberation Serif" w:ascii="Liberation Serif" w:hAnsi="Liberation Serif" w:eastAsia="Liberation Serif"/>
      </w:rPr>
      <w:start w:val="1"/>
      <w:suff w:val="tab"/>
    </w:lvl>
    <w:lvl w:ilvl="6">
      <w:isLgl w:val="false"/>
      <w:lvlJc w:val="left"/>
      <w:lvlText w:val="%7."/>
      <w:numFmt w:val="decimal"/>
      <w:pPr>
        <w:pBdr/>
        <w:spacing/>
        <w:ind w:hanging="360" w:left="5040"/>
      </w:pPr>
      <w:rPr>
        <w:rFonts w:cs="Liberation Serif" w:ascii="Liberation Serif" w:hAnsi="Liberation Serif" w:eastAsia="Liberation Serif"/>
      </w:rPr>
      <w:start w:val="1"/>
      <w:suff w:val="tab"/>
    </w:lvl>
    <w:lvl w:ilvl="7">
      <w:isLgl w:val="false"/>
      <w:lvlJc w:val="left"/>
      <w:lvlText w:val="%8."/>
      <w:numFmt w:val="lowerLetter"/>
      <w:pPr>
        <w:pBdr/>
        <w:spacing/>
        <w:ind w:hanging="360" w:left="5760"/>
      </w:pPr>
      <w:rPr>
        <w:rFonts w:cs="Liberation Serif" w:ascii="Liberation Serif" w:hAnsi="Liberation Serif" w:eastAsia="Liberation Serif"/>
      </w:rPr>
      <w:start w:val="1"/>
      <w:suff w:val="tab"/>
    </w:lvl>
    <w:lvl w:ilvl="8">
      <w:isLgl w:val="false"/>
      <w:lvlJc w:val="right"/>
      <w:lvlText w:val="%9."/>
      <w:numFmt w:val="lowerRoman"/>
      <w:pPr>
        <w:pBdr/>
        <w:spacing/>
        <w:ind w:hanging="180" w:left="6480"/>
      </w:pPr>
      <w:rPr>
        <w:rFonts w:cs="Liberation Serif" w:ascii="Liberation Serif" w:hAnsi="Liberation Serif" w:eastAsia="Liberation Serif"/>
      </w:rPr>
      <w:start w:val="1"/>
      <w:suff w:val="tab"/>
    </w:lvl>
  </w:abstractNum>
  <w:abstractNum w:abstractNumId="18">
    <w:nsid w:val="4856421D"/>
    <w:lvl w:ilvl="0">
      <w:isLgl w:val="false"/>
      <w:lvlJc w:val="left"/>
      <w:lvlText w:val="%1."/>
      <w:numFmt w:val="decimal"/>
      <w:pPr>
        <w:pBdr/>
        <w:tabs>
          <w:tab w:val="num" w:leader="none" w:pos="720"/>
        </w:tabs>
        <w:spacing/>
        <w:ind w:hanging="360" w:left="720"/>
      </w:pPr>
      <w:rPr>
        <w:rFonts w:ascii="Liberation Serif" w:hAnsi="Liberation Serif" w:eastAsia="Liberation Serif" w:cs="Liberation Serif"/>
      </w:rPr>
      <w:start w:val="1"/>
      <w:suff w:val="tab"/>
    </w:lvl>
    <w:lvl w:ilvl="1">
      <w:isLgl w:val="false"/>
      <w:lvlJc w:val="left"/>
      <w:lvlText w:val="%2."/>
      <w:numFmt w:val="lowerLetter"/>
      <w:pPr>
        <w:pBdr/>
        <w:tabs>
          <w:tab w:val="num" w:leader="none" w:pos="1440"/>
        </w:tabs>
        <w:spacing/>
        <w:ind w:hanging="360" w:left="1440"/>
      </w:pPr>
      <w:rPr>
        <w:rFonts w:ascii="Liberation Serif" w:hAnsi="Liberation Serif" w:eastAsia="Liberation Serif" w:cs="Liberation Serif"/>
      </w:rPr>
      <w:start w:val="1"/>
      <w:suff w:val="tab"/>
    </w:lvl>
    <w:lvl w:ilvl="2">
      <w:isLgl w:val="false"/>
      <w:lvlJc w:val="right"/>
      <w:lvlText w:val="%3."/>
      <w:numFmt w:val="lowerRoman"/>
      <w:pPr>
        <w:pBdr/>
        <w:tabs>
          <w:tab w:val="num" w:leader="none" w:pos="2160"/>
        </w:tabs>
        <w:spacing/>
        <w:ind w:hanging="180" w:left="2160"/>
      </w:pPr>
      <w:rPr>
        <w:rFonts w:ascii="Liberation Serif" w:hAnsi="Liberation Serif" w:eastAsia="Liberation Serif" w:cs="Liberation Serif"/>
      </w:rPr>
      <w:start w:val="1"/>
      <w:suff w:val="tab"/>
    </w:lvl>
    <w:lvl w:ilvl="3">
      <w:isLgl w:val="false"/>
      <w:lvlJc w:val="left"/>
      <w:lvlText w:val="%4."/>
      <w:numFmt w:val="decimal"/>
      <w:pPr>
        <w:pBdr/>
        <w:tabs>
          <w:tab w:val="num" w:leader="none" w:pos="2880"/>
        </w:tabs>
        <w:spacing/>
        <w:ind w:hanging="360" w:left="2880"/>
      </w:pPr>
      <w:rPr>
        <w:rFonts w:ascii="Liberation Serif" w:hAnsi="Liberation Serif" w:eastAsia="Liberation Serif" w:cs="Liberation Serif"/>
      </w:rPr>
      <w:start w:val="1"/>
      <w:suff w:val="tab"/>
    </w:lvl>
    <w:lvl w:ilvl="4">
      <w:isLgl w:val="false"/>
      <w:lvlJc w:val="left"/>
      <w:lvlText w:val="%5."/>
      <w:numFmt w:val="lowerLetter"/>
      <w:pPr>
        <w:pBdr/>
        <w:tabs>
          <w:tab w:val="num" w:leader="none" w:pos="3600"/>
        </w:tabs>
        <w:spacing/>
        <w:ind w:hanging="360" w:left="3600"/>
      </w:pPr>
      <w:rPr>
        <w:rFonts w:ascii="Liberation Serif" w:hAnsi="Liberation Serif" w:eastAsia="Liberation Serif" w:cs="Liberation Serif"/>
      </w:rPr>
      <w:start w:val="1"/>
      <w:suff w:val="tab"/>
    </w:lvl>
    <w:lvl w:ilvl="5">
      <w:isLgl w:val="false"/>
      <w:lvlJc w:val="right"/>
      <w:lvlText w:val="%6."/>
      <w:numFmt w:val="lowerRoman"/>
      <w:pPr>
        <w:pBdr/>
        <w:tabs>
          <w:tab w:val="num" w:leader="none" w:pos="4320"/>
        </w:tabs>
        <w:spacing/>
        <w:ind w:hanging="180" w:left="4320"/>
      </w:pPr>
      <w:rPr>
        <w:rFonts w:ascii="Liberation Serif" w:hAnsi="Liberation Serif" w:eastAsia="Liberation Serif" w:cs="Liberation Serif"/>
      </w:rPr>
      <w:start w:val="1"/>
      <w:suff w:val="tab"/>
    </w:lvl>
    <w:lvl w:ilvl="6">
      <w:isLgl w:val="false"/>
      <w:lvlJc w:val="left"/>
      <w:lvlText w:val="%7."/>
      <w:numFmt w:val="decimal"/>
      <w:pPr>
        <w:pBdr/>
        <w:tabs>
          <w:tab w:val="num" w:leader="none" w:pos="5040"/>
        </w:tabs>
        <w:spacing/>
        <w:ind w:hanging="360" w:left="5040"/>
      </w:pPr>
      <w:rPr>
        <w:rFonts w:ascii="Liberation Serif" w:hAnsi="Liberation Serif" w:eastAsia="Liberation Serif" w:cs="Liberation Serif"/>
      </w:rPr>
      <w:start w:val="1"/>
      <w:suff w:val="tab"/>
    </w:lvl>
    <w:lvl w:ilvl="7">
      <w:isLgl w:val="false"/>
      <w:lvlJc w:val="left"/>
      <w:lvlText w:val="%8."/>
      <w:numFmt w:val="lowerLetter"/>
      <w:pPr>
        <w:pBdr/>
        <w:tabs>
          <w:tab w:val="num" w:leader="none" w:pos="5760"/>
        </w:tabs>
        <w:spacing/>
        <w:ind w:hanging="360" w:left="5760"/>
      </w:pPr>
      <w:rPr>
        <w:rFonts w:ascii="Liberation Serif" w:hAnsi="Liberation Serif" w:eastAsia="Liberation Serif" w:cs="Liberation Serif"/>
      </w:rPr>
      <w:start w:val="1"/>
      <w:suff w:val="tab"/>
    </w:lvl>
    <w:lvl w:ilvl="8">
      <w:isLgl w:val="false"/>
      <w:lvlJc w:val="right"/>
      <w:lvlText w:val="%9."/>
      <w:numFmt w:val="lowerRoman"/>
      <w:pPr>
        <w:pBdr/>
        <w:tabs>
          <w:tab w:val="num" w:leader="none" w:pos="6480"/>
        </w:tabs>
        <w:spacing/>
        <w:ind w:hanging="180" w:left="6480"/>
      </w:pPr>
      <w:rPr>
        <w:rFonts w:ascii="Liberation Serif" w:hAnsi="Liberation Serif" w:eastAsia="Liberation Serif" w:cs="Liberation Serif"/>
      </w:rPr>
      <w:start w:val="1"/>
      <w:suff w:val="tab"/>
    </w:lvl>
  </w:abstractNum>
  <w:abstractNum w:abstractNumId="19">
    <w:nsid w:val="49B573EE"/>
    <w:lvl w:ilvl="0">
      <w:isLgl w:val="false"/>
      <w:lvlJc w:val="left"/>
      <w:lvlText w:val="%1."/>
      <w:numFmt w:val="decimal"/>
      <w:pPr>
        <w:pBdr/>
        <w:spacing/>
        <w:ind w:hanging="360" w:left="720"/>
      </w:pPr>
      <w:rPr>
        <w:rFonts w:ascii="Liberation Serif" w:hAnsi="Liberation Serif" w:cs="Liberation Serif" w:eastAsia="Liberation Serif"/>
        <w:b w:val="0"/>
      </w:rPr>
      <w:start w:val="1"/>
      <w:suff w:val="tab"/>
    </w:lvl>
    <w:lvl w:ilvl="1">
      <w:isLgl w:val="false"/>
      <w:lvlJc w:val="left"/>
      <w:lvlText w:val="%1.%2."/>
      <w:numFmt w:val="decimal"/>
      <w:pPr>
        <w:pBdr/>
        <w:spacing/>
        <w:ind w:hanging="432" w:left="1152"/>
      </w:pPr>
      <w:rPr>
        <w:rFonts w:ascii="Liberation Serif" w:hAnsi="Liberation Serif" w:eastAsia="Liberation Serif" w:cs="Liberation Serif"/>
      </w:rPr>
      <w:start w:val="1"/>
      <w:suff w:val="tab"/>
    </w:lvl>
    <w:lvl w:ilvl="2">
      <w:isLgl w:val="false"/>
      <w:lvlJc w:val="left"/>
      <w:lvlText w:val="%1.%2.%3."/>
      <w:numFmt w:val="decimal"/>
      <w:pPr>
        <w:pBdr/>
        <w:spacing/>
        <w:ind w:hanging="504" w:left="1584"/>
      </w:pPr>
      <w:rPr>
        <w:rFonts w:ascii="Liberation Serif" w:hAnsi="Liberation Serif" w:eastAsia="Liberation Serif" w:cs="Liberation Serif"/>
      </w:rPr>
      <w:start w:val="1"/>
      <w:suff w:val="tab"/>
    </w:lvl>
    <w:lvl w:ilvl="3">
      <w:isLgl w:val="false"/>
      <w:lvlJc w:val="left"/>
      <w:lvlText w:val="%1.%2.%3.%4."/>
      <w:numFmt w:val="decimal"/>
      <w:pPr>
        <w:pBdr/>
        <w:spacing/>
        <w:ind w:hanging="648" w:left="2088"/>
      </w:pPr>
      <w:rPr>
        <w:rFonts w:ascii="Liberation Serif" w:hAnsi="Liberation Serif" w:eastAsia="Liberation Serif" w:cs="Liberation Serif"/>
      </w:rPr>
      <w:start w:val="1"/>
      <w:suff w:val="tab"/>
    </w:lvl>
    <w:lvl w:ilvl="4">
      <w:isLgl w:val="false"/>
      <w:lvlJc w:val="left"/>
      <w:lvlText w:val="%1.%2.%3.%4.%5."/>
      <w:numFmt w:val="decimal"/>
      <w:pPr>
        <w:pBdr/>
        <w:spacing/>
        <w:ind w:hanging="792" w:left="2592"/>
      </w:pPr>
      <w:rPr>
        <w:rFonts w:ascii="Liberation Serif" w:hAnsi="Liberation Serif" w:eastAsia="Liberation Serif" w:cs="Liberation Serif"/>
      </w:rPr>
      <w:start w:val="1"/>
      <w:suff w:val="tab"/>
    </w:lvl>
    <w:lvl w:ilvl="5">
      <w:isLgl w:val="false"/>
      <w:lvlJc w:val="left"/>
      <w:lvlText w:val="%1.%2.%3.%4.%5.%6."/>
      <w:numFmt w:val="decimal"/>
      <w:pPr>
        <w:pBdr/>
        <w:spacing/>
        <w:ind w:hanging="936" w:left="3096"/>
      </w:pPr>
      <w:rPr>
        <w:rFonts w:ascii="Liberation Serif" w:hAnsi="Liberation Serif" w:eastAsia="Liberation Serif" w:cs="Liberation Serif"/>
      </w:rPr>
      <w:start w:val="1"/>
      <w:suff w:val="tab"/>
    </w:lvl>
    <w:lvl w:ilvl="6">
      <w:isLgl w:val="false"/>
      <w:lvlJc w:val="left"/>
      <w:lvlText w:val="%1.%2.%3.%4.%5.%6.%7."/>
      <w:numFmt w:val="decimal"/>
      <w:pPr>
        <w:pBdr/>
        <w:spacing/>
        <w:ind w:hanging="1080" w:left="3600"/>
      </w:pPr>
      <w:rPr>
        <w:rFonts w:ascii="Liberation Serif" w:hAnsi="Liberation Serif" w:eastAsia="Liberation Serif" w:cs="Liberation Serif"/>
      </w:rPr>
      <w:start w:val="1"/>
      <w:suff w:val="tab"/>
    </w:lvl>
    <w:lvl w:ilvl="7">
      <w:isLgl w:val="false"/>
      <w:lvlJc w:val="left"/>
      <w:lvlText w:val="%1.%2.%3.%4.%5.%6.%7.%8."/>
      <w:numFmt w:val="decimal"/>
      <w:pPr>
        <w:pBdr/>
        <w:spacing/>
        <w:ind w:hanging="1224" w:left="4104"/>
      </w:pPr>
      <w:rPr>
        <w:rFonts w:ascii="Liberation Serif" w:hAnsi="Liberation Serif" w:eastAsia="Liberation Serif" w:cs="Liberation Serif"/>
      </w:rPr>
      <w:start w:val="1"/>
      <w:suff w:val="tab"/>
    </w:lvl>
    <w:lvl w:ilvl="8">
      <w:isLgl w:val="false"/>
      <w:lvlJc w:val="left"/>
      <w:lvlText w:val="%1.%2.%3.%4.%5.%6.%7.%8.%9."/>
      <w:numFmt w:val="decimal"/>
      <w:pPr>
        <w:pBdr/>
        <w:spacing/>
        <w:ind w:hanging="1440" w:left="4680"/>
      </w:pPr>
      <w:rPr>
        <w:rFonts w:ascii="Liberation Serif" w:hAnsi="Liberation Serif" w:eastAsia="Liberation Serif" w:cs="Liberation Serif"/>
      </w:rPr>
      <w:start w:val="1"/>
      <w:suff w:val="tab"/>
    </w:lvl>
  </w:abstractNum>
  <w:abstractNum w:abstractNumId="20">
    <w:nsid w:val="4C2B5EA8"/>
    <w:lvl w:ilvl="0">
      <w:isLgl w:val="false"/>
      <w:lvlJc w:val="left"/>
      <w:lvlText w:val="%1)"/>
      <w:numFmt w:val="thaiNumbers"/>
      <w:pPr>
        <w:pBdr/>
        <w:spacing/>
        <w:ind w:hanging="360" w:left="2064"/>
      </w:pPr>
      <w:rPr>
        <w:rFonts w:ascii="Liberation Serif" w:hAnsi="Liberation Serif" w:eastAsia="Liberation Serif" w:cs="Liberation Serif"/>
      </w:rPr>
      <w:start w:val="1"/>
      <w:suff w:val="tab"/>
    </w:lvl>
    <w:lvl w:ilvl="1">
      <w:isLgl w:val="false"/>
      <w:lvlJc w:val="left"/>
      <w:lvlText w:val="o"/>
      <w:numFmt w:val="bullet"/>
      <w:pPr>
        <w:pBdr/>
        <w:spacing/>
        <w:ind w:hanging="360" w:left="2784"/>
      </w:pPr>
      <w:rPr>
        <w:rFonts w:ascii="Liberation Serif" w:hAnsi="Liberation Serif" w:cs="Liberation Serif" w:eastAsia="Liberation Serif"/>
      </w:rPr>
      <w:start w:val="1"/>
      <w:suff w:val="tab"/>
    </w:lvl>
    <w:lvl w:ilvl="2">
      <w:isLgl w:val="false"/>
      <w:lvlJc w:val="left"/>
      <w:lvlText w:val=""/>
      <w:numFmt w:val="bullet"/>
      <w:pPr>
        <w:pBdr/>
        <w:spacing/>
        <w:ind w:hanging="360" w:left="3504"/>
      </w:pPr>
      <w:rPr>
        <w:rFonts w:ascii="Liberation Serif" w:hAnsi="Liberation Serif" w:eastAsia="Liberation Serif" w:cs="Liberation Serif"/>
      </w:rPr>
      <w:start w:val="1"/>
      <w:suff w:val="tab"/>
    </w:lvl>
    <w:lvl w:ilvl="3">
      <w:isLgl w:val="false"/>
      <w:lvlJc w:val="left"/>
      <w:lvlText w:val=""/>
      <w:numFmt w:val="bullet"/>
      <w:pPr>
        <w:pBdr/>
        <w:spacing/>
        <w:ind w:hanging="360" w:left="4224"/>
      </w:pPr>
      <w:rPr>
        <w:rFonts w:ascii="Liberation Serif" w:hAnsi="Liberation Serif" w:eastAsia="Liberation Serif" w:cs="Liberation Serif"/>
      </w:rPr>
      <w:start w:val="1"/>
      <w:suff w:val="tab"/>
    </w:lvl>
    <w:lvl w:ilvl="4">
      <w:isLgl w:val="false"/>
      <w:lvlJc w:val="left"/>
      <w:lvlText w:val="o"/>
      <w:numFmt w:val="bullet"/>
      <w:pPr>
        <w:pBdr/>
        <w:spacing/>
        <w:ind w:hanging="360" w:left="4944"/>
      </w:pPr>
      <w:rPr>
        <w:rFonts w:ascii="Liberation Serif" w:hAnsi="Liberation Serif" w:cs="Liberation Serif" w:eastAsia="Liberation Serif"/>
      </w:rPr>
      <w:start w:val="1"/>
      <w:suff w:val="tab"/>
    </w:lvl>
    <w:lvl w:ilvl="5">
      <w:isLgl w:val="false"/>
      <w:lvlJc w:val="left"/>
      <w:lvlText w:val=""/>
      <w:numFmt w:val="bullet"/>
      <w:pPr>
        <w:pBdr/>
        <w:spacing/>
        <w:ind w:hanging="360" w:left="5664"/>
      </w:pPr>
      <w:rPr>
        <w:rFonts w:ascii="Liberation Serif" w:hAnsi="Liberation Serif" w:eastAsia="Liberation Serif" w:cs="Liberation Serif"/>
      </w:rPr>
      <w:start w:val="1"/>
      <w:suff w:val="tab"/>
    </w:lvl>
    <w:lvl w:ilvl="6">
      <w:isLgl w:val="false"/>
      <w:lvlJc w:val="left"/>
      <w:lvlText w:val=""/>
      <w:numFmt w:val="bullet"/>
      <w:pPr>
        <w:pBdr/>
        <w:spacing/>
        <w:ind w:hanging="360" w:left="6384"/>
      </w:pPr>
      <w:rPr>
        <w:rFonts w:ascii="Liberation Serif" w:hAnsi="Liberation Serif" w:eastAsia="Liberation Serif" w:cs="Liberation Serif"/>
      </w:rPr>
      <w:start w:val="1"/>
      <w:suff w:val="tab"/>
    </w:lvl>
    <w:lvl w:ilvl="7">
      <w:isLgl w:val="false"/>
      <w:lvlJc w:val="left"/>
      <w:lvlText w:val="o"/>
      <w:numFmt w:val="bullet"/>
      <w:pPr>
        <w:pBdr/>
        <w:spacing/>
        <w:ind w:hanging="360" w:left="7104"/>
      </w:pPr>
      <w:rPr>
        <w:rFonts w:ascii="Liberation Serif" w:hAnsi="Liberation Serif" w:cs="Liberation Serif" w:eastAsia="Liberation Serif"/>
      </w:rPr>
      <w:start w:val="1"/>
      <w:suff w:val="tab"/>
    </w:lvl>
    <w:lvl w:ilvl="8">
      <w:isLgl w:val="false"/>
      <w:lvlJc w:val="left"/>
      <w:lvlText w:val=""/>
      <w:numFmt w:val="bullet"/>
      <w:pPr>
        <w:pBdr/>
        <w:spacing/>
        <w:ind w:hanging="360" w:left="7824"/>
      </w:pPr>
      <w:rPr>
        <w:rFonts w:ascii="Liberation Serif" w:hAnsi="Liberation Serif" w:eastAsia="Liberation Serif" w:cs="Liberation Serif"/>
      </w:rPr>
      <w:start w:val="1"/>
      <w:suff w:val="tab"/>
    </w:lvl>
  </w:abstractNum>
  <w:abstractNum w:abstractNumId="21">
    <w:nsid w:val="4EDF050E"/>
    <w:lvl w:ilvl="0">
      <w:isLgl w:val="false"/>
      <w:lvlJc w:val="left"/>
      <w:lvlText w:val="%1."/>
      <w:numFmt w:val="decimal"/>
      <w:pPr>
        <w:pBdr/>
        <w:tabs>
          <w:tab w:val="num" w:leader="none" w:pos="1080"/>
        </w:tabs>
        <w:spacing/>
        <w:ind w:firstLine="720"/>
      </w:pPr>
      <w:rPr>
        <w:rFonts w:cs="Liberation Serif" w:ascii="Liberation Serif" w:hAnsi="Liberation Serif" w:eastAsia="Liberation Serif"/>
      </w:rPr>
      <w:start w:val="1"/>
      <w:suff w:val="tab"/>
    </w:lvl>
    <w:lvl w:ilvl="1">
      <w:isLgl w:val="false"/>
      <w:lvlJc w:val="left"/>
      <w:lvlText w:val="%2."/>
      <w:numFmt w:val="lowerLetter"/>
      <w:pPr>
        <w:pBdr/>
        <w:tabs>
          <w:tab w:val="num" w:leader="none" w:pos="1440"/>
        </w:tabs>
        <w:spacing/>
        <w:ind w:hanging="360" w:left="1440"/>
      </w:pPr>
      <w:rPr>
        <w:rFonts w:cs="Liberation Serif" w:ascii="Liberation Serif" w:hAnsi="Liberation Serif" w:eastAsia="Liberation Serif"/>
      </w:rPr>
      <w:start w:val="1"/>
      <w:suff w:val="tab"/>
    </w:lvl>
    <w:lvl w:ilvl="2">
      <w:isLgl w:val="false"/>
      <w:lvlJc w:val="right"/>
      <w:lvlText w:val="%3."/>
      <w:numFmt w:val="lowerRoman"/>
      <w:pPr>
        <w:pBdr/>
        <w:tabs>
          <w:tab w:val="num" w:leader="none" w:pos="2160"/>
        </w:tabs>
        <w:spacing/>
        <w:ind w:hanging="180" w:left="2160"/>
      </w:pPr>
      <w:rPr>
        <w:rFonts w:cs="Liberation Serif" w:ascii="Liberation Serif" w:hAnsi="Liberation Serif" w:eastAsia="Liberation Serif"/>
      </w:rPr>
      <w:start w:val="1"/>
      <w:suff w:val="tab"/>
    </w:lvl>
    <w:lvl w:ilvl="3">
      <w:isLgl w:val="false"/>
      <w:lvlJc w:val="left"/>
      <w:lvlText w:val="%4."/>
      <w:numFmt w:val="decimal"/>
      <w:pPr>
        <w:pBdr/>
        <w:tabs>
          <w:tab w:val="num" w:leader="none" w:pos="2880"/>
        </w:tabs>
        <w:spacing/>
        <w:ind w:hanging="360" w:left="2880"/>
      </w:pPr>
      <w:rPr>
        <w:rFonts w:cs="Liberation Serif" w:ascii="Liberation Serif" w:hAnsi="Liberation Serif" w:eastAsia="Liberation Serif"/>
      </w:rPr>
      <w:start w:val="1"/>
      <w:suff w:val="tab"/>
    </w:lvl>
    <w:lvl w:ilvl="4">
      <w:isLgl w:val="false"/>
      <w:lvlJc w:val="left"/>
      <w:lvlText w:val="%5."/>
      <w:numFmt w:val="lowerLetter"/>
      <w:pPr>
        <w:pBdr/>
        <w:tabs>
          <w:tab w:val="num" w:leader="none" w:pos="3600"/>
        </w:tabs>
        <w:spacing/>
        <w:ind w:hanging="360" w:left="3600"/>
      </w:pPr>
      <w:rPr>
        <w:rFonts w:cs="Liberation Serif" w:ascii="Liberation Serif" w:hAnsi="Liberation Serif" w:eastAsia="Liberation Serif"/>
      </w:rPr>
      <w:start w:val="1"/>
      <w:suff w:val="tab"/>
    </w:lvl>
    <w:lvl w:ilvl="5">
      <w:isLgl w:val="false"/>
      <w:lvlJc w:val="right"/>
      <w:lvlText w:val="%6."/>
      <w:numFmt w:val="lowerRoman"/>
      <w:pPr>
        <w:pBdr/>
        <w:tabs>
          <w:tab w:val="num" w:leader="none" w:pos="4320"/>
        </w:tabs>
        <w:spacing/>
        <w:ind w:hanging="180" w:left="4320"/>
      </w:pPr>
      <w:rPr>
        <w:rFonts w:cs="Liberation Serif" w:ascii="Liberation Serif" w:hAnsi="Liberation Serif" w:eastAsia="Liberation Serif"/>
      </w:rPr>
      <w:start w:val="1"/>
      <w:suff w:val="tab"/>
    </w:lvl>
    <w:lvl w:ilvl="6">
      <w:isLgl w:val="false"/>
      <w:lvlJc w:val="left"/>
      <w:lvlText w:val="%7."/>
      <w:numFmt w:val="decimal"/>
      <w:pPr>
        <w:pBdr/>
        <w:tabs>
          <w:tab w:val="num" w:leader="none" w:pos="5040"/>
        </w:tabs>
        <w:spacing/>
        <w:ind w:hanging="360" w:left="5040"/>
      </w:pPr>
      <w:rPr>
        <w:rFonts w:cs="Liberation Serif" w:ascii="Liberation Serif" w:hAnsi="Liberation Serif" w:eastAsia="Liberation Serif"/>
      </w:rPr>
      <w:start w:val="1"/>
      <w:suff w:val="tab"/>
    </w:lvl>
    <w:lvl w:ilvl="7">
      <w:isLgl w:val="false"/>
      <w:lvlJc w:val="left"/>
      <w:lvlText w:val="%8."/>
      <w:numFmt w:val="lowerLetter"/>
      <w:pPr>
        <w:pBdr/>
        <w:tabs>
          <w:tab w:val="num" w:leader="none" w:pos="5760"/>
        </w:tabs>
        <w:spacing/>
        <w:ind w:hanging="360" w:left="5760"/>
      </w:pPr>
      <w:rPr>
        <w:rFonts w:cs="Liberation Serif" w:ascii="Liberation Serif" w:hAnsi="Liberation Serif" w:eastAsia="Liberation Serif"/>
      </w:rPr>
      <w:start w:val="1"/>
      <w:suff w:val="tab"/>
    </w:lvl>
    <w:lvl w:ilvl="8">
      <w:isLgl w:val="false"/>
      <w:lvlJc w:val="right"/>
      <w:lvlText w:val="%9."/>
      <w:numFmt w:val="lowerRoman"/>
      <w:pPr>
        <w:pBdr/>
        <w:tabs>
          <w:tab w:val="num" w:leader="none" w:pos="6480"/>
        </w:tabs>
        <w:spacing/>
        <w:ind w:hanging="180" w:left="6480"/>
      </w:pPr>
      <w:rPr>
        <w:rFonts w:cs="Liberation Serif" w:ascii="Liberation Serif" w:hAnsi="Liberation Serif" w:eastAsia="Liberation Serif"/>
      </w:rPr>
      <w:start w:val="1"/>
      <w:suff w:val="tab"/>
    </w:lvl>
  </w:abstractNum>
  <w:abstractNum w:abstractNumId="22">
    <w:nsid w:val="52CA544A"/>
    <w:lvl w:ilvl="0">
      <w:isLgl w:val="false"/>
      <w:lvlJc w:val="left"/>
      <w:lvlText w:val="[%1]"/>
      <w:numFmt w:val="decimal"/>
      <w:pPr>
        <w:pBdr/>
        <w:tabs>
          <w:tab w:val="num" w:leader="none" w:pos="360"/>
        </w:tabs>
        <w:spacing/>
        <w:ind w:hanging="360" w:left="360"/>
      </w:pPr>
      <w:pStyle w:val="1369"/>
      <w:rPr>
        <w:rFonts w:ascii="Liberation Serif" w:hAnsi="Liberation Serif" w:cs="Liberation Serif" w:eastAsia="Liberation Serif"/>
        <w:b w:val="0"/>
        <w:bCs w:val="0"/>
        <w:i w:val="0"/>
        <w:iCs w:val="0"/>
        <w:sz w:val="16"/>
        <w:szCs w:val="16"/>
      </w:rPr>
      <w:start w:val="1"/>
      <w:suff w:val="tab"/>
    </w:lvl>
    <w:lvl w:ilvl="1">
      <w:isLgl w:val="false"/>
      <w:lvlJc w:val="left"/>
      <w:lvlText w:val=""/>
      <w:numFmt w:val="bullet"/>
      <w:pPr>
        <w:pBdr/>
        <w:spacing/>
        <w:ind/>
      </w:pPr>
      <w:rPr>
        <w:rFonts w:ascii="Liberation Serif" w:hAnsi="Liberation Serif" w:eastAsia="Liberation Serif" w:cs="Liberation Serif"/>
      </w:rPr>
      <w:start w:val="0"/>
      <w:suff w:val="tab"/>
    </w:lvl>
    <w:lvl w:ilvl="2">
      <w:isLgl w:val="false"/>
      <w:lvlJc w:val="left"/>
      <w:lvlText w:val=""/>
      <w:numFmt w:val="bullet"/>
      <w:pPr>
        <w:pBdr/>
        <w:spacing/>
        <w:ind/>
      </w:pPr>
      <w:rPr>
        <w:rFonts w:ascii="Liberation Serif" w:hAnsi="Liberation Serif" w:eastAsia="Liberation Serif" w:cs="Liberation Serif"/>
      </w:rPr>
      <w:start w:val="0"/>
      <w:suff w:val="tab"/>
    </w:lvl>
    <w:lvl w:ilvl="3">
      <w:isLgl w:val="false"/>
      <w:lvlJc w:val="left"/>
      <w:lvlText w:val=""/>
      <w:numFmt w:val="bullet"/>
      <w:pPr>
        <w:pBdr/>
        <w:spacing/>
        <w:ind/>
      </w:pPr>
      <w:rPr>
        <w:rFonts w:ascii="Liberation Serif" w:hAnsi="Liberation Serif" w:eastAsia="Liberation Serif" w:cs="Liberation Serif"/>
      </w:rPr>
      <w:start w:val="0"/>
      <w:suff w:val="tab"/>
    </w:lvl>
    <w:lvl w:ilvl="4">
      <w:isLgl w:val="false"/>
      <w:lvlJc w:val="left"/>
      <w:lvlText w:val=""/>
      <w:numFmt w:val="bullet"/>
      <w:pPr>
        <w:pBdr/>
        <w:spacing/>
        <w:ind/>
      </w:pPr>
      <w:rPr>
        <w:rFonts w:ascii="Liberation Serif" w:hAnsi="Liberation Serif" w:eastAsia="Liberation Serif" w:cs="Liberation Serif"/>
      </w:rPr>
      <w:start w:val="0"/>
      <w:suff w:val="tab"/>
    </w:lvl>
    <w:lvl w:ilvl="5">
      <w:isLgl w:val="false"/>
      <w:lvlJc w:val="left"/>
      <w:lvlText w:val=""/>
      <w:numFmt w:val="bullet"/>
      <w:pPr>
        <w:pBdr/>
        <w:spacing/>
        <w:ind/>
      </w:pPr>
      <w:rPr>
        <w:rFonts w:ascii="Liberation Serif" w:hAnsi="Liberation Serif" w:eastAsia="Liberation Serif" w:cs="Liberation Serif"/>
      </w:rPr>
      <w:start w:val="0"/>
      <w:suff w:val="tab"/>
    </w:lvl>
    <w:lvl w:ilvl="6">
      <w:isLgl w:val="false"/>
      <w:lvlJc w:val="left"/>
      <w:lvlText w:val=""/>
      <w:numFmt w:val="bullet"/>
      <w:pPr>
        <w:pBdr/>
        <w:spacing/>
        <w:ind/>
      </w:pPr>
      <w:rPr>
        <w:rFonts w:ascii="Liberation Serif" w:hAnsi="Liberation Serif" w:eastAsia="Liberation Serif" w:cs="Liberation Serif"/>
      </w:rPr>
      <w:start w:val="0"/>
      <w:suff w:val="tab"/>
    </w:lvl>
    <w:lvl w:ilvl="7">
      <w:isLgl w:val="false"/>
      <w:lvlJc w:val="left"/>
      <w:lvlText w:val=""/>
      <w:numFmt w:val="bullet"/>
      <w:pPr>
        <w:pBdr/>
        <w:spacing/>
        <w:ind/>
      </w:pPr>
      <w:rPr>
        <w:rFonts w:ascii="Liberation Serif" w:hAnsi="Liberation Serif" w:eastAsia="Liberation Serif" w:cs="Liberation Serif"/>
      </w:rPr>
      <w:start w:val="0"/>
      <w:suff w:val="tab"/>
    </w:lvl>
    <w:lvl w:ilvl="8">
      <w:isLgl w:val="false"/>
      <w:lvlJc w:val="left"/>
      <w:lvlText w:val=""/>
      <w:numFmt w:val="bullet"/>
      <w:pPr>
        <w:pBdr/>
        <w:spacing/>
        <w:ind/>
      </w:pPr>
      <w:rPr>
        <w:rFonts w:ascii="Liberation Serif" w:hAnsi="Liberation Serif" w:eastAsia="Liberation Serif" w:cs="Liberation Serif"/>
      </w:rPr>
      <w:start w:val="0"/>
      <w:suff w:val="tab"/>
    </w:lvl>
  </w:abstractNum>
  <w:abstractNum w:abstractNumId="23">
    <w:nsid w:val="5BEA6033"/>
    <w:lvl w:ilvl="0">
      <w:isLgl w:val="false"/>
      <w:lvlJc w:val="left"/>
      <w:lvlText w:val="%1."/>
      <w:numFmt w:val="decimal"/>
      <w:pPr>
        <w:pBdr/>
        <w:spacing/>
        <w:ind w:hanging="360" w:left="1170"/>
      </w:pPr>
      <w:rPr>
        <w:rFonts w:cs="Liberation Serif" w:ascii="Liberation Serif" w:hAnsi="Liberation Serif" w:eastAsia="Liberation Serif"/>
        <w:sz w:val="28"/>
      </w:rPr>
      <w:start w:val="1"/>
      <w:suff w:val="tab"/>
    </w:lvl>
    <w:lvl w:ilvl="1">
      <w:isLgl w:val="false"/>
      <w:lvlJc w:val="left"/>
      <w:lvlText w:val="%1.%2."/>
      <w:numFmt w:val="decimal"/>
      <w:pPr>
        <w:pBdr/>
        <w:spacing/>
        <w:ind w:hanging="360" w:left="5747"/>
      </w:pPr>
      <w:rPr>
        <w:rFonts w:cs="Liberation Serif" w:ascii="Liberation Serif" w:hAnsi="Liberation Serif" w:eastAsia="Liberation Serif"/>
      </w:rPr>
      <w:start w:val="1"/>
      <w:suff w:val="tab"/>
    </w:lvl>
    <w:lvl w:ilvl="2">
      <w:isLgl w:val="false"/>
      <w:lvlJc w:val="left"/>
      <w:lvlText w:val="%1.%2.%3."/>
      <w:numFmt w:val="decimal"/>
      <w:pPr>
        <w:pBdr/>
        <w:spacing/>
        <w:ind w:hanging="720" w:left="1530"/>
      </w:pPr>
      <w:rPr>
        <w:rFonts w:cs="Liberation Serif" w:ascii="Liberation Serif" w:hAnsi="Liberation Serif" w:eastAsia="Liberation Serif"/>
      </w:rPr>
      <w:start w:val="1"/>
      <w:suff w:val="tab"/>
    </w:lvl>
    <w:lvl w:ilvl="3">
      <w:isLgl w:val="false"/>
      <w:lvlJc w:val="left"/>
      <w:lvlText w:val="%1.%2.%3.%4."/>
      <w:numFmt w:val="decimal"/>
      <w:pPr>
        <w:pBdr/>
        <w:spacing/>
        <w:ind w:hanging="720" w:left="1530"/>
      </w:pPr>
      <w:rPr>
        <w:rFonts w:cs="Liberation Serif" w:ascii="Liberation Serif" w:hAnsi="Liberation Serif" w:eastAsia="Liberation Serif"/>
      </w:rPr>
      <w:start w:val="1"/>
      <w:suff w:val="tab"/>
    </w:lvl>
    <w:lvl w:ilvl="4">
      <w:isLgl w:val="false"/>
      <w:lvlJc w:val="left"/>
      <w:lvlText w:val="%1.%2.%3.%4.%5."/>
      <w:numFmt w:val="decimal"/>
      <w:pPr>
        <w:pBdr/>
        <w:spacing/>
        <w:ind w:hanging="1080" w:left="1890"/>
      </w:pPr>
      <w:rPr>
        <w:rFonts w:cs="Liberation Serif" w:ascii="Liberation Serif" w:hAnsi="Liberation Serif" w:eastAsia="Liberation Serif"/>
      </w:rPr>
      <w:start w:val="1"/>
      <w:suff w:val="tab"/>
    </w:lvl>
    <w:lvl w:ilvl="5">
      <w:isLgl w:val="false"/>
      <w:lvlJc w:val="left"/>
      <w:lvlText w:val="%1.%2.%3.%4.%5.%6."/>
      <w:numFmt w:val="decimal"/>
      <w:pPr>
        <w:pBdr/>
        <w:spacing/>
        <w:ind w:hanging="1080" w:left="1890"/>
      </w:pPr>
      <w:rPr>
        <w:rFonts w:cs="Liberation Serif" w:ascii="Liberation Serif" w:hAnsi="Liberation Serif" w:eastAsia="Liberation Serif"/>
      </w:rPr>
      <w:start w:val="1"/>
      <w:suff w:val="tab"/>
    </w:lvl>
    <w:lvl w:ilvl="6">
      <w:isLgl w:val="false"/>
      <w:lvlJc w:val="left"/>
      <w:lvlText w:val="%1.%2.%3.%4.%5.%6.%7."/>
      <w:numFmt w:val="decimal"/>
      <w:pPr>
        <w:pBdr/>
        <w:spacing/>
        <w:ind w:hanging="1440" w:left="2250"/>
      </w:pPr>
      <w:rPr>
        <w:rFonts w:cs="Liberation Serif" w:ascii="Liberation Serif" w:hAnsi="Liberation Serif" w:eastAsia="Liberation Serif"/>
      </w:rPr>
      <w:start w:val="1"/>
      <w:suff w:val="tab"/>
    </w:lvl>
    <w:lvl w:ilvl="7">
      <w:isLgl w:val="false"/>
      <w:lvlJc w:val="left"/>
      <w:lvlText w:val="%1.%2.%3.%4.%5.%6.%7.%8."/>
      <w:numFmt w:val="decimal"/>
      <w:pPr>
        <w:pBdr/>
        <w:spacing/>
        <w:ind w:hanging="1440" w:left="2250"/>
      </w:pPr>
      <w:rPr>
        <w:rFonts w:cs="Liberation Serif" w:ascii="Liberation Serif" w:hAnsi="Liberation Serif" w:eastAsia="Liberation Serif"/>
      </w:rPr>
      <w:start w:val="1"/>
      <w:suff w:val="tab"/>
    </w:lvl>
    <w:lvl w:ilvl="8">
      <w:isLgl w:val="false"/>
      <w:lvlJc w:val="left"/>
      <w:lvlText w:val="%1.%2.%3.%4.%5.%6.%7.%8.%9."/>
      <w:numFmt w:val="decimal"/>
      <w:pPr>
        <w:pBdr/>
        <w:spacing/>
        <w:ind w:hanging="1800" w:left="2610"/>
      </w:pPr>
      <w:rPr>
        <w:rFonts w:cs="Liberation Serif" w:ascii="Liberation Serif" w:hAnsi="Liberation Serif" w:eastAsia="Liberation Serif"/>
      </w:rPr>
      <w:start w:val="1"/>
      <w:suff w:val="tab"/>
    </w:lvl>
  </w:abstractNum>
  <w:abstractNum w:abstractNumId="24">
    <w:nsid w:val="6AF21515"/>
    <w:lvl w:ilvl="0">
      <w:isLgl w:val="false"/>
      <w:lvlJc w:val="left"/>
      <w:lvlText w:val=""/>
      <w:numFmt w:val="bullet"/>
      <w:pPr>
        <w:pBdr/>
        <w:tabs>
          <w:tab w:val="num" w:leader="none" w:pos="360"/>
        </w:tabs>
        <w:spacing/>
        <w:ind w:hanging="360" w:left="360"/>
      </w:pPr>
      <w:pStyle w:val="1291"/>
      <w:rPr>
        <w:rFonts w:ascii="Liberation Serif" w:hAnsi="Liberation Serif" w:eastAsia="Liberation Serif" w:cs="Liberation Serif"/>
      </w:rPr>
      <w:start w:val="1"/>
      <w:suff w:val="tab"/>
    </w:lvl>
    <w:lvl w:ilvl="1">
      <w:isLgl w:val="false"/>
      <w:lvlJc w:val="left"/>
      <w:lvlText w:val=""/>
      <w:numFmt w:val="bullet"/>
      <w:pPr>
        <w:pBdr/>
        <w:spacing/>
        <w:ind/>
      </w:pPr>
      <w:rPr>
        <w:rFonts w:ascii="Liberation Serif" w:hAnsi="Liberation Serif" w:eastAsia="Liberation Serif" w:cs="Liberation Serif"/>
      </w:rPr>
      <w:start w:val="0"/>
      <w:suff w:val="tab"/>
    </w:lvl>
    <w:lvl w:ilvl="2">
      <w:isLgl w:val="false"/>
      <w:lvlJc w:val="left"/>
      <w:lvlText w:val=""/>
      <w:numFmt w:val="bullet"/>
      <w:pPr>
        <w:pBdr/>
        <w:spacing/>
        <w:ind/>
      </w:pPr>
      <w:rPr>
        <w:rFonts w:ascii="Liberation Serif" w:hAnsi="Liberation Serif" w:eastAsia="Liberation Serif" w:cs="Liberation Serif"/>
      </w:rPr>
      <w:start w:val="0"/>
      <w:suff w:val="tab"/>
    </w:lvl>
    <w:lvl w:ilvl="3">
      <w:isLgl w:val="false"/>
      <w:lvlJc w:val="left"/>
      <w:lvlText w:val=""/>
      <w:numFmt w:val="bullet"/>
      <w:pPr>
        <w:pBdr/>
        <w:spacing/>
        <w:ind/>
      </w:pPr>
      <w:rPr>
        <w:rFonts w:ascii="Liberation Serif" w:hAnsi="Liberation Serif" w:eastAsia="Liberation Serif" w:cs="Liberation Serif"/>
      </w:rPr>
      <w:start w:val="0"/>
      <w:suff w:val="tab"/>
    </w:lvl>
    <w:lvl w:ilvl="4">
      <w:isLgl w:val="false"/>
      <w:lvlJc w:val="left"/>
      <w:lvlText w:val=""/>
      <w:numFmt w:val="bullet"/>
      <w:pPr>
        <w:pBdr/>
        <w:spacing/>
        <w:ind/>
      </w:pPr>
      <w:rPr>
        <w:rFonts w:ascii="Liberation Serif" w:hAnsi="Liberation Serif" w:eastAsia="Liberation Serif" w:cs="Liberation Serif"/>
      </w:rPr>
      <w:start w:val="0"/>
      <w:suff w:val="tab"/>
    </w:lvl>
    <w:lvl w:ilvl="5">
      <w:isLgl w:val="false"/>
      <w:lvlJc w:val="left"/>
      <w:lvlText w:val=""/>
      <w:numFmt w:val="bullet"/>
      <w:pPr>
        <w:pBdr/>
        <w:spacing/>
        <w:ind/>
      </w:pPr>
      <w:rPr>
        <w:rFonts w:ascii="Liberation Serif" w:hAnsi="Liberation Serif" w:eastAsia="Liberation Serif" w:cs="Liberation Serif"/>
      </w:rPr>
      <w:start w:val="0"/>
      <w:suff w:val="tab"/>
    </w:lvl>
    <w:lvl w:ilvl="6">
      <w:isLgl w:val="false"/>
      <w:lvlJc w:val="left"/>
      <w:lvlText w:val=""/>
      <w:numFmt w:val="bullet"/>
      <w:pPr>
        <w:pBdr/>
        <w:spacing/>
        <w:ind/>
      </w:pPr>
      <w:rPr>
        <w:rFonts w:ascii="Liberation Serif" w:hAnsi="Liberation Serif" w:eastAsia="Liberation Serif" w:cs="Liberation Serif"/>
      </w:rPr>
      <w:start w:val="0"/>
      <w:suff w:val="tab"/>
    </w:lvl>
    <w:lvl w:ilvl="7">
      <w:isLgl w:val="false"/>
      <w:lvlJc w:val="left"/>
      <w:lvlText w:val=""/>
      <w:numFmt w:val="bullet"/>
      <w:pPr>
        <w:pBdr/>
        <w:spacing/>
        <w:ind/>
      </w:pPr>
      <w:rPr>
        <w:rFonts w:ascii="Liberation Serif" w:hAnsi="Liberation Serif" w:eastAsia="Liberation Serif" w:cs="Liberation Serif"/>
      </w:rPr>
      <w:start w:val="0"/>
      <w:suff w:val="tab"/>
    </w:lvl>
    <w:lvl w:ilvl="8">
      <w:isLgl w:val="false"/>
      <w:lvlJc w:val="left"/>
      <w:lvlText w:val=""/>
      <w:numFmt w:val="bullet"/>
      <w:pPr>
        <w:pBdr/>
        <w:spacing/>
        <w:ind/>
      </w:pPr>
      <w:rPr>
        <w:rFonts w:ascii="Liberation Serif" w:hAnsi="Liberation Serif" w:eastAsia="Liberation Serif" w:cs="Liberation Serif"/>
      </w:rPr>
      <w:start w:val="0"/>
      <w:suff w:val="tab"/>
    </w:lvl>
  </w:abstractNum>
  <w:abstractNum w:abstractNumId="25">
    <w:nsid w:val="6C402C58"/>
    <w:lvl w:ilvl="0">
      <w:isLgl w:val="false"/>
      <w:lvlJc w:val="left"/>
      <w:lvlText w:val="Figure %1. "/>
      <w:numFmt w:val="decimal"/>
      <w:pPr>
        <w:pBdr/>
        <w:tabs>
          <w:tab w:val="num" w:leader="none" w:pos="720"/>
        </w:tabs>
        <w:spacing/>
        <w:ind/>
      </w:pPr>
      <w:pStyle w:val="1365"/>
      <w:rPr>
        <w:rFonts w:ascii="Liberation Serif" w:hAnsi="Liberation Serif" w:cs="Liberation Serif" w:eastAsia="Liberation Serif"/>
        <w:b w:val="0"/>
        <w:bCs w:val="0"/>
        <w:i w:val="0"/>
        <w:iCs w:val="0"/>
        <w:color w:val="000000"/>
        <w:sz w:val="16"/>
        <w:szCs w:val="16"/>
      </w:rPr>
      <w:start w:val="1"/>
      <w:suff w:val="tab"/>
    </w:lvl>
    <w:lvl w:ilvl="1">
      <w:isLgl w:val="false"/>
      <w:lvlJc w:val="left"/>
      <w:lvlText w:val="%2."/>
      <w:numFmt w:val="lowerLetter"/>
      <w:pPr>
        <w:pBdr/>
        <w:tabs>
          <w:tab w:val="num" w:leader="none" w:pos="1440"/>
        </w:tabs>
        <w:spacing/>
        <w:ind w:hanging="360" w:left="1440"/>
      </w:pPr>
      <w:rPr>
        <w:rFonts w:ascii="Liberation Serif" w:hAnsi="Liberation Serif" w:eastAsia="Liberation Serif" w:cs="Liberation Serif"/>
      </w:rPr>
      <w:start w:val="1"/>
      <w:suff w:val="tab"/>
    </w:lvl>
    <w:lvl w:ilvl="2">
      <w:isLgl w:val="false"/>
      <w:lvlJc w:val="right"/>
      <w:lvlText w:val="%3."/>
      <w:numFmt w:val="lowerRoman"/>
      <w:pPr>
        <w:pBdr/>
        <w:tabs>
          <w:tab w:val="num" w:leader="none" w:pos="2160"/>
        </w:tabs>
        <w:spacing/>
        <w:ind w:hanging="180" w:left="2160"/>
      </w:pPr>
      <w:rPr>
        <w:rFonts w:ascii="Liberation Serif" w:hAnsi="Liberation Serif" w:eastAsia="Liberation Serif" w:cs="Liberation Serif"/>
      </w:rPr>
      <w:start w:val="1"/>
      <w:suff w:val="tab"/>
    </w:lvl>
    <w:lvl w:ilvl="3">
      <w:isLgl w:val="false"/>
      <w:lvlJc w:val="left"/>
      <w:lvlText w:val="%4."/>
      <w:numFmt w:val="decimal"/>
      <w:pPr>
        <w:pBdr/>
        <w:tabs>
          <w:tab w:val="num" w:leader="none" w:pos="2880"/>
        </w:tabs>
        <w:spacing/>
        <w:ind w:hanging="360" w:left="2880"/>
      </w:pPr>
      <w:rPr>
        <w:rFonts w:ascii="Liberation Serif" w:hAnsi="Liberation Serif" w:eastAsia="Liberation Serif" w:cs="Liberation Serif"/>
      </w:rPr>
      <w:start w:val="1"/>
      <w:suff w:val="tab"/>
    </w:lvl>
    <w:lvl w:ilvl="4">
      <w:isLgl w:val="false"/>
      <w:lvlJc w:val="left"/>
      <w:lvlText w:val="%5."/>
      <w:numFmt w:val="lowerLetter"/>
      <w:pPr>
        <w:pBdr/>
        <w:tabs>
          <w:tab w:val="num" w:leader="none" w:pos="3600"/>
        </w:tabs>
        <w:spacing/>
        <w:ind w:hanging="360" w:left="3600"/>
      </w:pPr>
      <w:rPr>
        <w:rFonts w:ascii="Liberation Serif" w:hAnsi="Liberation Serif" w:eastAsia="Liberation Serif" w:cs="Liberation Serif"/>
      </w:rPr>
      <w:start w:val="1"/>
      <w:suff w:val="tab"/>
    </w:lvl>
    <w:lvl w:ilvl="5">
      <w:isLgl w:val="false"/>
      <w:lvlJc w:val="right"/>
      <w:lvlText w:val="%6."/>
      <w:numFmt w:val="lowerRoman"/>
      <w:pPr>
        <w:pBdr/>
        <w:tabs>
          <w:tab w:val="num" w:leader="none" w:pos="4320"/>
        </w:tabs>
        <w:spacing/>
        <w:ind w:hanging="180" w:left="4320"/>
      </w:pPr>
      <w:rPr>
        <w:rFonts w:ascii="Liberation Serif" w:hAnsi="Liberation Serif" w:eastAsia="Liberation Serif" w:cs="Liberation Serif"/>
      </w:rPr>
      <w:start w:val="1"/>
      <w:suff w:val="tab"/>
    </w:lvl>
    <w:lvl w:ilvl="6">
      <w:isLgl w:val="false"/>
      <w:lvlJc w:val="left"/>
      <w:lvlText w:val="%7."/>
      <w:numFmt w:val="decimal"/>
      <w:pPr>
        <w:pBdr/>
        <w:tabs>
          <w:tab w:val="num" w:leader="none" w:pos="5040"/>
        </w:tabs>
        <w:spacing/>
        <w:ind w:hanging="360" w:left="5040"/>
      </w:pPr>
      <w:rPr>
        <w:rFonts w:ascii="Liberation Serif" w:hAnsi="Liberation Serif" w:eastAsia="Liberation Serif" w:cs="Liberation Serif"/>
      </w:rPr>
      <w:start w:val="1"/>
      <w:suff w:val="tab"/>
    </w:lvl>
    <w:lvl w:ilvl="7">
      <w:isLgl w:val="false"/>
      <w:lvlJc w:val="left"/>
      <w:lvlText w:val="%8."/>
      <w:numFmt w:val="lowerLetter"/>
      <w:pPr>
        <w:pBdr/>
        <w:tabs>
          <w:tab w:val="num" w:leader="none" w:pos="5760"/>
        </w:tabs>
        <w:spacing/>
        <w:ind w:hanging="360" w:left="5760"/>
      </w:pPr>
      <w:rPr>
        <w:rFonts w:ascii="Liberation Serif" w:hAnsi="Liberation Serif" w:eastAsia="Liberation Serif" w:cs="Liberation Serif"/>
      </w:rPr>
      <w:start w:val="1"/>
      <w:suff w:val="tab"/>
    </w:lvl>
    <w:lvl w:ilvl="8">
      <w:isLgl w:val="false"/>
      <w:lvlJc w:val="right"/>
      <w:lvlText w:val="%9."/>
      <w:numFmt w:val="lowerRoman"/>
      <w:pPr>
        <w:pBdr/>
        <w:tabs>
          <w:tab w:val="num" w:leader="none" w:pos="6480"/>
        </w:tabs>
        <w:spacing/>
        <w:ind w:hanging="180" w:left="6480"/>
      </w:pPr>
      <w:rPr>
        <w:rFonts w:ascii="Liberation Serif" w:hAnsi="Liberation Serif" w:eastAsia="Liberation Serif" w:cs="Liberation Serif"/>
      </w:rPr>
      <w:start w:val="1"/>
      <w:suff w:val="tab"/>
    </w:lvl>
  </w:abstractNum>
  <w:abstractNum w:abstractNumId="26">
    <w:nsid w:val="6CD32DA8"/>
    <w:lvl w:ilvl="0">
      <w:isLgl w:val="false"/>
      <w:lvlJc w:val="left"/>
      <w:lvlText w:val="TABLE %1. "/>
      <w:numFmt w:val="upperRoman"/>
      <w:pPr>
        <w:pBdr/>
        <w:tabs>
          <w:tab w:val="num" w:leader="none" w:pos="1080"/>
        </w:tabs>
        <w:spacing/>
        <w:ind/>
      </w:pPr>
      <w:pStyle w:val="1375"/>
      <w:rPr>
        <w:rFonts w:ascii="Liberation Serif" w:hAnsi="Liberation Serif" w:cs="Liberation Serif" w:eastAsia="Liberation Serif"/>
        <w:b w:val="0"/>
        <w:bCs w:val="0"/>
        <w:i w:val="0"/>
        <w:iCs w:val="0"/>
        <w:sz w:val="16"/>
        <w:szCs w:val="16"/>
      </w:rPr>
      <w:start w:val="1"/>
      <w:suff w:val="tab"/>
    </w:lvl>
    <w:lvl w:ilvl="1">
      <w:isLgl w:val="false"/>
      <w:lvlJc w:val="left"/>
      <w:lvlText w:val=""/>
      <w:numFmt w:val="bullet"/>
      <w:pPr>
        <w:pBdr/>
        <w:spacing/>
        <w:ind/>
      </w:pPr>
      <w:rPr>
        <w:rFonts w:ascii="Liberation Serif" w:hAnsi="Liberation Serif" w:eastAsia="Liberation Serif" w:cs="Liberation Serif"/>
      </w:rPr>
      <w:start w:val="0"/>
      <w:suff w:val="tab"/>
    </w:lvl>
    <w:lvl w:ilvl="2">
      <w:isLgl w:val="false"/>
      <w:lvlJc w:val="left"/>
      <w:lvlText w:val=""/>
      <w:numFmt w:val="bullet"/>
      <w:pPr>
        <w:pBdr/>
        <w:spacing/>
        <w:ind/>
      </w:pPr>
      <w:rPr>
        <w:rFonts w:ascii="Liberation Serif" w:hAnsi="Liberation Serif" w:eastAsia="Liberation Serif" w:cs="Liberation Serif"/>
      </w:rPr>
      <w:start w:val="0"/>
      <w:suff w:val="tab"/>
    </w:lvl>
    <w:lvl w:ilvl="3">
      <w:isLgl w:val="false"/>
      <w:lvlJc w:val="left"/>
      <w:lvlText w:val=""/>
      <w:numFmt w:val="bullet"/>
      <w:pPr>
        <w:pBdr/>
        <w:spacing/>
        <w:ind/>
      </w:pPr>
      <w:rPr>
        <w:rFonts w:ascii="Liberation Serif" w:hAnsi="Liberation Serif" w:eastAsia="Liberation Serif" w:cs="Liberation Serif"/>
      </w:rPr>
      <w:start w:val="0"/>
      <w:suff w:val="tab"/>
    </w:lvl>
    <w:lvl w:ilvl="4">
      <w:isLgl w:val="false"/>
      <w:lvlJc w:val="left"/>
      <w:lvlText w:val=""/>
      <w:numFmt w:val="bullet"/>
      <w:pPr>
        <w:pBdr/>
        <w:spacing/>
        <w:ind/>
      </w:pPr>
      <w:rPr>
        <w:rFonts w:ascii="Liberation Serif" w:hAnsi="Liberation Serif" w:eastAsia="Liberation Serif" w:cs="Liberation Serif"/>
      </w:rPr>
      <w:start w:val="0"/>
      <w:suff w:val="tab"/>
    </w:lvl>
    <w:lvl w:ilvl="5">
      <w:isLgl w:val="false"/>
      <w:lvlJc w:val="left"/>
      <w:lvlText w:val=""/>
      <w:numFmt w:val="bullet"/>
      <w:pPr>
        <w:pBdr/>
        <w:spacing/>
        <w:ind/>
      </w:pPr>
      <w:rPr>
        <w:rFonts w:ascii="Liberation Serif" w:hAnsi="Liberation Serif" w:eastAsia="Liberation Serif" w:cs="Liberation Serif"/>
      </w:rPr>
      <w:start w:val="0"/>
      <w:suff w:val="tab"/>
    </w:lvl>
    <w:lvl w:ilvl="6">
      <w:isLgl w:val="false"/>
      <w:lvlJc w:val="left"/>
      <w:lvlText w:val=""/>
      <w:numFmt w:val="bullet"/>
      <w:pPr>
        <w:pBdr/>
        <w:spacing/>
        <w:ind/>
      </w:pPr>
      <w:rPr>
        <w:rFonts w:ascii="Liberation Serif" w:hAnsi="Liberation Serif" w:eastAsia="Liberation Serif" w:cs="Liberation Serif"/>
      </w:rPr>
      <w:start w:val="0"/>
      <w:suff w:val="tab"/>
    </w:lvl>
    <w:lvl w:ilvl="7">
      <w:isLgl w:val="false"/>
      <w:lvlJc w:val="left"/>
      <w:lvlText w:val=""/>
      <w:numFmt w:val="bullet"/>
      <w:pPr>
        <w:pBdr/>
        <w:spacing/>
        <w:ind/>
      </w:pPr>
      <w:rPr>
        <w:rFonts w:ascii="Liberation Serif" w:hAnsi="Liberation Serif" w:eastAsia="Liberation Serif" w:cs="Liberation Serif"/>
      </w:rPr>
      <w:start w:val="0"/>
      <w:suff w:val="tab"/>
    </w:lvl>
    <w:lvl w:ilvl="8">
      <w:isLgl w:val="false"/>
      <w:lvlJc w:val="left"/>
      <w:lvlText w:val=""/>
      <w:numFmt w:val="bullet"/>
      <w:pPr>
        <w:pBdr/>
        <w:spacing/>
        <w:ind/>
      </w:pPr>
      <w:rPr>
        <w:rFonts w:ascii="Liberation Serif" w:hAnsi="Liberation Serif" w:eastAsia="Liberation Serif" w:cs="Liberation Serif"/>
      </w:rPr>
      <w:start w:val="0"/>
      <w:suff w:val="tab"/>
    </w:lvl>
  </w:abstractNum>
  <w:abstractNum w:abstractNumId="27">
    <w:nsid w:val="7BB63B13"/>
    <w:lvl w:ilvl="0">
      <w:isLgl w:val="false"/>
      <w:lvlJc w:val="left"/>
      <w:lvlText w:val="%1."/>
      <w:numFmt w:val="decimal"/>
      <w:pPr>
        <w:pBdr/>
        <w:tabs>
          <w:tab w:val="num" w:leader="none" w:pos="720"/>
        </w:tabs>
        <w:spacing/>
        <w:ind w:hanging="360" w:left="720"/>
      </w:pPr>
      <w:rPr>
        <w:rFonts w:ascii="Liberation Serif" w:hAnsi="Liberation Serif" w:eastAsia="Liberation Serif" w:cs="Liberation Serif"/>
      </w:rPr>
      <w:start w:val="1"/>
      <w:suff w:val="tab"/>
    </w:lvl>
    <w:lvl w:ilvl="1">
      <w:isLgl w:val="false"/>
      <w:lvlJc w:val="left"/>
      <w:lvlText w:val="%2."/>
      <w:numFmt w:val="lowerLetter"/>
      <w:pPr>
        <w:pBdr/>
        <w:tabs>
          <w:tab w:val="num" w:leader="none" w:pos="1440"/>
        </w:tabs>
        <w:spacing/>
        <w:ind w:hanging="360" w:left="1440"/>
      </w:pPr>
      <w:rPr>
        <w:rFonts w:ascii="Liberation Serif" w:hAnsi="Liberation Serif" w:eastAsia="Liberation Serif" w:cs="Liberation Serif"/>
      </w:rPr>
      <w:start w:val="1"/>
      <w:suff w:val="tab"/>
    </w:lvl>
    <w:lvl w:ilvl="2">
      <w:isLgl w:val="false"/>
      <w:lvlJc w:val="right"/>
      <w:lvlText w:val="%3."/>
      <w:numFmt w:val="lowerRoman"/>
      <w:pPr>
        <w:pBdr/>
        <w:tabs>
          <w:tab w:val="num" w:leader="none" w:pos="2160"/>
        </w:tabs>
        <w:spacing/>
        <w:ind w:hanging="180" w:left="2160"/>
      </w:pPr>
      <w:rPr>
        <w:rFonts w:ascii="Liberation Serif" w:hAnsi="Liberation Serif" w:eastAsia="Liberation Serif" w:cs="Liberation Serif"/>
      </w:rPr>
      <w:start w:val="1"/>
      <w:suff w:val="tab"/>
    </w:lvl>
    <w:lvl w:ilvl="3">
      <w:isLgl w:val="false"/>
      <w:lvlJc w:val="left"/>
      <w:lvlText w:val="%4."/>
      <w:numFmt w:val="decimal"/>
      <w:pPr>
        <w:pBdr/>
        <w:tabs>
          <w:tab w:val="num" w:leader="none" w:pos="2880"/>
        </w:tabs>
        <w:spacing/>
        <w:ind w:hanging="360" w:left="2880"/>
      </w:pPr>
      <w:rPr>
        <w:rFonts w:ascii="Liberation Serif" w:hAnsi="Liberation Serif" w:eastAsia="Liberation Serif" w:cs="Liberation Serif"/>
      </w:rPr>
      <w:start w:val="1"/>
      <w:suff w:val="tab"/>
    </w:lvl>
    <w:lvl w:ilvl="4">
      <w:isLgl w:val="false"/>
      <w:lvlJc w:val="left"/>
      <w:lvlText w:val="%5."/>
      <w:numFmt w:val="lowerLetter"/>
      <w:pPr>
        <w:pBdr/>
        <w:tabs>
          <w:tab w:val="num" w:leader="none" w:pos="3600"/>
        </w:tabs>
        <w:spacing/>
        <w:ind w:hanging="360" w:left="3600"/>
      </w:pPr>
      <w:rPr>
        <w:rFonts w:ascii="Liberation Serif" w:hAnsi="Liberation Serif" w:eastAsia="Liberation Serif" w:cs="Liberation Serif"/>
      </w:rPr>
      <w:start w:val="1"/>
      <w:suff w:val="tab"/>
    </w:lvl>
    <w:lvl w:ilvl="5">
      <w:isLgl w:val="false"/>
      <w:lvlJc w:val="right"/>
      <w:lvlText w:val="%6."/>
      <w:numFmt w:val="lowerRoman"/>
      <w:pPr>
        <w:pBdr/>
        <w:tabs>
          <w:tab w:val="num" w:leader="none" w:pos="4320"/>
        </w:tabs>
        <w:spacing/>
        <w:ind w:hanging="180" w:left="4320"/>
      </w:pPr>
      <w:rPr>
        <w:rFonts w:ascii="Liberation Serif" w:hAnsi="Liberation Serif" w:eastAsia="Liberation Serif" w:cs="Liberation Serif"/>
      </w:rPr>
      <w:start w:val="1"/>
      <w:suff w:val="tab"/>
    </w:lvl>
    <w:lvl w:ilvl="6">
      <w:isLgl w:val="false"/>
      <w:lvlJc w:val="left"/>
      <w:lvlText w:val="%7."/>
      <w:numFmt w:val="decimal"/>
      <w:pPr>
        <w:pBdr/>
        <w:tabs>
          <w:tab w:val="num" w:leader="none" w:pos="5040"/>
        </w:tabs>
        <w:spacing/>
        <w:ind w:hanging="360" w:left="5040"/>
      </w:pPr>
      <w:rPr>
        <w:rFonts w:ascii="Liberation Serif" w:hAnsi="Liberation Serif" w:eastAsia="Liberation Serif" w:cs="Liberation Serif"/>
      </w:rPr>
      <w:start w:val="1"/>
      <w:suff w:val="tab"/>
    </w:lvl>
    <w:lvl w:ilvl="7">
      <w:isLgl w:val="false"/>
      <w:lvlJc w:val="left"/>
      <w:lvlText w:val="%8."/>
      <w:numFmt w:val="lowerLetter"/>
      <w:pPr>
        <w:pBdr/>
        <w:tabs>
          <w:tab w:val="num" w:leader="none" w:pos="5760"/>
        </w:tabs>
        <w:spacing/>
        <w:ind w:hanging="360" w:left="5760"/>
      </w:pPr>
      <w:rPr>
        <w:rFonts w:ascii="Liberation Serif" w:hAnsi="Liberation Serif" w:eastAsia="Liberation Serif" w:cs="Liberation Serif"/>
      </w:rPr>
      <w:start w:val="1"/>
      <w:suff w:val="tab"/>
    </w:lvl>
    <w:lvl w:ilvl="8">
      <w:isLgl w:val="false"/>
      <w:lvlJc w:val="right"/>
      <w:lvlText w:val="%9."/>
      <w:numFmt w:val="lowerRoman"/>
      <w:pPr>
        <w:pBdr/>
        <w:tabs>
          <w:tab w:val="num" w:leader="none" w:pos="6480"/>
        </w:tabs>
        <w:spacing/>
        <w:ind w:hanging="180" w:left="6480"/>
      </w:pPr>
      <w:rPr>
        <w:rFonts w:ascii="Liberation Serif" w:hAnsi="Liberation Serif" w:eastAsia="Liberation Serif" w:cs="Liberation Serif"/>
      </w:rPr>
      <w:start w:val="1"/>
      <w:suff w:val="tab"/>
    </w:lvl>
  </w:abstractNum>
  <w:abstractNum w:abstractNumId="28">
    <w:nsid w:val="24A57D54"/>
    <w:lvl w:ilvl="0">
      <w:isLgl w:val="false"/>
      <w:lvlJc w:val="left"/>
      <w:lvlText w:val="%1."/>
      <w:numFmt w:val="decimal"/>
      <w:pPr>
        <w:pBdr/>
        <w:spacing/>
        <w:ind w:hanging="360" w:left="720"/>
      </w:pPr>
      <w:rPr>
        <w:rFonts w:ascii="Liberation Serif" w:hAnsi="Liberation Serif" w:eastAsia="Liberation Serif" w:cs="Liberation Serif"/>
      </w:rPr>
      <w:start w:val="1"/>
      <w:suff w:val="tab"/>
    </w:lvl>
    <w:lvl w:ilvl="1">
      <w:isLgl w:val="false"/>
      <w:lvlJc w:val="left"/>
      <w:lvlText w:val="%2."/>
      <w:numFmt w:val="lowerLetter"/>
      <w:pPr>
        <w:pBdr/>
        <w:spacing/>
        <w:ind w:hanging="360" w:left="1440"/>
      </w:pPr>
      <w:rPr>
        <w:rFonts w:ascii="Liberation Serif" w:hAnsi="Liberation Serif" w:eastAsia="Liberation Serif" w:cs="Liberation Serif"/>
      </w:rPr>
      <w:start w:val="1"/>
      <w:suff w:val="tab"/>
    </w:lvl>
    <w:lvl w:ilvl="2">
      <w:isLgl w:val="false"/>
      <w:lvlJc w:val="right"/>
      <w:lvlText w:val="%3."/>
      <w:numFmt w:val="lowerRoman"/>
      <w:pPr>
        <w:pBdr/>
        <w:spacing/>
        <w:ind w:hanging="180" w:left="2160"/>
      </w:pPr>
      <w:rPr>
        <w:rFonts w:ascii="Liberation Serif" w:hAnsi="Liberation Serif" w:eastAsia="Liberation Serif" w:cs="Liberation Serif"/>
      </w:rPr>
      <w:start w:val="1"/>
      <w:suff w:val="tab"/>
    </w:lvl>
    <w:lvl w:ilvl="3">
      <w:isLgl w:val="false"/>
      <w:lvlJc w:val="left"/>
      <w:lvlText w:val="%4."/>
      <w:numFmt w:val="decimal"/>
      <w:pPr>
        <w:pBdr/>
        <w:spacing/>
        <w:ind w:hanging="360" w:left="2880"/>
      </w:pPr>
      <w:rPr>
        <w:rFonts w:ascii="Liberation Serif" w:hAnsi="Liberation Serif" w:eastAsia="Liberation Serif" w:cs="Liberation Serif"/>
      </w:rPr>
      <w:start w:val="1"/>
      <w:suff w:val="tab"/>
    </w:lvl>
    <w:lvl w:ilvl="4">
      <w:isLgl w:val="false"/>
      <w:lvlJc w:val="left"/>
      <w:lvlText w:val="%5."/>
      <w:numFmt w:val="lowerLetter"/>
      <w:pPr>
        <w:pBdr/>
        <w:spacing/>
        <w:ind w:hanging="360" w:left="3600"/>
      </w:pPr>
      <w:rPr>
        <w:rFonts w:ascii="Liberation Serif" w:hAnsi="Liberation Serif" w:eastAsia="Liberation Serif" w:cs="Liberation Serif"/>
      </w:rPr>
      <w:start w:val="1"/>
      <w:suff w:val="tab"/>
    </w:lvl>
    <w:lvl w:ilvl="5">
      <w:isLgl w:val="false"/>
      <w:lvlJc w:val="right"/>
      <w:lvlText w:val="%6."/>
      <w:numFmt w:val="lowerRoman"/>
      <w:pPr>
        <w:pBdr/>
        <w:spacing/>
        <w:ind w:hanging="180" w:left="4320"/>
      </w:pPr>
      <w:rPr>
        <w:rFonts w:ascii="Liberation Serif" w:hAnsi="Liberation Serif" w:eastAsia="Liberation Serif" w:cs="Liberation Serif"/>
      </w:rPr>
      <w:start w:val="1"/>
      <w:suff w:val="tab"/>
    </w:lvl>
    <w:lvl w:ilvl="6">
      <w:isLgl w:val="false"/>
      <w:lvlJc w:val="left"/>
      <w:lvlText w:val="%7."/>
      <w:numFmt w:val="decimal"/>
      <w:pPr>
        <w:pBdr/>
        <w:spacing/>
        <w:ind w:hanging="360" w:left="5040"/>
      </w:pPr>
      <w:rPr>
        <w:rFonts w:ascii="Liberation Serif" w:hAnsi="Liberation Serif" w:eastAsia="Liberation Serif" w:cs="Liberation Serif"/>
      </w:rPr>
      <w:start w:val="1"/>
      <w:suff w:val="tab"/>
    </w:lvl>
    <w:lvl w:ilvl="7">
      <w:isLgl w:val="false"/>
      <w:lvlJc w:val="left"/>
      <w:lvlText w:val="%8."/>
      <w:numFmt w:val="lowerLetter"/>
      <w:pPr>
        <w:pBdr/>
        <w:spacing/>
        <w:ind w:hanging="360" w:left="5760"/>
      </w:pPr>
      <w:rPr>
        <w:rFonts w:ascii="Liberation Serif" w:hAnsi="Liberation Serif" w:eastAsia="Liberation Serif" w:cs="Liberation Serif"/>
      </w:rPr>
      <w:start w:val="1"/>
      <w:suff w:val="tab"/>
    </w:lvl>
    <w:lvl w:ilvl="8">
      <w:isLgl w:val="false"/>
      <w:lvlJc w:val="right"/>
      <w:lvlText w:val="%9."/>
      <w:numFmt w:val="lowerRoman"/>
      <w:pPr>
        <w:pBdr/>
        <w:spacing/>
        <w:ind w:hanging="180" w:left="6480"/>
      </w:pPr>
      <w:rPr>
        <w:rFonts w:ascii="Liberation Serif" w:hAnsi="Liberation Serif" w:eastAsia="Liberation Serif" w:cs="Liberation Serif"/>
      </w:rPr>
      <w:start w:val="1"/>
      <w:suff w:val="tab"/>
    </w:lvl>
  </w:abstractNum>
  <w:abstractNum w:abstractNumId="29">
    <w:nsid w:val="29ADFEF3"/>
    <w:lvl w:ilvl="0">
      <w:isLgl w:val="false"/>
      <w:lvlJc w:val="right"/>
      <w:lvlText w:val="%1."/>
      <w:numFmt w:val="decimal"/>
      <w:pPr>
        <w:pBdr/>
        <w:spacing/>
        <w:ind w:hanging="360" w:left="709"/>
      </w:pPr>
      <w:rPr>
        <w:rFonts w:ascii="Liberation Serif" w:hAnsi="Liberation Serif" w:eastAsia="Liberation Serif" w:cs="Liberation Serif"/>
      </w:rPr>
      <w:start w:val="1"/>
      <w:suff w:val="tab"/>
    </w:lvl>
    <w:lvl w:ilvl="1">
      <w:isLgl w:val="false"/>
      <w:lvlJc w:val="right"/>
      <w:lvlText w:val="%2."/>
      <w:numFmt w:val="decimal"/>
      <w:pPr>
        <w:pBdr/>
        <w:spacing/>
        <w:ind w:hanging="360" w:left="1429"/>
      </w:pPr>
      <w:rPr>
        <w:rFonts w:ascii="Liberation Serif" w:hAnsi="Liberation Serif" w:eastAsia="Liberation Serif" w:cs="Liberation Serif"/>
      </w:rPr>
      <w:start w:val="1"/>
      <w:suff w:val="tab"/>
    </w:lvl>
    <w:lvl w:ilvl="2">
      <w:isLgl w:val="false"/>
      <w:lvlJc w:val="right"/>
      <w:lvlText w:val="%3."/>
      <w:numFmt w:val="decimal"/>
      <w:pPr>
        <w:pBdr/>
        <w:spacing/>
        <w:ind w:hanging="360" w:left="2149"/>
      </w:pPr>
      <w:rPr>
        <w:rFonts w:ascii="Liberation Serif" w:hAnsi="Liberation Serif" w:eastAsia="Liberation Serif" w:cs="Liberation Serif"/>
      </w:rPr>
      <w:start w:val="1"/>
      <w:suff w:val="tab"/>
    </w:lvl>
    <w:lvl w:ilvl="3">
      <w:isLgl w:val="false"/>
      <w:lvlJc w:val="right"/>
      <w:lvlText w:val="%4."/>
      <w:numFmt w:val="decimal"/>
      <w:pPr>
        <w:pBdr/>
        <w:spacing/>
        <w:ind w:hanging="360" w:left="2869"/>
      </w:pPr>
      <w:rPr>
        <w:rFonts w:ascii="Liberation Serif" w:hAnsi="Liberation Serif" w:eastAsia="Liberation Serif" w:cs="Liberation Serif"/>
      </w:rPr>
      <w:start w:val="1"/>
      <w:suff w:val="tab"/>
    </w:lvl>
    <w:lvl w:ilvl="4">
      <w:isLgl w:val="false"/>
      <w:lvlJc w:val="right"/>
      <w:lvlText w:val="%5."/>
      <w:numFmt w:val="decimal"/>
      <w:pPr>
        <w:pBdr/>
        <w:spacing/>
        <w:ind w:hanging="360" w:left="3589"/>
      </w:pPr>
      <w:rPr>
        <w:rFonts w:ascii="Liberation Serif" w:hAnsi="Liberation Serif" w:eastAsia="Liberation Serif" w:cs="Liberation Serif"/>
      </w:rPr>
      <w:start w:val="1"/>
      <w:suff w:val="tab"/>
    </w:lvl>
    <w:lvl w:ilvl="5">
      <w:isLgl w:val="false"/>
      <w:lvlJc w:val="right"/>
      <w:lvlText w:val="%6."/>
      <w:numFmt w:val="decimal"/>
      <w:pPr>
        <w:pBdr/>
        <w:spacing/>
        <w:ind w:hanging="360" w:left="4309"/>
      </w:pPr>
      <w:rPr>
        <w:rFonts w:ascii="Liberation Serif" w:hAnsi="Liberation Serif" w:eastAsia="Liberation Serif" w:cs="Liberation Serif"/>
      </w:rPr>
      <w:start w:val="1"/>
      <w:suff w:val="tab"/>
    </w:lvl>
    <w:lvl w:ilvl="6">
      <w:isLgl w:val="false"/>
      <w:lvlJc w:val="right"/>
      <w:lvlText w:val="%7."/>
      <w:numFmt w:val="decimal"/>
      <w:pPr>
        <w:pBdr/>
        <w:spacing/>
        <w:ind w:hanging="360" w:left="5029"/>
      </w:pPr>
      <w:rPr>
        <w:rFonts w:ascii="Liberation Serif" w:hAnsi="Liberation Serif" w:eastAsia="Liberation Serif" w:cs="Liberation Serif"/>
      </w:rPr>
      <w:start w:val="1"/>
      <w:suff w:val="tab"/>
    </w:lvl>
    <w:lvl w:ilvl="7">
      <w:isLgl w:val="false"/>
      <w:lvlJc w:val="right"/>
      <w:lvlText w:val="%8."/>
      <w:numFmt w:val="decimal"/>
      <w:pPr>
        <w:pBdr/>
        <w:spacing/>
        <w:ind w:hanging="360" w:left="5749"/>
      </w:pPr>
      <w:rPr>
        <w:rFonts w:ascii="Liberation Serif" w:hAnsi="Liberation Serif" w:eastAsia="Liberation Serif" w:cs="Liberation Serif"/>
      </w:rPr>
      <w:start w:val="1"/>
      <w:suff w:val="tab"/>
    </w:lvl>
    <w:lvl w:ilvl="8">
      <w:isLgl w:val="false"/>
      <w:lvlJc w:val="right"/>
      <w:lvlText w:val="%9."/>
      <w:numFmt w:val="decimal"/>
      <w:pPr>
        <w:pBdr/>
        <w:spacing/>
        <w:ind w:hanging="360" w:left="6469"/>
      </w:pPr>
      <w:rPr>
        <w:rFonts w:ascii="Liberation Serif" w:hAnsi="Liberation Serif" w:eastAsia="Liberation Serif" w:cs="Liberation Serif"/>
      </w:rPr>
      <w:start w:val="1"/>
      <w:suff w:val="tab"/>
    </w:lvl>
  </w:abstractNum>
  <w:abstractNum w:abstractNumId="30">
    <w:nsid w:val="3495C424"/>
    <w:lvl w:ilvl="0">
      <w:isLgl w:val="false"/>
      <w:lvlJc w:val="left"/>
      <w:lvlText w:val="%1."/>
      <w:numFmt w:val="decimal"/>
      <w:pPr>
        <w:pBdr/>
        <w:spacing/>
        <w:ind w:hanging="360" w:left="1134"/>
      </w:pPr>
      <w:rPr>
        <w:rFonts w:ascii="Liberation Serif" w:hAnsi="Liberation Serif" w:eastAsia="Liberation Serif" w:cs="Liberation Serif"/>
      </w:rPr>
      <w:start w:val="1"/>
      <w:suff w:val="tab"/>
    </w:lvl>
    <w:lvl w:ilvl="1">
      <w:isLgl w:val="false"/>
      <w:lvlJc w:val="left"/>
      <w:lvlText w:val="%2."/>
      <w:numFmt w:val="lowerLetter"/>
      <w:pPr>
        <w:pBdr/>
        <w:spacing/>
        <w:ind w:hanging="360" w:left="1854"/>
      </w:pPr>
      <w:rPr>
        <w:rFonts w:ascii="Liberation Serif" w:hAnsi="Liberation Serif" w:eastAsia="Liberation Serif" w:cs="Liberation Serif"/>
      </w:rPr>
      <w:start w:val="1"/>
      <w:suff w:val="tab"/>
    </w:lvl>
    <w:lvl w:ilvl="2">
      <w:isLgl w:val="false"/>
      <w:lvlJc w:val="right"/>
      <w:lvlText w:val="%3."/>
      <w:numFmt w:val="lowerRoman"/>
      <w:pPr>
        <w:pBdr/>
        <w:spacing/>
        <w:ind w:hanging="180" w:left="2574"/>
      </w:pPr>
      <w:rPr>
        <w:rFonts w:ascii="Liberation Serif" w:hAnsi="Liberation Serif" w:eastAsia="Liberation Serif" w:cs="Liberation Serif"/>
      </w:rPr>
      <w:start w:val="1"/>
      <w:suff w:val="tab"/>
    </w:lvl>
    <w:lvl w:ilvl="3">
      <w:isLgl w:val="false"/>
      <w:lvlJc w:val="left"/>
      <w:lvlText w:val="%4."/>
      <w:numFmt w:val="decimal"/>
      <w:pPr>
        <w:pBdr/>
        <w:spacing/>
        <w:ind w:hanging="360" w:left="3294"/>
      </w:pPr>
      <w:rPr>
        <w:rFonts w:ascii="Liberation Serif" w:hAnsi="Liberation Serif" w:eastAsia="Liberation Serif" w:cs="Liberation Serif"/>
      </w:rPr>
      <w:start w:val="1"/>
      <w:suff w:val="tab"/>
    </w:lvl>
    <w:lvl w:ilvl="4">
      <w:isLgl w:val="false"/>
      <w:lvlJc w:val="left"/>
      <w:lvlText w:val="%5."/>
      <w:numFmt w:val="lowerLetter"/>
      <w:pPr>
        <w:pBdr/>
        <w:spacing/>
        <w:ind w:hanging="360" w:left="4014"/>
      </w:pPr>
      <w:rPr>
        <w:rFonts w:ascii="Liberation Serif" w:hAnsi="Liberation Serif" w:eastAsia="Liberation Serif" w:cs="Liberation Serif"/>
      </w:rPr>
      <w:start w:val="1"/>
      <w:suff w:val="tab"/>
    </w:lvl>
    <w:lvl w:ilvl="5">
      <w:isLgl w:val="false"/>
      <w:lvlJc w:val="right"/>
      <w:lvlText w:val="%6."/>
      <w:numFmt w:val="lowerRoman"/>
      <w:pPr>
        <w:pBdr/>
        <w:spacing/>
        <w:ind w:hanging="180" w:left="4734"/>
      </w:pPr>
      <w:rPr>
        <w:rFonts w:ascii="Liberation Serif" w:hAnsi="Liberation Serif" w:eastAsia="Liberation Serif" w:cs="Liberation Serif"/>
      </w:rPr>
      <w:start w:val="1"/>
      <w:suff w:val="tab"/>
    </w:lvl>
    <w:lvl w:ilvl="6">
      <w:isLgl w:val="false"/>
      <w:lvlJc w:val="left"/>
      <w:lvlText w:val="%7."/>
      <w:numFmt w:val="decimal"/>
      <w:pPr>
        <w:pBdr/>
        <w:spacing/>
        <w:ind w:hanging="360" w:left="5454"/>
      </w:pPr>
      <w:rPr>
        <w:rFonts w:ascii="Liberation Serif" w:hAnsi="Liberation Serif" w:eastAsia="Liberation Serif" w:cs="Liberation Serif"/>
      </w:rPr>
      <w:start w:val="1"/>
      <w:suff w:val="tab"/>
    </w:lvl>
    <w:lvl w:ilvl="7">
      <w:isLgl w:val="false"/>
      <w:lvlJc w:val="left"/>
      <w:lvlText w:val="%8."/>
      <w:numFmt w:val="lowerLetter"/>
      <w:pPr>
        <w:pBdr/>
        <w:spacing/>
        <w:ind w:hanging="360" w:left="6174"/>
      </w:pPr>
      <w:rPr>
        <w:rFonts w:ascii="Liberation Serif" w:hAnsi="Liberation Serif" w:eastAsia="Liberation Serif" w:cs="Liberation Serif"/>
      </w:rPr>
      <w:start w:val="1"/>
      <w:suff w:val="tab"/>
    </w:lvl>
    <w:lvl w:ilvl="8">
      <w:isLgl w:val="false"/>
      <w:lvlJc w:val="right"/>
      <w:lvlText w:val="%9."/>
      <w:numFmt w:val="lowerRoman"/>
      <w:pPr>
        <w:pBdr/>
        <w:spacing/>
        <w:ind w:hanging="180" w:left="6894"/>
      </w:pPr>
      <w:rPr>
        <w:rFonts w:ascii="Liberation Serif" w:hAnsi="Liberation Serif" w:eastAsia="Liberation Serif" w:cs="Liberation Serif"/>
      </w:rPr>
      <w:start w:val="1"/>
      <w:suff w:val="tab"/>
    </w:lvl>
  </w:abstractNum>
  <w:abstractNum w:abstractNumId="31">
    <w:nsid w:val="2908C368"/>
    <w:lvl w:ilvl="0">
      <w:isLgl w:val="false"/>
      <w:lvlJc w:val="right"/>
      <w:lvlText w:val="%1."/>
      <w:numFmt w:val="decimal"/>
      <w:pPr>
        <w:pBdr/>
        <w:spacing/>
        <w:ind w:hanging="360" w:left="709"/>
      </w:pPr>
      <w:rPr>
        <w:rFonts w:ascii="Liberation Serif" w:hAnsi="Liberation Serif" w:eastAsia="Liberation Serif" w:cs="Liberation Serif"/>
      </w:rPr>
      <w:start w:val="1"/>
      <w:suff w:val="tab"/>
    </w:lvl>
    <w:lvl w:ilvl="1">
      <w:isLgl w:val="false"/>
      <w:lvlJc w:val="right"/>
      <w:lvlText w:val="%2."/>
      <w:numFmt w:val="decimal"/>
      <w:pPr>
        <w:pBdr/>
        <w:spacing/>
        <w:ind w:hanging="360" w:left="1429"/>
      </w:pPr>
      <w:rPr>
        <w:rFonts w:ascii="Liberation Serif" w:hAnsi="Liberation Serif" w:eastAsia="Liberation Serif" w:cs="Liberation Serif"/>
      </w:rPr>
      <w:start w:val="1"/>
      <w:suff w:val="tab"/>
    </w:lvl>
    <w:lvl w:ilvl="2">
      <w:isLgl w:val="false"/>
      <w:lvlJc w:val="right"/>
      <w:lvlText w:val="%3."/>
      <w:numFmt w:val="decimal"/>
      <w:pPr>
        <w:pBdr/>
        <w:spacing/>
        <w:ind w:hanging="360" w:left="2149"/>
      </w:pPr>
      <w:rPr>
        <w:rFonts w:ascii="Liberation Serif" w:hAnsi="Liberation Serif" w:eastAsia="Liberation Serif" w:cs="Liberation Serif"/>
      </w:rPr>
      <w:start w:val="1"/>
      <w:suff w:val="tab"/>
    </w:lvl>
    <w:lvl w:ilvl="3">
      <w:isLgl w:val="false"/>
      <w:lvlJc w:val="right"/>
      <w:lvlText w:val="%4."/>
      <w:numFmt w:val="decimal"/>
      <w:pPr>
        <w:pBdr/>
        <w:spacing/>
        <w:ind w:hanging="360" w:left="2869"/>
      </w:pPr>
      <w:rPr>
        <w:rFonts w:ascii="Liberation Serif" w:hAnsi="Liberation Serif" w:eastAsia="Liberation Serif" w:cs="Liberation Serif"/>
      </w:rPr>
      <w:start w:val="1"/>
      <w:suff w:val="tab"/>
    </w:lvl>
    <w:lvl w:ilvl="4">
      <w:isLgl w:val="false"/>
      <w:lvlJc w:val="right"/>
      <w:lvlText w:val="%5."/>
      <w:numFmt w:val="decimal"/>
      <w:pPr>
        <w:pBdr/>
        <w:spacing/>
        <w:ind w:hanging="360" w:left="3589"/>
      </w:pPr>
      <w:rPr>
        <w:rFonts w:ascii="Liberation Serif" w:hAnsi="Liberation Serif" w:eastAsia="Liberation Serif" w:cs="Liberation Serif"/>
      </w:rPr>
      <w:start w:val="1"/>
      <w:suff w:val="tab"/>
    </w:lvl>
    <w:lvl w:ilvl="5">
      <w:isLgl w:val="false"/>
      <w:lvlJc w:val="right"/>
      <w:lvlText w:val="%6."/>
      <w:numFmt w:val="decimal"/>
      <w:pPr>
        <w:pBdr/>
        <w:spacing/>
        <w:ind w:hanging="360" w:left="4309"/>
      </w:pPr>
      <w:rPr>
        <w:rFonts w:ascii="Liberation Serif" w:hAnsi="Liberation Serif" w:eastAsia="Liberation Serif" w:cs="Liberation Serif"/>
      </w:rPr>
      <w:start w:val="1"/>
      <w:suff w:val="tab"/>
    </w:lvl>
    <w:lvl w:ilvl="6">
      <w:isLgl w:val="false"/>
      <w:lvlJc w:val="right"/>
      <w:lvlText w:val="%7."/>
      <w:numFmt w:val="decimal"/>
      <w:pPr>
        <w:pBdr/>
        <w:spacing/>
        <w:ind w:hanging="360" w:left="5029"/>
      </w:pPr>
      <w:rPr>
        <w:rFonts w:ascii="Liberation Serif" w:hAnsi="Liberation Serif" w:eastAsia="Liberation Serif" w:cs="Liberation Serif"/>
      </w:rPr>
      <w:start w:val="1"/>
      <w:suff w:val="tab"/>
    </w:lvl>
    <w:lvl w:ilvl="7">
      <w:isLgl w:val="false"/>
      <w:lvlJc w:val="right"/>
      <w:lvlText w:val="%8."/>
      <w:numFmt w:val="decimal"/>
      <w:pPr>
        <w:pBdr/>
        <w:spacing/>
        <w:ind w:hanging="360" w:left="5749"/>
      </w:pPr>
      <w:rPr>
        <w:rFonts w:ascii="Liberation Serif" w:hAnsi="Liberation Serif" w:eastAsia="Liberation Serif" w:cs="Liberation Serif"/>
      </w:rPr>
      <w:start w:val="1"/>
      <w:suff w:val="tab"/>
    </w:lvl>
    <w:lvl w:ilvl="8">
      <w:isLgl w:val="false"/>
      <w:lvlJc w:val="right"/>
      <w:lvlText w:val="%9."/>
      <w:numFmt w:val="decimal"/>
      <w:pPr>
        <w:pBdr/>
        <w:spacing/>
        <w:ind w:hanging="360" w:left="6469"/>
      </w:pPr>
      <w:rPr>
        <w:rFonts w:ascii="Liberation Serif" w:hAnsi="Liberation Serif" w:eastAsia="Liberation Serif" w:cs="Liberation Serif"/>
      </w:rPr>
      <w:start w:val="1"/>
      <w:suff w:val="tab"/>
    </w:lvl>
  </w:abstractNum>
  <w:abstractNum w:abstractNumId="32">
    <w:nsid w:val="56C7C096"/>
    <w:lvl w:ilvl="0">
      <w:isLgl w:val="false"/>
      <w:lvlJc w:val="left"/>
      <w:lvlText w:val="%1."/>
      <w:numFmt w:val="decimal"/>
      <w:pPr>
        <w:pBdr/>
        <w:spacing/>
        <w:ind w:hanging="360" w:left="720"/>
      </w:pPr>
      <w:rPr>
        <w:rFonts w:ascii="Liberation Serif" w:hAnsi="Liberation Serif" w:eastAsia="Liberation Serif" w:cs="Liberation Serif"/>
      </w:rPr>
      <w:start w:val="1"/>
      <w:suff w:val="tab"/>
    </w:lvl>
    <w:lvl w:ilvl="1">
      <w:isLgl w:val="false"/>
      <w:lvlJc w:val="left"/>
      <w:lvlText w:val="%2."/>
      <w:numFmt w:val="lowerLetter"/>
      <w:pPr>
        <w:pBdr/>
        <w:spacing/>
        <w:ind w:hanging="360" w:left="1440"/>
      </w:pPr>
      <w:rPr>
        <w:rFonts w:ascii="Liberation Serif" w:hAnsi="Liberation Serif" w:eastAsia="Liberation Serif" w:cs="Liberation Serif"/>
      </w:rPr>
      <w:start w:val="1"/>
      <w:suff w:val="tab"/>
    </w:lvl>
    <w:lvl w:ilvl="2">
      <w:isLgl w:val="false"/>
      <w:lvlJc w:val="right"/>
      <w:lvlText w:val="%3."/>
      <w:numFmt w:val="lowerRoman"/>
      <w:pPr>
        <w:pBdr/>
        <w:spacing/>
        <w:ind w:hanging="180" w:left="2160"/>
      </w:pPr>
      <w:rPr>
        <w:rFonts w:ascii="Liberation Serif" w:hAnsi="Liberation Serif" w:eastAsia="Liberation Serif" w:cs="Liberation Serif"/>
      </w:rPr>
      <w:start w:val="1"/>
      <w:suff w:val="tab"/>
    </w:lvl>
    <w:lvl w:ilvl="3">
      <w:isLgl w:val="false"/>
      <w:lvlJc w:val="left"/>
      <w:lvlText w:val="%4."/>
      <w:numFmt w:val="decimal"/>
      <w:pPr>
        <w:pBdr/>
        <w:spacing/>
        <w:ind w:hanging="360" w:left="2880"/>
      </w:pPr>
      <w:rPr>
        <w:rFonts w:ascii="Liberation Serif" w:hAnsi="Liberation Serif" w:eastAsia="Liberation Serif" w:cs="Liberation Serif"/>
      </w:rPr>
      <w:start w:val="1"/>
      <w:suff w:val="tab"/>
    </w:lvl>
    <w:lvl w:ilvl="4">
      <w:isLgl w:val="false"/>
      <w:lvlJc w:val="left"/>
      <w:lvlText w:val="%5."/>
      <w:numFmt w:val="lowerLetter"/>
      <w:pPr>
        <w:pBdr/>
        <w:spacing/>
        <w:ind w:hanging="360" w:left="3600"/>
      </w:pPr>
      <w:rPr>
        <w:rFonts w:ascii="Liberation Serif" w:hAnsi="Liberation Serif" w:eastAsia="Liberation Serif" w:cs="Liberation Serif"/>
      </w:rPr>
      <w:start w:val="1"/>
      <w:suff w:val="tab"/>
    </w:lvl>
    <w:lvl w:ilvl="5">
      <w:isLgl w:val="false"/>
      <w:lvlJc w:val="right"/>
      <w:lvlText w:val="%6."/>
      <w:numFmt w:val="lowerRoman"/>
      <w:pPr>
        <w:pBdr/>
        <w:spacing/>
        <w:ind w:hanging="180" w:left="4320"/>
      </w:pPr>
      <w:rPr>
        <w:rFonts w:ascii="Liberation Serif" w:hAnsi="Liberation Serif" w:eastAsia="Liberation Serif" w:cs="Liberation Serif"/>
      </w:rPr>
      <w:start w:val="1"/>
      <w:suff w:val="tab"/>
    </w:lvl>
    <w:lvl w:ilvl="6">
      <w:isLgl w:val="false"/>
      <w:lvlJc w:val="left"/>
      <w:lvlText w:val="%7."/>
      <w:numFmt w:val="decimal"/>
      <w:pPr>
        <w:pBdr/>
        <w:spacing/>
        <w:ind w:hanging="360" w:left="5040"/>
      </w:pPr>
      <w:rPr>
        <w:rFonts w:ascii="Liberation Serif" w:hAnsi="Liberation Serif" w:eastAsia="Liberation Serif" w:cs="Liberation Serif"/>
      </w:rPr>
      <w:start w:val="1"/>
      <w:suff w:val="tab"/>
    </w:lvl>
    <w:lvl w:ilvl="7">
      <w:isLgl w:val="false"/>
      <w:lvlJc w:val="left"/>
      <w:lvlText w:val="%8."/>
      <w:numFmt w:val="lowerLetter"/>
      <w:pPr>
        <w:pBdr/>
        <w:spacing/>
        <w:ind w:hanging="360" w:left="5760"/>
      </w:pPr>
      <w:rPr>
        <w:rFonts w:ascii="Liberation Serif" w:hAnsi="Liberation Serif" w:eastAsia="Liberation Serif" w:cs="Liberation Serif"/>
      </w:rPr>
      <w:start w:val="1"/>
      <w:suff w:val="tab"/>
    </w:lvl>
    <w:lvl w:ilvl="8">
      <w:isLgl w:val="false"/>
      <w:lvlJc w:val="right"/>
      <w:lvlText w:val="%9."/>
      <w:numFmt w:val="lowerRoman"/>
      <w:pPr>
        <w:pBdr/>
        <w:spacing/>
        <w:ind w:hanging="180" w:left="6480"/>
      </w:pPr>
      <w:rPr>
        <w:rFonts w:ascii="Liberation Serif" w:hAnsi="Liberation Serif" w:eastAsia="Liberation Serif" w:cs="Liberation Serif"/>
      </w:rPr>
      <w:start w:val="1"/>
      <w:suff w:val="tab"/>
    </w:lvl>
  </w:abstractNum>
  <w:abstractNum w:abstractNumId="33">
    <w:multiLevelType w:val="singleLevel"/>
    <w:lvl w:ilvl="0">
      <w:start w:val="1"/>
      <w:numFmt w:val="bullet"/>
      <w:lvlText w:val="–"/>
      <w:lvlJc w:val="left"/>
      <w:pPr>
        <w:tabs>
          <w:tab w:val="num" w:pos="567"/>
        </w:tabs>
        <w:ind w:left="567" w:hanging="283"/>
      </w:pPr>
      <w:rPr>
        <w:rFonts w:ascii="Liberation Serif" w:hAnsi="Liberation Serif" w:eastAsia="Liberation Serif" w:cs="Liberation Serif"/>
      </w:rPr>
    </w:lvl>
  </w:abstractNum>
  <w:abstractNum w:abstractNumId="34">
    <w:nsid w:val="06092603"/>
    <w:multiLevelType w:val="singleLevel"/>
    <w:lvl w:ilvl="0">
      <w:start w:val="1"/>
      <w:numFmt w:val="decimal"/>
      <w:suff w:val="tab"/>
      <w:lvlText w:val="%1."/>
      <w:lvlJc w:val="left"/>
      <w:pPr>
        <w:tabs>
          <w:tab w:val="num" w:pos="425"/>
        </w:tabs>
        <w:ind w:left="425" w:hanging="425"/>
      </w:pPr>
      <w:rPr>
        <w:rFonts w:ascii="Liberation Serif" w:hAnsi="Liberation Serif" w:eastAsia="Liberation Serif" w:cs="Liberation Serif"/>
        <w:color w:val="000000"/>
        <w:sz w:val="24"/>
        <w:szCs w:val="24"/>
      </w:rPr>
    </w:lvl>
  </w:abstractNum>
  <w:num w:numId="1">
    <w:abstractNumId w:val="3"/>
  </w:num>
  <w:num w:numId="2">
    <w:abstractNumId w:val="1"/>
  </w:num>
  <w:num w:numId="3">
    <w:abstractNumId w:val="5"/>
  </w:num>
  <w:num w:numId="4">
    <w:abstractNumId w:val="15"/>
  </w:num>
  <w:num w:numId="5">
    <w:abstractNumId w:val="24"/>
  </w:num>
  <w:num w:numId="6">
    <w:abstractNumId w:val="14"/>
  </w:num>
  <w:num w:numId="7">
    <w:abstractNumId w:val="25"/>
  </w:num>
  <w:num w:numId="8">
    <w:abstractNumId w:val="8"/>
  </w:num>
  <w:num w:numId="9">
    <w:abstractNumId w:val="22"/>
  </w:num>
  <w:num w:numId="10">
    <w:abstractNumId w:val="26"/>
  </w:num>
  <w:num w:numId="11">
    <w:abstractNumId w:val="16"/>
  </w:num>
  <w:num w:numId="12">
    <w:abstractNumId w:val="12"/>
  </w:num>
  <w:num w:numId="13">
    <w:abstractNumId w:val="17"/>
  </w:num>
  <w:num w:numId="14">
    <w:abstractNumId w:val="0"/>
  </w:num>
  <w:num w:numId="15">
    <w:abstractNumId w:val="7"/>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 w:numId="18">
    <w:abstractNumId w:val="20"/>
  </w:num>
  <w:num w:numId="19">
    <w:abstractNumId w:val="4"/>
  </w:num>
  <w:num w:numId="20">
    <w:abstractNumId w:val="11"/>
  </w:num>
  <w:num w:numId="21">
    <w:abstractNumId w:val="13"/>
  </w:num>
  <w:num w:numId="22">
    <w:abstractNumId w:val="21"/>
  </w:num>
  <w:num w:numId="23">
    <w:abstractNumId w:val="18"/>
  </w:num>
  <w:num w:numId="24">
    <w:abstractNumId w:val="9"/>
  </w:num>
  <w:num w:numId="25">
    <w:abstractNumId w:val="23"/>
  </w:num>
  <w:num w:numId="26">
    <w:abstractNumId w:val="27"/>
  </w:num>
  <w:num w:numId="27">
    <w:abstractNumId w:val="2"/>
  </w:num>
  <w:num w:numId="28">
    <w:abstractNumId w:val="10"/>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lvlOverride w:ilvl="0">
      <w:startOverride w:val="1"/>
    </w:lvlOverride>
  </w:num>
  <w:num w:numId="36">
    <w:abstractNumId w:val="3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autoHyphenation w:val="true"/>
  <w:evenAndOddHeaders w:val="true"/>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embedTrueTypeFonts/>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hAnsi="Liberation Serif" w:eastAsia="Liberation Serif" w:cs="Liberation Serif"/>
        <w:sz w:val="24"/>
        <w:szCs w:val="24"/>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0" w:line="240" w:lineRule="auto"/>
      <w:ind w:firstLine="567" w:left="0" w:right="0"/>
      <w:jc w:val="both"/>
    </w:pPr>
    <w:rPr>
      <w:rFonts w:ascii="Liberation Serif" w:hAnsi="Liberation Serif" w:eastAsia="Liberation Serif" w:cs="Liberation Serif"/>
      <w:b w:val="0"/>
      <w:i w:val="0"/>
      <w:caps w:val="0"/>
      <w:sz w:val="24"/>
      <w:lang w:val="ru-RU" w:eastAsia="ru-RU" w:bidi="ru-RU"/>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Liberation Serif" w:hAnsi="Liberation Serif" w:eastAsia="Liberation Serif" w:cs="Liberation Serif"/>
    </w:rPr>
  </w:style>
  <w:style w:type="character" w:customStyle="1" w:styleId="HeaderChar">
    <w:name w:val="Header Char"/>
    <w:basedOn w:val="DefaultParagraphFont"/>
    <w:link w:val="Header"/>
    <w:uiPriority w:val="99"/>
    <w:rsid w:val="00E618BF"/>
    <w:rPr>
      <w:rFonts w:ascii="Liberation Serif" w:hAnsi="Liberation Serif" w:eastAsia="Liberation Serif" w:cs="Liberation Serif"/>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Liberation Serif" w:hAnsi="Liberation Serif" w:eastAsia="Liberation Serif" w:cs="Liberation Serif"/>
    </w:rPr>
  </w:style>
  <w:style w:type="character" w:customStyle="1" w:styleId="FooterChar">
    <w:name w:val="Footer Char"/>
    <w:basedOn w:val="DefaultParagraphFont"/>
    <w:link w:val="Footer"/>
    <w:uiPriority w:val="99"/>
    <w:rsid w:val="00E618BF"/>
    <w:rPr>
      <w:rFonts w:ascii="Liberation Serif" w:hAnsi="Liberation Serif" w:eastAsia="Liberation Serif" w:cs="Liberation Serif"/>
    </w:rPr>
  </w:style>
  <w:style w:type="paragraph" w:styleId="Heading1">
    <w:name w:val="heading 1"/>
    <w:basedOn w:val="Normal"/>
    <w:next w:val="Normal"/>
    <w:link w:val="Heading1Char"/>
    <w:uiPriority w:val="9"/>
    <w:qFormat/>
    <w:rsid w:val="00FC693F"/>
    <w:pPr>
      <w:keepNext/>
      <w:keepLines/>
      <w:spacing w:before="480" w:after="0"/>
      <w:outlineLvl w:val="0"/>
    </w:pPr>
    <w:rPr>
      <w:rFonts w:ascii="Liberation Serif" w:hAnsi="Liberation Serif" w:eastAsia="Liberation Serif" w:cs="Liberation Serif"/>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Liberation Serif" w:hAnsi="Liberation Serif" w:eastAsia="Liberation Serif" w:cs="Liberation Serif"/>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Liberation Serif" w:hAnsi="Liberation Serif" w:eastAsia="Liberation Serif" w:cs="Liberation Serif"/>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Liberation Serif" w:hAnsi="Liberation Serif" w:eastAsia="Liberation Serif" w:cs="Liberation Serif"/>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Liberation Serif" w:hAnsi="Liberation Serif" w:eastAsia="Liberation Serif" w:cs="Liberation Serif"/>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Liberation Serif" w:hAnsi="Liberation Serif" w:eastAsia="Liberation Serif" w:cs="Liberation Serif"/>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Liberation Serif" w:hAnsi="Liberation Serif" w:eastAsia="Liberation Serif" w:cs="Liberation Serif"/>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Liberation Serif" w:hAnsi="Liberation Serif" w:eastAsia="Liberation Serif" w:cs="Liberation Serif"/>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Liberation Serif" w:hAnsi="Liberation Serif" w:eastAsia="Liberation Serif" w:cs="Liberation Serif"/>
      <w:i/>
      <w:iCs/>
      <w:color w:val="404040" w:themeColor="text1" w:themeTint="BF"/>
      <w:sz w:val="20"/>
      <w:szCs w:val="20"/>
    </w:rPr>
  </w:style>
  <w:style w:type="character" w:default="1" w:styleId="DefaultParagraphFont">
    <w:name w:val="Default Paragraph Font"/>
    <w:uiPriority w:val="1"/>
    <w:semiHidden/>
    <w:unhideWhenUsed/>
    <w:rPr>
      <w:rFonts w:ascii="Liberation Serif" w:hAnsi="Liberation Serif" w:eastAsia="Liberation Serif" w:cs="Liberation Serif"/>
    </w:rPr>
  </w:style>
  <w:style w:type="table" w:default="1" w:styleId="TableNormal">
    <w:name w:val="Normal Table"/>
    <w:uiPriority w:val="99"/>
    <w:semiHidden/>
    <w:unhideWhenUsed/>
    <w:tblPr>
      <w:tblInd w:w="0" w:type="dxa"/>
      <w:tblCellMar>
        <w:top w:w="0" w:type="dxa"/>
        <w:left w:w="108" w:type="dxa"/>
        <w:bottom w:w="0" w:type="dxa"/>
        <w:right w:w="108" w:type="dxa"/>
      </w:tblCellMar>
    </w:tblPr>
    <w:rPr>
      <w:rFonts w:ascii="Liberation Serif" w:hAnsi="Liberation Serif" w:eastAsia="Liberation Serif" w:cs="Liberation Serif"/>
    </w:rPr>
  </w:style>
  <w:style w:type="numbering" w:default="1" w:styleId="NoList">
    <w:name w:val="No List"/>
    <w:uiPriority w:val="99"/>
    <w:semiHidden/>
    <w:unhideWhenUsed/>
    <w:rPr>
      <w:rFonts w:ascii="Liberation Serif" w:hAnsi="Liberation Serif" w:eastAsia="Liberation Serif" w:cs="Liberation Serif"/>
    </w:rPr>
  </w:style>
  <w:style w:type="paragraph" w:styleId="NoSpacing">
    <w:name w:val="No Spacing"/>
    <w:uiPriority w:val="1"/>
    <w:qFormat/>
    <w:rsid w:val="00FC693F"/>
    <w:pPr>
      <w:spacing w:after="0" w:line="240" w:lineRule="auto"/>
    </w:pPr>
    <w:rPr>
      <w:rFonts w:ascii="Liberation Serif" w:hAnsi="Liberation Serif" w:eastAsia="Liberation Serif" w:cs="Liberation Serif"/>
    </w:rPr>
  </w:style>
  <w:style w:type="character" w:customStyle="1" w:styleId="Heading1Char">
    <w:name w:val="Heading 1 Char"/>
    <w:basedOn w:val="DefaultParagraphFont"/>
    <w:link w:val="Heading1"/>
    <w:uiPriority w:val="9"/>
    <w:rsid w:val="00FC693F"/>
    <w:rPr>
      <w:rFonts w:ascii="Liberation Serif" w:hAnsi="Liberation Serif" w:eastAsia="Liberation Serif" w:cs="Liberation Serif"/>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Liberation Serif" w:hAnsi="Liberation Serif" w:eastAsia="Liberation Serif" w:cs="Liberation Serif"/>
      <w:b/>
      <w:bCs/>
      <w:color w:val="4F81BD" w:themeColor="accent1"/>
      <w:sz w:val="26"/>
      <w:szCs w:val="26"/>
    </w:rPr>
  </w:style>
  <w:style w:type="character" w:customStyle="1" w:styleId="Heading3Char">
    <w:name w:val="Heading 3 Char"/>
    <w:basedOn w:val="DefaultParagraphFont"/>
    <w:link w:val="Heading3"/>
    <w:uiPriority w:val="9"/>
    <w:rsid w:val="00FC693F"/>
    <w:rPr>
      <w:rFonts w:ascii="Liberation Serif" w:hAnsi="Liberation Serif" w:eastAsia="Liberation Serif" w:cs="Liberation Serif"/>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Liberation Serif" w:hAnsi="Liberation Serif" w:eastAsia="Liberation Serif" w:cs="Liberation Serif"/>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Liberation Serif" w:hAnsi="Liberation Serif" w:eastAsia="Liberation Serif" w:cs="Liberation Serif"/>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Liberation Serif" w:hAnsi="Liberation Serif" w:eastAsia="Liberation Serif" w:cs="Liberation Serif"/>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Liberation Serif" w:hAnsi="Liberation Serif" w:eastAsia="Liberation Serif" w:cs="Liberation Serif"/>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Liberation Serif" w:hAnsi="Liberation Serif" w:eastAsia="Liberation Serif" w:cs="Liberation Serif"/>
    </w:rPr>
  </w:style>
  <w:style w:type="paragraph" w:styleId="BodyText">
    <w:name w:val="Body Text"/>
    <w:basedOn w:val="Normal"/>
    <w:link w:val="BodyTextChar"/>
    <w:uiPriority w:val="99"/>
    <w:unhideWhenUsed/>
    <w:rsid w:val="00AA1D8D"/>
    <w:pPr>
      <w:spacing w:after="120"/>
    </w:pPr>
    <w:rPr>
      <w:rFonts w:ascii="Liberation Serif" w:hAnsi="Liberation Serif" w:eastAsia="Liberation Serif" w:cs="Liberation Serif"/>
    </w:rPr>
  </w:style>
  <w:style w:type="character" w:customStyle="1" w:styleId="BodyTextChar">
    <w:name w:val="Body Text Char"/>
    <w:basedOn w:val="DefaultParagraphFont"/>
    <w:link w:val="BodyText"/>
    <w:uiPriority w:val="99"/>
    <w:rsid w:val="00AA1D8D"/>
    <w:rPr>
      <w:rFonts w:ascii="Liberation Serif" w:hAnsi="Liberation Serif" w:eastAsia="Liberation Serif" w:cs="Liberation Serif"/>
    </w:rPr>
  </w:style>
  <w:style w:type="paragraph" w:styleId="BodyText2">
    <w:name w:val="Body Text 2"/>
    <w:basedOn w:val="Normal"/>
    <w:link w:val="BodyText2Char"/>
    <w:uiPriority w:val="99"/>
    <w:unhideWhenUsed/>
    <w:rsid w:val="00AA1D8D"/>
    <w:pPr>
      <w:spacing w:after="120" w:line="480" w:lineRule="auto"/>
    </w:pPr>
    <w:rPr>
      <w:rFonts w:ascii="Liberation Serif" w:hAnsi="Liberation Serif" w:eastAsia="Liberation Serif" w:cs="Liberation Serif"/>
    </w:rPr>
  </w:style>
  <w:style w:type="character" w:customStyle="1" w:styleId="BodyText2Char">
    <w:name w:val="Body Text 2 Char"/>
    <w:basedOn w:val="DefaultParagraphFont"/>
    <w:link w:val="BodyText2"/>
    <w:uiPriority w:val="99"/>
    <w:rsid w:val="00AA1D8D"/>
    <w:rPr>
      <w:rFonts w:ascii="Liberation Serif" w:hAnsi="Liberation Serif" w:eastAsia="Liberation Serif" w:cs="Liberation Serif"/>
    </w:rPr>
  </w:style>
  <w:style w:type="paragraph" w:styleId="BodyText3">
    <w:name w:val="Body Text 3"/>
    <w:basedOn w:val="Normal"/>
    <w:link w:val="BodyText3Char"/>
    <w:uiPriority w:val="99"/>
    <w:unhideWhenUsed/>
    <w:rsid w:val="00AA1D8D"/>
    <w:pPr>
      <w:spacing w:after="120"/>
    </w:pPr>
    <w:rPr>
      <w:rFonts w:ascii="Liberation Serif" w:hAnsi="Liberation Serif" w:eastAsia="Liberation Serif" w:cs="Liberation Serif"/>
      <w:sz w:val="16"/>
      <w:szCs w:val="16"/>
    </w:rPr>
  </w:style>
  <w:style w:type="character" w:customStyle="1" w:styleId="BodyText3Char">
    <w:name w:val="Body Text 3 Char"/>
    <w:basedOn w:val="DefaultParagraphFont"/>
    <w:link w:val="BodyText3"/>
    <w:uiPriority w:val="99"/>
    <w:rsid w:val="00AA1D8D"/>
    <w:rPr>
      <w:rFonts w:ascii="Liberation Serif" w:hAnsi="Liberation Serif" w:eastAsia="Liberation Serif" w:cs="Liberation Serif"/>
      <w:sz w:val="16"/>
      <w:szCs w:val="16"/>
    </w:rPr>
  </w:style>
  <w:style w:type="paragraph" w:styleId="List">
    <w:name w:val="List"/>
    <w:basedOn w:val="Normal"/>
    <w:uiPriority w:val="99"/>
    <w:unhideWhenUsed/>
    <w:rsid w:val="00AA1D8D"/>
    <w:pPr>
      <w:ind w:left="360" w:hanging="360"/>
      <w:contextualSpacing/>
    </w:pPr>
    <w:rPr>
      <w:rFonts w:ascii="Liberation Serif" w:hAnsi="Liberation Serif" w:eastAsia="Liberation Serif" w:cs="Liberation Serif"/>
    </w:rPr>
  </w:style>
  <w:style w:type="paragraph" w:styleId="List2">
    <w:name w:val="List 2"/>
    <w:basedOn w:val="Normal"/>
    <w:uiPriority w:val="99"/>
    <w:unhideWhenUsed/>
    <w:rsid w:val="00326F90"/>
    <w:pPr>
      <w:ind w:left="720" w:hanging="360"/>
      <w:contextualSpacing/>
    </w:pPr>
    <w:rPr>
      <w:rFonts w:ascii="Liberation Serif" w:hAnsi="Liberation Serif" w:eastAsia="Liberation Serif" w:cs="Liberation Serif"/>
    </w:rPr>
  </w:style>
  <w:style w:type="paragraph" w:styleId="List3">
    <w:name w:val="List 3"/>
    <w:basedOn w:val="Normal"/>
    <w:uiPriority w:val="99"/>
    <w:unhideWhenUsed/>
    <w:rsid w:val="00326F90"/>
    <w:pPr>
      <w:ind w:left="1080" w:hanging="360"/>
      <w:contextualSpacing/>
    </w:pPr>
    <w:rPr>
      <w:rFonts w:ascii="Liberation Serif" w:hAnsi="Liberation Serif" w:eastAsia="Liberation Serif" w:cs="Liberation Serif"/>
    </w:rPr>
  </w:style>
  <w:style w:type="paragraph" w:styleId="ListBullet">
    <w:name w:val="List Bullet"/>
    <w:basedOn w:val="Normal"/>
    <w:uiPriority w:val="99"/>
    <w:unhideWhenUsed/>
    <w:rsid w:val="00326F90"/>
    <w:pPr>
      <w:numPr>
        <w:numId w:val="1"/>
      </w:numPr>
      <w:contextualSpacing/>
    </w:pPr>
    <w:rPr>
      <w:rFonts w:ascii="Liberation Serif" w:hAnsi="Liberation Serif" w:eastAsia="Liberation Serif" w:cs="Liberation Serif"/>
    </w:rPr>
  </w:style>
  <w:style w:type="paragraph" w:styleId="ListBullet2">
    <w:name w:val="List Bullet 2"/>
    <w:basedOn w:val="Normal"/>
    <w:uiPriority w:val="99"/>
    <w:unhideWhenUsed/>
    <w:rsid w:val="00326F90"/>
    <w:pPr>
      <w:numPr>
        <w:numId w:val="2"/>
      </w:numPr>
      <w:contextualSpacing/>
    </w:pPr>
    <w:rPr>
      <w:rFonts w:ascii="Liberation Serif" w:hAnsi="Liberation Serif" w:eastAsia="Liberation Serif" w:cs="Liberation Serif"/>
    </w:rPr>
  </w:style>
  <w:style w:type="paragraph" w:styleId="ListBullet3">
    <w:name w:val="List Bullet 3"/>
    <w:basedOn w:val="Normal"/>
    <w:uiPriority w:val="99"/>
    <w:unhideWhenUsed/>
    <w:rsid w:val="00326F90"/>
    <w:pPr>
      <w:numPr>
        <w:numId w:val="3"/>
      </w:numPr>
      <w:contextualSpacing/>
    </w:pPr>
    <w:rPr>
      <w:rFonts w:ascii="Liberation Serif" w:hAnsi="Liberation Serif" w:eastAsia="Liberation Serif" w:cs="Liberation Serif"/>
    </w:rPr>
  </w:style>
  <w:style w:type="paragraph" w:styleId="ListNumber">
    <w:name w:val="List Number"/>
    <w:basedOn w:val="Normal"/>
    <w:uiPriority w:val="99"/>
    <w:unhideWhenUsed/>
    <w:rsid w:val="00326F90"/>
    <w:pPr>
      <w:numPr>
        <w:numId w:val="5"/>
      </w:numPr>
      <w:contextualSpacing/>
    </w:pPr>
    <w:rPr>
      <w:rFonts w:ascii="Liberation Serif" w:hAnsi="Liberation Serif" w:eastAsia="Liberation Serif" w:cs="Liberation Serif"/>
    </w:rPr>
  </w:style>
  <w:style w:type="paragraph" w:styleId="ListNumber2">
    <w:name w:val="List Number 2"/>
    <w:basedOn w:val="Normal"/>
    <w:uiPriority w:val="99"/>
    <w:unhideWhenUsed/>
    <w:rsid w:val="0029639D"/>
    <w:pPr>
      <w:numPr>
        <w:numId w:val="6"/>
      </w:numPr>
      <w:contextualSpacing/>
    </w:pPr>
    <w:rPr>
      <w:rFonts w:ascii="Liberation Serif" w:hAnsi="Liberation Serif" w:eastAsia="Liberation Serif" w:cs="Liberation Serif"/>
    </w:rPr>
  </w:style>
  <w:style w:type="paragraph" w:styleId="ListNumber3">
    <w:name w:val="List Number 3"/>
    <w:basedOn w:val="Normal"/>
    <w:uiPriority w:val="99"/>
    <w:unhideWhenUsed/>
    <w:rsid w:val="0029639D"/>
    <w:pPr>
      <w:numPr>
        <w:numId w:val="7"/>
      </w:numPr>
      <w:contextualSpacing/>
    </w:pPr>
    <w:rPr>
      <w:rFonts w:ascii="Liberation Serif" w:hAnsi="Liberation Serif" w:eastAsia="Liberation Serif" w:cs="Liberation Serif"/>
    </w:rPr>
  </w:style>
  <w:style w:type="paragraph" w:styleId="ListContinue">
    <w:name w:val="List Continue"/>
    <w:basedOn w:val="Normal"/>
    <w:uiPriority w:val="99"/>
    <w:unhideWhenUsed/>
    <w:rsid w:val="0029639D"/>
    <w:pPr>
      <w:spacing w:after="120"/>
      <w:ind w:left="360"/>
      <w:contextualSpacing/>
    </w:pPr>
    <w:rPr>
      <w:rFonts w:ascii="Liberation Serif" w:hAnsi="Liberation Serif" w:eastAsia="Liberation Serif" w:cs="Liberation Serif"/>
    </w:rPr>
  </w:style>
  <w:style w:type="paragraph" w:styleId="ListContinue2">
    <w:name w:val="List Continue 2"/>
    <w:basedOn w:val="Normal"/>
    <w:uiPriority w:val="99"/>
    <w:unhideWhenUsed/>
    <w:rsid w:val="0029639D"/>
    <w:pPr>
      <w:spacing w:after="120"/>
      <w:ind w:left="720"/>
      <w:contextualSpacing/>
    </w:pPr>
    <w:rPr>
      <w:rFonts w:ascii="Liberation Serif" w:hAnsi="Liberation Serif" w:eastAsia="Liberation Serif" w:cs="Liberation Serif"/>
    </w:rPr>
  </w:style>
  <w:style w:type="paragraph" w:styleId="ListContinue3">
    <w:name w:val="List Continue 3"/>
    <w:basedOn w:val="Normal"/>
    <w:uiPriority w:val="99"/>
    <w:unhideWhenUsed/>
    <w:rsid w:val="0029639D"/>
    <w:pPr>
      <w:spacing w:after="120"/>
      <w:ind w:left="1080"/>
      <w:contextualSpacing/>
    </w:pPr>
    <w:rPr>
      <w:rFonts w:ascii="Liberation Serif" w:hAnsi="Liberation Serif" w:eastAsia="Liberation Serif" w:cs="Liberation Serif"/>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Liberation Serif" w:hAnsi="Liberation Serif" w:eastAsia="Liberation Serif" w:cs="Liberation Serif"/>
      <w:sz w:val="20"/>
      <w:szCs w:val="20"/>
    </w:rPr>
  </w:style>
  <w:style w:type="character" w:customStyle="1" w:styleId="MacroTextChar">
    <w:name w:val="Macro Text Char"/>
    <w:basedOn w:val="DefaultParagraphFont"/>
    <w:link w:val="MacroText"/>
    <w:uiPriority w:val="99"/>
    <w:rsid w:val="0029639D"/>
    <w:rPr>
      <w:rFonts w:ascii="Liberation Serif" w:hAnsi="Liberation Serif" w:eastAsia="Liberation Serif" w:cs="Liberation Serif"/>
      <w:sz w:val="20"/>
      <w:szCs w:val="20"/>
    </w:rPr>
  </w:style>
  <w:style w:type="paragraph" w:styleId="Quote">
    <w:name w:val="Quote"/>
    <w:basedOn w:val="Normal"/>
    <w:next w:val="Normal"/>
    <w:link w:val="QuoteChar"/>
    <w:uiPriority w:val="29"/>
    <w:qFormat/>
    <w:rsid w:val="00FC693F"/>
    <w:rPr>
      <w:rFonts w:ascii="Liberation Serif" w:hAnsi="Liberation Serif" w:eastAsia="Liberation Serif" w:cs="Liberation Serif"/>
      <w:i/>
      <w:iCs/>
      <w:color w:val="000000" w:themeColor="text1"/>
    </w:rPr>
  </w:style>
  <w:style w:type="character" w:customStyle="1" w:styleId="QuoteChar">
    <w:name w:val="Quote Char"/>
    <w:basedOn w:val="DefaultParagraphFont"/>
    <w:link w:val="Quote"/>
    <w:uiPriority w:val="29"/>
    <w:rsid w:val="00FC693F"/>
    <w:rPr>
      <w:rFonts w:ascii="Liberation Serif" w:hAnsi="Liberation Serif" w:eastAsia="Liberation Serif" w:cs="Liberation Serif"/>
      <w:i/>
      <w:iCs/>
      <w:color w:val="000000" w:themeColor="text1"/>
    </w:rPr>
  </w:style>
  <w:style w:type="character" w:customStyle="1" w:styleId="Heading4Char">
    <w:name w:val="Heading 4 Char"/>
    <w:basedOn w:val="DefaultParagraphFont"/>
    <w:link w:val="Heading4"/>
    <w:uiPriority w:val="9"/>
    <w:semiHidden/>
    <w:rsid w:val="00FC693F"/>
    <w:rPr>
      <w:rFonts w:ascii="Liberation Serif" w:hAnsi="Liberation Serif" w:eastAsia="Liberation Serif" w:cs="Liberation Serif"/>
      <w:b/>
      <w:bCs/>
      <w:i/>
      <w:iCs/>
      <w:color w:val="4F81BD" w:themeColor="accent1"/>
    </w:rPr>
  </w:style>
  <w:style w:type="character" w:customStyle="1" w:styleId="Heading5Char">
    <w:name w:val="Heading 5 Char"/>
    <w:basedOn w:val="DefaultParagraphFont"/>
    <w:link w:val="Heading5"/>
    <w:uiPriority w:val="9"/>
    <w:semiHidden/>
    <w:rsid w:val="00FC693F"/>
    <w:rPr>
      <w:rFonts w:ascii="Liberation Serif" w:hAnsi="Liberation Serif" w:eastAsia="Liberation Serif" w:cs="Liberation Serif"/>
      <w:color w:val="243F60" w:themeColor="accent1" w:themeShade="7F"/>
    </w:rPr>
  </w:style>
  <w:style w:type="character" w:customStyle="1" w:styleId="Heading6Char">
    <w:name w:val="Heading 6 Char"/>
    <w:basedOn w:val="DefaultParagraphFont"/>
    <w:link w:val="Heading6"/>
    <w:uiPriority w:val="9"/>
    <w:semiHidden/>
    <w:rsid w:val="00FC693F"/>
    <w:rPr>
      <w:rFonts w:ascii="Liberation Serif" w:hAnsi="Liberation Serif" w:eastAsia="Liberation Serif" w:cs="Liberation Serif"/>
      <w:i/>
      <w:iCs/>
      <w:color w:val="243F60" w:themeColor="accent1" w:themeShade="7F"/>
    </w:rPr>
  </w:style>
  <w:style w:type="character" w:customStyle="1" w:styleId="Heading7Char">
    <w:name w:val="Heading 7 Char"/>
    <w:basedOn w:val="DefaultParagraphFont"/>
    <w:link w:val="Heading7"/>
    <w:uiPriority w:val="9"/>
    <w:semiHidden/>
    <w:rsid w:val="00FC693F"/>
    <w:rPr>
      <w:rFonts w:ascii="Liberation Serif" w:hAnsi="Liberation Serif" w:eastAsia="Liberation Serif" w:cs="Liberation Serif"/>
      <w:i/>
      <w:iCs/>
      <w:color w:val="404040" w:themeColor="text1" w:themeTint="BF"/>
    </w:rPr>
  </w:style>
  <w:style w:type="character" w:customStyle="1" w:styleId="Heading8Char">
    <w:name w:val="Heading 8 Char"/>
    <w:basedOn w:val="DefaultParagraphFont"/>
    <w:link w:val="Heading8"/>
    <w:uiPriority w:val="9"/>
    <w:semiHidden/>
    <w:rsid w:val="00FC693F"/>
    <w:rPr>
      <w:rFonts w:ascii="Liberation Serif" w:hAnsi="Liberation Serif" w:eastAsia="Liberation Serif" w:cs="Liberation Serif"/>
      <w:color w:val="4F81BD" w:themeColor="accent1"/>
      <w:sz w:val="20"/>
      <w:szCs w:val="20"/>
    </w:rPr>
  </w:style>
  <w:style w:type="character" w:customStyle="1" w:styleId="Heading9Char">
    <w:name w:val="Heading 9 Char"/>
    <w:basedOn w:val="DefaultParagraphFont"/>
    <w:link w:val="Heading9"/>
    <w:uiPriority w:val="9"/>
    <w:semiHidden/>
    <w:rsid w:val="00FC693F"/>
    <w:rPr>
      <w:rFonts w:ascii="Liberation Serif" w:hAnsi="Liberation Serif" w:eastAsia="Liberation Serif" w:cs="Liberation Serif"/>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Liberation Serif" w:hAnsi="Liberation Serif" w:eastAsia="Liberation Serif" w:cs="Liberation Serif"/>
      <w:b/>
      <w:bCs/>
      <w:color w:val="4F81BD" w:themeColor="accent1"/>
      <w:sz w:val="18"/>
      <w:szCs w:val="18"/>
    </w:rPr>
  </w:style>
  <w:style w:type="character" w:styleId="Strong">
    <w:name w:val="Strong"/>
    <w:basedOn w:val="DefaultParagraphFont"/>
    <w:uiPriority w:val="22"/>
    <w:qFormat/>
    <w:rsid w:val="00FC693F"/>
    <w:rPr>
      <w:rFonts w:ascii="Liberation Serif" w:hAnsi="Liberation Serif" w:eastAsia="Liberation Serif" w:cs="Liberation Serif"/>
      <w:b/>
      <w:bCs/>
    </w:rPr>
  </w:style>
  <w:style w:type="character" w:styleId="Emphasis">
    <w:name w:val="Emphasis"/>
    <w:basedOn w:val="DefaultParagraphFont"/>
    <w:uiPriority w:val="20"/>
    <w:qFormat/>
    <w:rsid w:val="00FC693F"/>
    <w:rPr>
      <w:rFonts w:ascii="Liberation Serif" w:hAnsi="Liberation Serif" w:eastAsia="Liberation Serif" w:cs="Liberation Serif"/>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Liberation Serif" w:hAnsi="Liberation Serif" w:eastAsia="Liberation Serif" w:cs="Liberation Serif"/>
      <w:b/>
      <w:bCs/>
      <w:i/>
      <w:iCs/>
      <w:color w:val="4F81BD" w:themeColor="accent1"/>
    </w:rPr>
  </w:style>
  <w:style w:type="character" w:customStyle="1" w:styleId="IntenseQuoteChar">
    <w:name w:val="Intense Quote Char"/>
    <w:basedOn w:val="DefaultParagraphFont"/>
    <w:link w:val="IntenseQuote"/>
    <w:uiPriority w:val="30"/>
    <w:rsid w:val="00FC693F"/>
    <w:rPr>
      <w:rFonts w:ascii="Liberation Serif" w:hAnsi="Liberation Serif" w:eastAsia="Liberation Serif" w:cs="Liberation Serif"/>
      <w:b/>
      <w:bCs/>
      <w:i/>
      <w:iCs/>
      <w:color w:val="4F81BD" w:themeColor="accent1"/>
    </w:rPr>
  </w:style>
  <w:style w:type="character" w:styleId="SubtleEmphasis">
    <w:name w:val="Subtle Emphasis"/>
    <w:basedOn w:val="DefaultParagraphFont"/>
    <w:uiPriority w:val="19"/>
    <w:qFormat/>
    <w:rsid w:val="00FC693F"/>
    <w:rPr>
      <w:rFonts w:ascii="Liberation Serif" w:hAnsi="Liberation Serif" w:eastAsia="Liberation Serif" w:cs="Liberation Serif"/>
      <w:i/>
      <w:iCs/>
      <w:color w:val="808080" w:themeColor="text1" w:themeTint="7F"/>
    </w:rPr>
  </w:style>
  <w:style w:type="character" w:styleId="IntenseEmphasis">
    <w:name w:val="Intense Emphasis"/>
    <w:basedOn w:val="DefaultParagraphFont"/>
    <w:uiPriority w:val="21"/>
    <w:qFormat/>
    <w:rsid w:val="00FC693F"/>
    <w:rPr>
      <w:rFonts w:ascii="Liberation Serif" w:hAnsi="Liberation Serif" w:eastAsia="Liberation Serif" w:cs="Liberation Serif"/>
      <w:b/>
      <w:bCs/>
      <w:i/>
      <w:iCs/>
      <w:color w:val="4F81BD" w:themeColor="accent1"/>
    </w:rPr>
  </w:style>
  <w:style w:type="character" w:styleId="SubtleReference">
    <w:name w:val="Subtle Reference"/>
    <w:basedOn w:val="DefaultParagraphFont"/>
    <w:uiPriority w:val="31"/>
    <w:qFormat/>
    <w:rsid w:val="00FC693F"/>
    <w:rPr>
      <w:rFonts w:ascii="Liberation Serif" w:hAnsi="Liberation Serif" w:eastAsia="Liberation Serif" w:cs="Liberation Serif"/>
      <w:smallCaps/>
      <w:color w:val="C0504D" w:themeColor="accent2"/>
      <w:u w:val="single"/>
    </w:rPr>
  </w:style>
  <w:style w:type="character" w:styleId="IntenseReference">
    <w:name w:val="Intense Reference"/>
    <w:basedOn w:val="DefaultParagraphFont"/>
    <w:uiPriority w:val="32"/>
    <w:qFormat/>
    <w:rsid w:val="00FC693F"/>
    <w:rPr>
      <w:rFonts w:ascii="Liberation Serif" w:hAnsi="Liberation Serif" w:eastAsia="Liberation Serif" w:cs="Liberation Serif"/>
      <w:b/>
      <w:bCs/>
      <w:smallCaps/>
      <w:color w:val="C0504D" w:themeColor="accent2"/>
      <w:spacing w:val="5"/>
      <w:u w:val="single"/>
    </w:rPr>
  </w:style>
  <w:style w:type="character" w:styleId="BookTitle">
    <w:name w:val="Book Title"/>
    <w:basedOn w:val="DefaultParagraphFont"/>
    <w:uiPriority w:val="33"/>
    <w:qFormat/>
    <w:rsid w:val="00FC693F"/>
    <w:rPr>
      <w:rFonts w:ascii="Liberation Serif" w:hAnsi="Liberation Serif" w:eastAsia="Liberation Serif" w:cs="Liberation Serif"/>
      <w:b/>
      <w:bCs/>
      <w:smallCaps/>
      <w:spacing w:val="5"/>
    </w:rPr>
  </w:style>
  <w:style w:type="paragraph" w:styleId="TOCHeading">
    <w:name w:val="TOC Heading"/>
    <w:basedOn w:val="Heading1"/>
    <w:next w:val="Normal"/>
    <w:uiPriority w:val="39"/>
    <w:semiHidden/>
    <w:unhideWhenUsed/>
    <w:qFormat/>
    <w:rsid w:val="00FC693F"/>
    <w:pPr>
      <w:outlineLvl w:val="9"/>
    </w:pPr>
    <w:rPr>
      <w:rFonts w:ascii="Liberation Serif" w:hAnsi="Liberation Serif" w:eastAsia="Liberation Serif" w:cs="Liberation Serif"/>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rPr>
      <w:rFonts w:ascii="Liberation Serif" w:hAnsi="Liberation Serif" w:eastAsia="Liberation Serif" w:cs="Liberation Serif"/>
    </w:rPr>
  </w:style>
  <w:style w:type="table" w:styleId="LightShading">
    <w:name w:val="Light Shading"/>
    <w:basedOn w:val="TableNormal"/>
    <w:uiPriority w:val="60"/>
    <w:rsid w:val="00FC693F"/>
    <w:pPr>
      <w:spacing w:after="0" w:line="240" w:lineRule="auto"/>
    </w:pPr>
    <w:rPr>
      <w:rFonts w:ascii="Liberation Serif" w:hAnsi="Liberation Serif" w:eastAsia="Liberation Serif" w:cs="Liberation Serif"/>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Liberation Serif" w:hAnsi="Liberation Serif" w:eastAsia="Liberation Serif" w:cs="Liberation Serif"/>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Liberation Serif" w:hAnsi="Liberation Serif" w:eastAsia="Liberation Serif" w:cs="Liberation Serif"/>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Liberation Serif" w:hAnsi="Liberation Serif" w:eastAsia="Liberation Serif" w:cs="Liberation Serif"/>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Liberation Serif" w:hAnsi="Liberation Serif" w:eastAsia="Liberation Serif" w:cs="Liberation Serif"/>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Liberation Serif" w:hAnsi="Liberation Serif" w:eastAsia="Liberation Serif" w:cs="Liberation Serif"/>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Liberation Serif" w:hAnsi="Liberation Serif" w:eastAsia="Liberation Serif" w:cs="Liberation Serif"/>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rPr>
      <w:rFonts w:ascii="Liberation Serif" w:hAnsi="Liberation Serif" w:eastAsia="Liberation Serif" w:cs="Liberation Serif"/>
    </w:r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rPr>
      <w:rFonts w:ascii="Liberation Serif" w:hAnsi="Liberation Serif" w:eastAsia="Liberation Serif" w:cs="Liberation Serif"/>
    </w:r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rPr>
      <w:rFonts w:ascii="Liberation Serif" w:hAnsi="Liberation Serif" w:eastAsia="Liberation Serif" w:cs="Liberation Serif"/>
    </w:r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rPr>
      <w:rFonts w:ascii="Liberation Serif" w:hAnsi="Liberation Serif" w:eastAsia="Liberation Serif" w:cs="Liberation Serif"/>
    </w:r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rPr>
      <w:rFonts w:ascii="Liberation Serif" w:hAnsi="Liberation Serif" w:eastAsia="Liberation Serif" w:cs="Liberation Serif"/>
    </w:r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rPr>
      <w:rFonts w:ascii="Liberation Serif" w:hAnsi="Liberation Serif" w:eastAsia="Liberation Serif" w:cs="Liberation Serif"/>
    </w:r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rPr>
      <w:rFonts w:ascii="Liberation Serif" w:hAnsi="Liberation Serif" w:eastAsia="Liberation Serif" w:cs="Liberation Serif"/>
    </w:r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rPr>
      <w:rFonts w:ascii="Liberation Serif" w:hAnsi="Liberation Serif" w:eastAsia="Liberation Serif" w:cs="Liberation Serif"/>
    </w:r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rPr>
      <w:rFonts w:ascii="Liberation Serif" w:hAnsi="Liberation Serif" w:eastAsia="Liberation Serif" w:cs="Liberation Serif"/>
    </w:r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rPr>
      <w:rFonts w:ascii="Liberation Serif" w:hAnsi="Liberation Serif" w:eastAsia="Liberation Serif" w:cs="Liberation Serif"/>
    </w:r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rPr>
      <w:rFonts w:ascii="Liberation Serif" w:hAnsi="Liberation Serif" w:eastAsia="Liberation Serif" w:cs="Liberation Serif"/>
    </w:r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rPr>
      <w:rFonts w:ascii="Liberation Serif" w:hAnsi="Liberation Serif" w:eastAsia="Liberation Serif" w:cs="Liberation Serif"/>
    </w:r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rPr>
      <w:rFonts w:ascii="Liberation Serif" w:hAnsi="Liberation Serif" w:eastAsia="Liberation Serif" w:cs="Liberation Serif"/>
    </w:r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rPr>
      <w:rFonts w:ascii="Liberation Serif" w:hAnsi="Liberation Serif" w:eastAsia="Liberation Serif" w:cs="Liberation Serif"/>
    </w:r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rPr>
      <w:rFonts w:ascii="Liberation Serif" w:hAnsi="Liberation Serif" w:eastAsia="Liberation Serif" w:cs="Liberation Serif"/>
    </w:r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rPr>
      <w:rFonts w:ascii="Liberation Serif" w:hAnsi="Liberation Serif" w:eastAsia="Liberation Serif" w:cs="Liberation Serif"/>
    </w:r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rPr>
      <w:rFonts w:ascii="Liberation Serif" w:hAnsi="Liberation Serif" w:eastAsia="Liberation Serif" w:cs="Liberation Serif"/>
    </w:r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rPr>
      <w:rFonts w:ascii="Liberation Serif" w:hAnsi="Liberation Serif" w:eastAsia="Liberation Serif" w:cs="Liberation Serif"/>
    </w:r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rPr>
      <w:rFonts w:ascii="Liberation Serif" w:hAnsi="Liberation Serif" w:eastAsia="Liberation Serif" w:cs="Liberation Serif"/>
    </w:r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rPr>
      <w:rFonts w:ascii="Liberation Serif" w:hAnsi="Liberation Serif" w:eastAsia="Liberation Serif" w:cs="Liberation Serif"/>
    </w:r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rPr>
      <w:rFonts w:ascii="Liberation Serif" w:hAnsi="Liberation Serif" w:eastAsia="Liberation Serif" w:cs="Liberation Serif"/>
    </w:r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rPr>
      <w:rFonts w:ascii="Liberation Serif" w:hAnsi="Liberation Serif" w:eastAsia="Liberation Serif" w:cs="Liberation Serif"/>
    </w:r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rPr>
      <w:rFonts w:ascii="Liberation Serif" w:hAnsi="Liberation Serif" w:eastAsia="Liberation Serif" w:cs="Liberation Serif"/>
    </w:r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rPr>
      <w:rFonts w:ascii="Liberation Serif" w:hAnsi="Liberation Serif" w:eastAsia="Liberation Serif" w:cs="Liberation Serif"/>
    </w:r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rPr>
      <w:rFonts w:ascii="Liberation Serif" w:hAnsi="Liberation Serif" w:eastAsia="Liberation Serif" w:cs="Liberation Serif"/>
    </w:r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rPr>
      <w:rFonts w:ascii="Liberation Serif" w:hAnsi="Liberation Serif" w:eastAsia="Liberation Serif" w:cs="Liberation Serif"/>
    </w:r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rPr>
      <w:rFonts w:ascii="Liberation Serif" w:hAnsi="Liberation Serif" w:eastAsia="Liberation Serif" w:cs="Liberation Serif"/>
    </w:r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rPr>
      <w:rFonts w:ascii="Liberation Serif" w:hAnsi="Liberation Serif" w:eastAsia="Liberation Serif" w:cs="Liberation Serif"/>
    </w:rPr>
  </w:style>
  <w:style w:type="table" w:styleId="MediumList1">
    <w:name w:val="Medium List 1"/>
    <w:basedOn w:val="TableNormal"/>
    <w:uiPriority w:val="65"/>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rPr>
      <w:rFonts w:ascii="Liberation Serif" w:hAnsi="Liberation Serif" w:eastAsia="Liberation Serif" w:cs="Liberation Serif"/>
    </w:r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rPr>
      <w:rFonts w:ascii="Liberation Serif" w:hAnsi="Liberation Serif" w:eastAsia="Liberation Serif" w:cs="Liberation Serif"/>
    </w:r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rPr>
      <w:rFonts w:ascii="Liberation Serif" w:hAnsi="Liberation Serif" w:eastAsia="Liberation Serif" w:cs="Liberation Serif"/>
    </w:r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rPr>
      <w:rFonts w:ascii="Liberation Serif" w:hAnsi="Liberation Serif" w:eastAsia="Liberation Serif" w:cs="Liberation Serif"/>
    </w:r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rPr>
      <w:rFonts w:ascii="Liberation Serif" w:hAnsi="Liberation Serif" w:eastAsia="Liberation Serif" w:cs="Liberation Serif"/>
    </w:r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rPr>
      <w:rFonts w:ascii="Liberation Serif" w:hAnsi="Liberation Serif" w:eastAsia="Liberation Serif" w:cs="Liberation Serif"/>
    </w:r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rPr>
      <w:rFonts w:ascii="Liberation Serif" w:hAnsi="Liberation Serif" w:eastAsia="Liberation Serif" w:cs="Liberation Serif"/>
    </w:rPr>
  </w:style>
  <w:style w:type="table" w:styleId="MediumGrid2">
    <w:name w:val="Medium Grid 2"/>
    <w:basedOn w:val="TableNormal"/>
    <w:uiPriority w:val="68"/>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rPr>
      <w:rFonts w:ascii="Liberation Serif" w:hAnsi="Liberation Serif" w:eastAsia="Liberation Serif" w:cs="Liberation Serif"/>
    </w:r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rPr>
      <w:rFonts w:ascii="Liberation Serif" w:hAnsi="Liberation Serif" w:eastAsia="Liberation Serif" w:cs="Liberation Serif"/>
    </w:r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rPr>
      <w:rFonts w:ascii="Liberation Serif" w:hAnsi="Liberation Serif" w:eastAsia="Liberation Serif" w:cs="Liberation Serif"/>
    </w:r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rPr>
      <w:rFonts w:ascii="Liberation Serif" w:hAnsi="Liberation Serif" w:eastAsia="Liberation Serif" w:cs="Liberation Serif"/>
    </w:r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rPr>
      <w:rFonts w:ascii="Liberation Serif" w:hAnsi="Liberation Serif" w:eastAsia="Liberation Serif" w:cs="Liberation Serif"/>
    </w:r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rPr>
      <w:rFonts w:ascii="Liberation Serif" w:hAnsi="Liberation Serif" w:eastAsia="Liberation Serif" w:cs="Liberation Serif"/>
    </w:r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rPr>
      <w:rFonts w:ascii="Liberation Serif" w:hAnsi="Liberation Serif" w:eastAsia="Liberation Serif" w:cs="Liberation Serif"/>
    </w:rPr>
  </w:style>
  <w:style w:type="table" w:styleId="DarkList">
    <w:name w:val="Dark List"/>
    <w:basedOn w:val="TableNormal"/>
    <w:uiPriority w:val="70"/>
    <w:rsid w:val="00CB0664"/>
    <w:pPr>
      <w:spacing w:after="0" w:line="240" w:lineRule="auto"/>
    </w:pPr>
    <w:rPr>
      <w:rFonts w:ascii="Liberation Serif" w:hAnsi="Liberation Serif" w:eastAsia="Liberation Serif" w:cs="Liberation Serif"/>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Liberation Serif" w:hAnsi="Liberation Serif" w:eastAsia="Liberation Serif" w:cs="Liberation Serif"/>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Liberation Serif" w:hAnsi="Liberation Serif" w:eastAsia="Liberation Serif" w:cs="Liberation Serif"/>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Liberation Serif" w:hAnsi="Liberation Serif" w:eastAsia="Liberation Serif" w:cs="Liberation Serif"/>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Liberation Serif" w:hAnsi="Liberation Serif" w:eastAsia="Liberation Serif" w:cs="Liberation Serif"/>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Liberation Serif" w:hAnsi="Liberation Serif" w:eastAsia="Liberation Serif" w:cs="Liberation Serif"/>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Liberation Serif" w:hAnsi="Liberation Serif" w:eastAsia="Liberation Serif" w:cs="Liberation Serif"/>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_UDC">
    <w:name w:val="Article_UDC"/>
    <w:basedOn w:val="Normal"/>
    <w:qFormat/>
    <w:uiPriority w:val="10"/>
    <w:pPr>
      <w:widowControl/>
      <w:spacing w:before="0" w:after="240" w:line="240" w:lineRule="auto"/>
      <w:ind w:firstLine="0" w:left="0" w:right="0"/>
      <w:jc w:val="left"/>
      <w:keepNext/>
    </w:pPr>
    <w:rPr>
      <w:rFonts w:ascii="Liberation Serif" w:hAnsi="Liberation Serif" w:eastAsia="Liberation Serif" w:cs="Liberation Serif"/>
      <w:b w:val="0"/>
      <w:i/>
      <w:caps w:val="0"/>
      <w:sz w:val="24"/>
      <w:lang w:val="ru-RU" w:eastAsia="ru-RU" w:bidi="ru-RU"/>
    </w:rPr>
  </w:style>
  <w:style w:type="paragraph" w:customStyle="1" w:styleId="Article_Authors_RU">
    <w:name w:val="Article_Authors_RU"/>
    <w:basedOn w:val="Normal"/>
    <w:qFormat/>
    <w:uiPriority w:val="10"/>
    <w:pPr>
      <w:widowControl/>
      <w:spacing w:before="0" w:after="240" w:line="240" w:lineRule="auto"/>
      <w:ind w:firstLine="0" w:left="0" w:right="0"/>
      <w:jc w:val="left"/>
      <w:keepNext/>
    </w:pPr>
    <w:rPr>
      <w:rFonts w:ascii="Liberation Serif" w:hAnsi="Liberation Serif" w:eastAsia="Liberation Serif" w:cs="Liberation Serif"/>
      <w:b/>
      <w:i/>
      <w:caps w:val="0"/>
      <w:sz w:val="24"/>
      <w:lang w:val="ru-RU" w:eastAsia="ru-RU" w:bidi="ru-RU"/>
    </w:rPr>
  </w:style>
  <w:style w:type="paragraph" w:customStyle="1" w:styleId="Article_Affiliation_RU">
    <w:name w:val="Article_Affiliation_RU"/>
    <w:basedOn w:val="Normal"/>
    <w:qFormat/>
    <w:uiPriority w:val="10"/>
    <w:pPr>
      <w:widowControl/>
      <w:spacing w:before="0" w:after="0" w:line="240" w:lineRule="auto"/>
      <w:ind w:firstLine="0" w:left="0" w:right="0"/>
      <w:jc w:val="left"/>
      <w:keepNext/>
    </w:pPr>
    <w:rPr>
      <w:rFonts w:ascii="Liberation Serif" w:hAnsi="Liberation Serif" w:eastAsia="Liberation Serif" w:cs="Liberation Serif"/>
      <w:b w:val="0"/>
      <w:i/>
      <w:caps w:val="0"/>
      <w:sz w:val="20"/>
      <w:lang w:val="ru-RU" w:eastAsia="ru-RU" w:bidi="ru-RU"/>
    </w:rPr>
  </w:style>
  <w:style w:type="paragraph" w:customStyle="1" w:styleId="Article_Title_RU">
    <w:name w:val="Article_Title_RU"/>
    <w:basedOn w:val="Normal"/>
    <w:qFormat/>
    <w:uiPriority w:val="10"/>
    <w:pPr>
      <w:widowControl/>
      <w:spacing w:before="240" w:after="240" w:line="240" w:lineRule="auto"/>
      <w:ind w:firstLine="0" w:left="0" w:right="0"/>
      <w:jc w:val="both"/>
      <w:keepNext/>
      <w:keepLines/>
    </w:pPr>
    <w:rPr>
      <w:rFonts w:ascii="Liberation Serif" w:hAnsi="Liberation Serif" w:eastAsia="Liberation Serif" w:cs="Liberation Serif"/>
      <w:b/>
      <w:i w:val="0"/>
      <w:caps/>
      <w:sz w:val="24"/>
      <w:lang w:val="ru-RU" w:eastAsia="ru-RU" w:bidi="ru-RU"/>
    </w:rPr>
  </w:style>
  <w:style w:type="paragraph" w:customStyle="1" w:styleId="Article_Abstract_RU">
    <w:name w:val="Article_Abstract_RU"/>
    <w:basedOn w:val="Normal"/>
    <w:qFormat/>
    <w:uiPriority w:val="10"/>
    <w:pPr>
      <w:widowControl/>
      <w:spacing w:before="0" w:after="0" w:line="240" w:lineRule="auto"/>
      <w:ind w:firstLine="567" w:left="0" w:right="0"/>
      <w:jc w:val="both"/>
    </w:pPr>
    <w:rPr>
      <w:rFonts w:ascii="Liberation Serif" w:hAnsi="Liberation Serif" w:eastAsia="Liberation Serif" w:cs="Liberation Serif"/>
      <w:b w:val="0"/>
      <w:i/>
      <w:caps w:val="0"/>
      <w:sz w:val="20"/>
      <w:lang w:val="ru-RU" w:eastAsia="ru-RU" w:bidi="ru-RU"/>
    </w:rPr>
  </w:style>
  <w:style w:type="paragraph" w:customStyle="1" w:styleId="Article_Keywords_RU">
    <w:name w:val="Article_Keywords_RU"/>
    <w:basedOn w:val="Normal"/>
    <w:qFormat/>
    <w:uiPriority w:val="10"/>
    <w:pPr>
      <w:widowControl/>
      <w:spacing w:before="0" w:after="240" w:line="240" w:lineRule="auto"/>
      <w:ind w:firstLine="567" w:left="0" w:right="0"/>
      <w:jc w:val="both"/>
      <w:keepNext/>
    </w:pPr>
    <w:rPr>
      <w:rFonts w:ascii="Liberation Serif" w:hAnsi="Liberation Serif" w:eastAsia="Liberation Serif" w:cs="Liberation Serif"/>
      <w:b w:val="0"/>
      <w:i/>
      <w:caps w:val="0"/>
      <w:sz w:val="20"/>
      <w:lang w:val="ru-RU" w:eastAsia="ru-RU" w:bidi="ru-RU"/>
    </w:rPr>
  </w:style>
  <w:style w:type="paragraph" w:customStyle="1" w:styleId="Article_Body">
    <w:name w:val="Article_Body"/>
    <w:basedOn w:val="Normal"/>
    <w:qFormat/>
    <w:uiPriority w:val="10"/>
    <w:pPr>
      <w:widowControl/>
      <w:spacing w:before="0" w:after="0" w:line="240" w:lineRule="auto"/>
      <w:ind w:firstLine="567" w:left="0" w:right="0"/>
      <w:jc w:val="both"/>
    </w:pPr>
    <w:rPr>
      <w:rFonts w:ascii="Liberation Serif" w:hAnsi="Liberation Serif" w:eastAsia="Liberation Serif" w:cs="Liberation Serif"/>
      <w:b w:val="0"/>
      <w:i w:val="0"/>
      <w:caps w:val="0"/>
      <w:sz w:val="24"/>
      <w:lang w:val="ru-RU" w:eastAsia="ru-RU" w:bidi="ru-RU"/>
    </w:rPr>
  </w:style>
  <w:style w:type="paragraph" w:customStyle="1" w:styleId="Article_Heading_1">
    <w:name w:val="Article_Heading_1"/>
    <w:basedOn w:val="Normal"/>
    <w:qFormat/>
    <w:uiPriority w:val="10"/>
    <w:pPr>
      <w:widowControl/>
      <w:spacing w:before="0" w:after="0" w:line="240" w:lineRule="auto"/>
      <w:ind w:firstLine="0" w:left="0" w:right="0"/>
      <w:jc w:val="left"/>
      <w:keepNext/>
      <w:keepLines/>
      <w:outlineLvl w:val="0"/>
    </w:pPr>
    <w:rPr>
      <w:rFonts w:ascii="Liberation Serif" w:hAnsi="Liberation Serif" w:eastAsia="Liberation Serif" w:cs="Liberation Serif"/>
      <w:b/>
      <w:i w:val="0"/>
      <w:caps w:val="0"/>
      <w:sz w:val="24"/>
      <w:lang w:val="ru-RU" w:eastAsia="ru-RU" w:bidi="ru-RU"/>
    </w:rPr>
  </w:style>
  <w:style w:type="paragraph" w:customStyle="1" w:styleId="Article_Heading_2">
    <w:name w:val="Article_Heading_2"/>
    <w:basedOn w:val="Normal"/>
    <w:qFormat/>
    <w:uiPriority w:val="10"/>
    <w:pPr>
      <w:widowControl/>
      <w:spacing w:before="0" w:after="0" w:line="240" w:lineRule="auto"/>
      <w:ind w:firstLine="0" w:left="0" w:right="0"/>
      <w:jc w:val="left"/>
      <w:keepNext/>
      <w:keepLines/>
      <w:outlineLvl w:val="1"/>
    </w:pPr>
    <w:rPr>
      <w:rFonts w:ascii="Liberation Serif" w:hAnsi="Liberation Serif" w:eastAsia="Liberation Serif" w:cs="Liberation Serif"/>
      <w:b/>
      <w:i/>
      <w:caps w:val="0"/>
      <w:sz w:val="24"/>
      <w:lang w:val="ru-RU" w:eastAsia="ru-RU" w:bidi="ru-RU"/>
    </w:rPr>
  </w:style>
  <w:style w:type="paragraph" w:customStyle="1" w:styleId="Article_Figure_Caption">
    <w:name w:val="Article_Figure_Caption"/>
    <w:basedOn w:val="Normal"/>
    <w:qFormat/>
    <w:uiPriority w:val="10"/>
    <w:pPr>
      <w:widowControl/>
      <w:spacing w:before="0" w:after="0" w:line="240" w:lineRule="auto"/>
      <w:ind w:firstLine="0" w:left="0" w:right="0"/>
      <w:jc w:val="center"/>
      <w:keepNext/>
    </w:pPr>
    <w:rPr>
      <w:rFonts w:ascii="Liberation Serif" w:hAnsi="Liberation Serif" w:eastAsia="Liberation Serif" w:cs="Liberation Serif"/>
      <w:b/>
      <w:i w:val="0"/>
      <w:caps w:val="0"/>
      <w:sz w:val="20"/>
      <w:lang w:val="ru-RU" w:eastAsia="ru-RU" w:bidi="ru-RU"/>
    </w:rPr>
  </w:style>
  <w:style w:type="paragraph" w:customStyle="1" w:styleId="Article_Table_Caption">
    <w:name w:val="Article_Table_Caption"/>
    <w:basedOn w:val="Normal"/>
    <w:qFormat/>
    <w:uiPriority w:val="10"/>
    <w:pPr>
      <w:widowControl/>
      <w:spacing w:before="0" w:after="0" w:line="240" w:lineRule="auto"/>
      <w:ind w:firstLine="0" w:left="0" w:right="0"/>
      <w:jc w:val="left"/>
      <w:keepNext/>
    </w:pPr>
    <w:rPr>
      <w:rFonts w:ascii="Liberation Serif" w:hAnsi="Liberation Serif" w:eastAsia="Liberation Serif" w:cs="Liberation Serif"/>
      <w:b/>
      <w:i w:val="0"/>
      <w:caps w:val="0"/>
      <w:sz w:val="20"/>
      <w:lang w:val="ru-RU" w:eastAsia="ru-RU" w:bidi="ru-RU"/>
    </w:rPr>
  </w:style>
  <w:style w:type="paragraph" w:customStyle="1" w:styleId="Article_Table_Text">
    <w:name w:val="Article_Table_Text"/>
    <w:basedOn w:val="Normal"/>
    <w:qFormat/>
    <w:uiPriority w:val="10"/>
    <w:pPr>
      <w:widowControl/>
      <w:spacing w:before="0" w:after="0" w:line="240" w:lineRule="auto"/>
      <w:ind w:firstLine="0" w:left="0" w:right="0"/>
      <w:jc w:val="center"/>
    </w:pPr>
    <w:rPr>
      <w:rFonts w:ascii="Liberation Serif" w:hAnsi="Liberation Serif" w:eastAsia="Liberation Serif" w:cs="Liberation Serif"/>
      <w:b w:val="0"/>
      <w:i w:val="0"/>
      <w:caps w:val="0"/>
      <w:sz w:val="20"/>
      <w:lang w:val="ru-RU" w:eastAsia="ru-RU" w:bidi="ru-RU"/>
    </w:rPr>
  </w:style>
  <w:style w:type="paragraph" w:customStyle="1" w:styleId="Article_Formula">
    <w:name w:val="Article_Formula"/>
    <w:basedOn w:val="Normal"/>
    <w:qFormat/>
    <w:uiPriority w:val="10"/>
    <w:pPr>
      <w:widowControl/>
      <w:spacing w:before="0" w:after="0" w:line="240" w:lineRule="auto"/>
      <w:ind w:firstLine="0" w:left="0" w:right="0"/>
      <w:jc w:val="center"/>
      <w:keepLines/>
    </w:pPr>
    <w:rPr>
      <w:rFonts w:ascii="Liberation Serif" w:hAnsi="Liberation Serif" w:eastAsia="Liberation Serif" w:cs="Liberation Serif"/>
      <w:b w:val="0"/>
      <w:i w:val="0"/>
      <w:caps w:val="0"/>
      <w:sz w:val="24"/>
      <w:lang w:val="en-US" w:eastAsia="en-US" w:bidi="en-US"/>
    </w:rPr>
  </w:style>
  <w:style w:type="paragraph" w:customStyle="1" w:styleId="Article_References_Heading">
    <w:name w:val="Article_References_Heading"/>
    <w:basedOn w:val="Normal"/>
    <w:qFormat/>
    <w:uiPriority w:val="10"/>
    <w:pPr>
      <w:widowControl/>
      <w:spacing w:before="0" w:after="0" w:line="240" w:lineRule="auto"/>
      <w:ind w:firstLine="0" w:left="0" w:right="0"/>
      <w:jc w:val="left"/>
      <w:keepNext/>
      <w:outlineLvl w:val="0"/>
      <w:keepLines/>
    </w:pPr>
    <w:rPr>
      <w:rFonts w:ascii="Liberation Serif" w:hAnsi="Liberation Serif" w:eastAsia="Liberation Serif" w:cs="Liberation Serif"/>
      <w:b/>
      <w:i w:val="0"/>
      <w:caps w:val="0"/>
      <w:sz w:val="24"/>
      <w:lang w:val="ru-RU" w:eastAsia="ru-RU" w:bidi="ru-RU"/>
    </w:rPr>
  </w:style>
  <w:style w:type="paragraph" w:customStyle="1" w:styleId="Article_Reference_Item">
    <w:name w:val="Article_Reference_Item"/>
    <w:basedOn w:val="Normal"/>
    <w:qFormat/>
    <w:uiPriority w:val="10"/>
    <w:pPr>
      <w:widowControl/>
      <w:spacing w:before="0" w:after="0" w:line="240" w:lineRule="auto"/>
      <w:ind w:hanging="425" w:left="425" w:right="0"/>
      <w:jc w:val="both"/>
    </w:pPr>
    <w:rPr>
      <w:rFonts w:ascii="Liberation Serif" w:hAnsi="Liberation Serif" w:eastAsia="Liberation Serif" w:cs="Liberation Serif"/>
      <w:b w:val="0"/>
      <w:i w:val="0"/>
      <w:caps w:val="0"/>
      <w:sz w:val="24"/>
      <w:lang w:val="ru-RU" w:eastAsia="ru-RU" w:bidi="ru-RU"/>
    </w:rPr>
  </w:style>
  <w:style w:type="paragraph" w:customStyle="1" w:styleId="Article_Author_Info_Heading_RU">
    <w:name w:val="Article_Author_Info_Heading_RU"/>
    <w:basedOn w:val="Normal"/>
    <w:qFormat/>
    <w:uiPriority w:val="10"/>
    <w:pPr>
      <w:widowControl/>
      <w:spacing w:before="0" w:after="0" w:line="240" w:lineRule="auto"/>
      <w:ind w:firstLine="0" w:left="0" w:right="0"/>
      <w:jc w:val="center"/>
      <w:keepNext/>
      <w:outlineLvl w:val="0"/>
    </w:pPr>
    <w:rPr>
      <w:rFonts w:ascii="Liberation Serif" w:hAnsi="Liberation Serif" w:eastAsia="Liberation Serif" w:cs="Liberation Serif"/>
      <w:b/>
      <w:i w:val="0"/>
      <w:caps w:val="0"/>
      <w:sz w:val="24"/>
      <w:lang w:val="ru-RU" w:eastAsia="ru-RU" w:bidi="ru-RU"/>
    </w:rPr>
  </w:style>
  <w:style w:type="paragraph" w:customStyle="1" w:styleId="Article_Author_Info_RU">
    <w:name w:val="Article_Author_Info_RU"/>
    <w:basedOn w:val="Normal"/>
    <w:qFormat/>
    <w:uiPriority w:val="10"/>
    <w:pPr>
      <w:widowControl/>
      <w:spacing w:before="0" w:after="0" w:line="240" w:lineRule="auto"/>
      <w:ind w:firstLine="567" w:left="0" w:right="0"/>
      <w:jc w:val="both"/>
    </w:pPr>
    <w:rPr>
      <w:rFonts w:ascii="Liberation Serif" w:hAnsi="Liberation Serif" w:eastAsia="Liberation Serif" w:cs="Liberation Serif"/>
      <w:b w:val="0"/>
      <w:i w:val="0"/>
      <w:caps w:val="0"/>
      <w:sz w:val="20"/>
      <w:lang w:val="ru-RU" w:eastAsia="ru-RU" w:bidi="ru-RU"/>
    </w:rPr>
  </w:style>
  <w:style w:type="paragraph" w:customStyle="1" w:styleId="Article_Title_EN">
    <w:name w:val="Article_Title_EN"/>
    <w:basedOn w:val="Normal"/>
    <w:qFormat/>
    <w:uiPriority w:val="10"/>
    <w:pPr>
      <w:widowControl/>
      <w:spacing w:before="240" w:after="240" w:line="240" w:lineRule="auto"/>
      <w:ind w:firstLine="0" w:left="0" w:right="0"/>
      <w:jc w:val="both"/>
      <w:keepNext/>
      <w:keepLines/>
    </w:pPr>
    <w:rPr>
      <w:rFonts w:ascii="Liberation Serif" w:hAnsi="Liberation Serif" w:eastAsia="Liberation Serif" w:cs="Liberation Serif"/>
      <w:b/>
      <w:i w:val="0"/>
      <w:caps/>
      <w:sz w:val="24"/>
      <w:lang w:val="en-US" w:eastAsia="en-US" w:bidi="en-US"/>
    </w:rPr>
  </w:style>
  <w:style w:type="paragraph" w:customStyle="1" w:styleId="Article_Authors_EN">
    <w:name w:val="Article_Authors_EN"/>
    <w:basedOn w:val="Normal"/>
    <w:qFormat/>
    <w:uiPriority w:val="10"/>
    <w:pPr>
      <w:widowControl/>
      <w:spacing w:before="0" w:after="240" w:line="240" w:lineRule="auto"/>
      <w:ind w:firstLine="0" w:left="0" w:right="0"/>
      <w:jc w:val="left"/>
      <w:keepNext/>
    </w:pPr>
    <w:rPr>
      <w:rFonts w:ascii="Liberation Serif" w:hAnsi="Liberation Serif" w:eastAsia="Liberation Serif" w:cs="Liberation Serif"/>
      <w:b/>
      <w:i w:val="0"/>
      <w:caps w:val="0"/>
      <w:sz w:val="24"/>
      <w:lang w:val="en-US" w:eastAsia="en-US" w:bidi="en-US"/>
    </w:rPr>
  </w:style>
  <w:style w:type="paragraph" w:customStyle="1" w:styleId="Article_Affiliation_EN">
    <w:name w:val="Article_Affiliation_EN"/>
    <w:basedOn w:val="Normal"/>
    <w:qFormat/>
    <w:uiPriority w:val="10"/>
    <w:pPr>
      <w:widowControl/>
      <w:spacing w:before="0" w:after="0" w:line="240" w:lineRule="auto"/>
      <w:ind w:firstLine="0" w:left="0" w:right="0"/>
      <w:jc w:val="left"/>
      <w:keepNext/>
    </w:pPr>
    <w:rPr>
      <w:rFonts w:ascii="Liberation Serif" w:hAnsi="Liberation Serif" w:eastAsia="Liberation Serif" w:cs="Liberation Serif"/>
      <w:b w:val="0"/>
      <w:i/>
      <w:caps w:val="0"/>
      <w:sz w:val="20"/>
      <w:lang w:val="en-US" w:eastAsia="en-US" w:bidi="en-US"/>
    </w:rPr>
  </w:style>
  <w:style w:type="paragraph" w:customStyle="1" w:styleId="Article_Abstract_EN">
    <w:name w:val="Article_Abstract_EN"/>
    <w:basedOn w:val="Normal"/>
    <w:qFormat/>
    <w:uiPriority w:val="10"/>
    <w:pPr>
      <w:widowControl/>
      <w:spacing w:before="0" w:after="0" w:line="240" w:lineRule="auto"/>
      <w:ind w:firstLine="567" w:left="0" w:right="0"/>
      <w:jc w:val="both"/>
    </w:pPr>
    <w:rPr>
      <w:rFonts w:ascii="Liberation Serif" w:hAnsi="Liberation Serif" w:eastAsia="Liberation Serif" w:cs="Liberation Serif"/>
      <w:b w:val="0"/>
      <w:i/>
      <w:caps w:val="0"/>
      <w:sz w:val="20"/>
      <w:lang w:val="en-US" w:eastAsia="en-US" w:bidi="en-US"/>
    </w:rPr>
  </w:style>
  <w:style w:type="paragraph" w:customStyle="1" w:styleId="Article_Keywords_EN">
    <w:name w:val="Article_Keywords_EN"/>
    <w:basedOn w:val="Normal"/>
    <w:qFormat/>
    <w:uiPriority w:val="10"/>
    <w:pPr>
      <w:widowControl/>
      <w:spacing w:before="0" w:after="240" w:line="240" w:lineRule="auto"/>
      <w:ind w:firstLine="567" w:left="0" w:right="0"/>
      <w:jc w:val="both"/>
      <w:keepNext/>
    </w:pPr>
    <w:rPr>
      <w:rFonts w:ascii="Liberation Serif" w:hAnsi="Liberation Serif" w:eastAsia="Liberation Serif" w:cs="Liberation Serif"/>
      <w:b w:val="0"/>
      <w:i/>
      <w:caps w:val="0"/>
      <w:sz w:val="20"/>
      <w:lang w:val="en-US" w:eastAsia="en-US" w:bidi="en-US"/>
    </w:rPr>
  </w:style>
  <w:style w:type="paragraph" w:customStyle="1" w:styleId="Article_Author_Info_Heading_EN">
    <w:name w:val="Article_Author_Info_Heading_EN"/>
    <w:basedOn w:val="Normal"/>
    <w:qFormat/>
    <w:uiPriority w:val="10"/>
    <w:pPr>
      <w:widowControl/>
      <w:spacing w:before="0" w:after="0" w:line="240" w:lineRule="auto"/>
      <w:ind w:firstLine="0" w:left="0" w:right="0"/>
      <w:jc w:val="center"/>
      <w:keepNext/>
      <w:outlineLvl w:val="0"/>
    </w:pPr>
    <w:rPr>
      <w:rFonts w:ascii="Liberation Serif" w:hAnsi="Liberation Serif" w:eastAsia="Liberation Serif" w:cs="Liberation Serif"/>
      <w:b/>
      <w:i w:val="0"/>
      <w:caps w:val="0"/>
      <w:sz w:val="24"/>
      <w:lang w:val="en-US" w:eastAsia="en-US" w:bidi="en-US"/>
    </w:rPr>
  </w:style>
  <w:style w:type="paragraph" w:customStyle="1" w:styleId="Article_Author_Info_EN">
    <w:name w:val="Article_Author_Info_EN"/>
    <w:basedOn w:val="Normal"/>
    <w:qFormat/>
    <w:uiPriority w:val="10"/>
    <w:pPr>
      <w:widowControl/>
      <w:spacing w:before="0" w:after="0" w:line="240" w:lineRule="auto"/>
      <w:ind w:firstLine="567" w:left="0" w:right="0"/>
      <w:jc w:val="both"/>
    </w:pPr>
    <w:rPr>
      <w:rFonts w:ascii="Liberation Serif" w:hAnsi="Liberation Serif" w:eastAsia="Liberation Serif" w:cs="Liberation Serif"/>
      <w:b w:val="0"/>
      <w:i w:val="0"/>
      <w:caps w:val="0"/>
      <w:sz w:val="20"/>
      <w:lang w:val="en-US" w:eastAsia="en-US" w:bidi="en-US"/>
    </w:rPr>
  </w:style>
  <w:style w:type="paragraph" w:customStyle="1" w:styleId="Article_Template_Note">
    <w:name w:val="Article_Template_Note"/>
    <w:basedOn w:val="Normal"/>
    <w:qFormat/>
    <w:uiPriority w:val="10"/>
    <w:pPr>
      <w:widowControl/>
      <w:spacing w:before="0" w:after="60" w:line="240" w:lineRule="auto"/>
      <w:ind w:firstLine="0" w:left="0" w:right="0"/>
      <w:jc w:val="left"/>
    </w:pPr>
    <w:rPr>
      <w:rFonts w:ascii="Liberation Serif" w:hAnsi="Liberation Serif" w:eastAsia="Liberation Serif" w:cs="Liberation Serif"/>
      <w:b w:val="0"/>
      <w:i/>
      <w:caps w:val="0"/>
      <w:color w:val="808080"/>
      <w:sz w:val="18"/>
      <w:lang w:val="ru-RU" w:eastAsia="ru-RU" w:bidi="ru-RU"/>
    </w:rPr>
  </w:style>
  <w:style w:type="paragraph" w:customStyle="1" w:styleId="Article_Bullet">
    <w:name w:val="Article_Bullet"/>
    <w:basedOn w:val="Article_Body"/>
    <w:pPr>
      <w:keepLines/>
      <w:spacing w:line="240" w:lineRule="auto" w:before="0" w:after="0"/>
      <w:ind w:left="567" w:hanging="283"/>
    </w:pPr>
    <w:rPr>
      <w:rFonts w:ascii="Liberation Serif" w:hAnsi="Liberation Serif" w:eastAsia="Liberation Serif" w:cs="Liberation Serif"/>
      <w:sz w:val="24"/>
    </w:rPr>
  </w:style>
  <w:style w:type="paragraph" w:customStyle="1" w:styleId="Article_Listing">
    <w:name w:val="Article_Listing"/>
    <w:basedOn w:val="Article_Body"/>
    <w:pPr>
      <w:keepLines/>
      <w:spacing w:line="240" w:lineRule="auto" w:before="0" w:after="0"/>
      <w:ind w:firstLine="0" w:left="0"/>
      <w:jc w:val="left"/>
      <w:shd w:val="clear" w:color="auto" w:fill="E7E7E7"/>
    </w:pPr>
    <w:rPr>
      <w:rFonts w:ascii="Liberation Mono" w:hAnsi="Liberation Mono" w:eastAsia="Liberation Mono" w:cs="Liberation Mono"/>
      <w:sz w:val="20"/>
      <w:szCs w:val="20"/>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image" Target="media/image1.png"/><Relationship Id="rIdAudit12" Type="http://schemas.openxmlformats.org/officeDocument/2006/relationships/hyperlink" Target="https://www.distributed-systems.net/index.php/books/ds3/" TargetMode="External"/><Relationship Id="rIdAudit13" Type="http://schemas.openxmlformats.org/officeDocument/2006/relationships/hyperlink" Target="https://doi.org/10.1145/258533.258660" TargetMode="External"/><Relationship Id="rIdAudit14" Type="http://schemas.openxmlformats.org/officeDocument/2006/relationships/hyperlink" Target="https://proceedings.neurips.cc/paper/2017/hash/3f5ee243547dee91fbd053c1c4a845aa-Abstract.html" TargetMode="External"/><Relationship Id="rIdAudit15" Type="http://schemas.openxmlformats.org/officeDocument/2006/relationships/hyperlink" Target="https://doi.org/10.1145/2408776.2408794" TargetMode="External"/></Relationships>
</file>

<file path=word/_rels/fontTable.xml.rels><?xml version='1.0' encoding='UTF-8' standalone='yes'?>
<Relationships xmlns="http://schemas.openxmlformats.org/package/2006/relationships"><Relationship Id="rIdEmbeddedLiberationSerifRegular" Type="http://schemas.openxmlformats.org/officeDocument/2006/relationships/font" Target="fonts/LiberationSerif-Regular.odttf"/><Relationship Id="rIdEmbeddedLiberationSerifBold" Type="http://schemas.openxmlformats.org/officeDocument/2006/relationships/font" Target="fonts/LiberationSerif-Bold.odttf"/><Relationship Id="rIdEmbeddedLiberationSerifItalic" Type="http://schemas.openxmlformats.org/officeDocument/2006/relationships/font" Target="fonts/LiberationSerif-Italic.odttf"/><Relationship Id="rIdEmbeddedLiberationSerifBoldItalic" Type="http://schemas.openxmlformats.org/officeDocument/2006/relationships/font" Target="fonts/LiberationSerif-BoldItalic.odttf"/><Relationship Id="rIdEmbeddedLiberationMonoRegular" Type="http://schemas.openxmlformats.org/officeDocument/2006/relationships/font" Target="fonts/LiberationMono-Regular.odttf"/><Relationship Id="rIdEmbeddedLiberationMonoBold" Type="http://schemas.openxmlformats.org/officeDocument/2006/relationships/font" Target="fonts/LiberationMono-Bold.odttf"/><Relationship Id="rIdEmbeddedLiberationMonoItalic" Type="http://schemas.openxmlformats.org/officeDocument/2006/relationships/font" Target="fonts/LiberationMono-Italic.odttf"/><Relationship Id="rIdEmbeddedLiberationMonoBoldItalic" Type="http://schemas.openxmlformats.org/officeDocument/2006/relationships/font" Target="fonts/LiberationMono-BoldItalic.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ONLYOFFICE/9.0.4.50</Application>
  <DocSecurity>0</DocSecurity>
  <ScaleCrop>0</ScaleCrop>
  <HeadingPairs>
    <vt:vector size="0" baseType="variant"/>
  </HeadingPairs>
  <TitlesOfParts>
    <vt:vector size="0" baseType="lpstr"/>
  </TitlesOfParts>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Редакция журнала «Профессионалитет»</dc:creator>
  <cp:revision>26</cp:revision>
  <dcterms:created xsi:type="dcterms:W3CDTF">2017-12-11T12:03:00Z</dcterms:created>
  <dcterms:modified xsi:type="dcterms:W3CDTF">2025-12-26T12:10:54Z</dcterms:modified>
  <cp:version>917504</cp:version>
  <dc:title>Эталонная статья — журнал «Профессионалитет»</dc:title>
  <dc:subject>Эталон применения стилей Professionalitet_Article_v1</dc:subject>
  <cp:keywords>Профессионалитет; эталон; стили Word; рукопись</cp:keywords>
  <cp:lastModifiedBy/>
</cp:coreProperties>
</file>