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LiberationMono-Bold.odttf" ContentType="application/vnd.openxmlformats-officedocument.obfuscatedFont"/>
  <Override PartName="/word/fonts/LiberationMono-BoldItalic.odttf" ContentType="application/vnd.openxmlformats-officedocument.obfuscatedFont"/>
  <Override PartName="/word/fonts/LiberationMono-Italic.odttf" ContentType="application/vnd.openxmlformats-officedocument.obfuscatedFont"/>
  <Override PartName="/word/fonts/LiberationMono-Regular.odttf" ContentType="application/vnd.openxmlformats-officedocument.obfuscatedFont"/>
  <Override PartName="/word/fonts/LiberationSerif-Bold.odttf" ContentType="application/vnd.openxmlformats-officedocument.obfuscatedFont"/>
  <Override PartName="/word/fonts/LiberationSerif-BoldItalic.odttf" ContentType="application/vnd.openxmlformats-officedocument.obfuscatedFont"/>
  <Override PartName="/word/fonts/LiberationSerif-Italic.odttf" ContentType="application/vnd.openxmlformats-officedocument.obfuscatedFont"/>
  <Override PartName="/word/fonts/LiberationSerif-Regular.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Article_Body"/>
        <w:ind w:firstLine="567" w:left="0" w:right="0"/>
      </w:pPr>
      <w:r>
        <w:rPr/>
        <w:t>Sample template. The author names are placeholders; replace the contact details and institutions with your own. The equations and illustrative numbers demonstrate formatting and are not results of a verified study. Replace the demo material and delete this line before submission.</w:t>
      </w:r>
    </w:p>
    <w:p>
      <w:pPr>
        <w:pStyle w:val="Article_UDC"/>
      </w:pPr>
      <w:r>
        <w:rPr>
          <w:rFonts w:ascii="Liberation Serif" w:hAnsi="Liberation Serif" w:eastAsia="Liberation Serif" w:cs="Liberation Serif"/>
          <w:i/>
        </w:rPr>
        <w:t>UDC</w:t>
      </w:r>
      <w:r>
        <w:rPr>
          <w:rFonts w:ascii="Liberation Serif" w:hAnsi="Liberation Serif" w:eastAsia="Liberation Serif" w:cs="Liberation Serif"/>
          <w:i/>
        </w:rPr>
        <w:t xml:space="preserve"> </w:t>
      </w:r>
      <w:r>
        <w:rPr>
          <w:rFonts w:ascii="Liberation Serif" w:hAnsi="Liberation Serif" w:eastAsia="Liberation Serif" w:cs="Liberation Serif"/>
          <w:i/>
        </w:rPr>
      </w:r>
      <w:r>
        <w:rPr>
          <w:rFonts w:ascii="Liberation Serif" w:hAnsi="Liberation Serif" w:eastAsia="Liberation Serif" w:cs="Liberation Serif"/>
          <w:i/>
        </w:rPr>
        <w:t xml:space="preserve">004.383.3</w:t>
      </w:r>
      <w:r>
        <w:rPr>
          <w:rFonts w:ascii="Liberation Serif" w:hAnsi="Liberation Serif" w:eastAsia="Liberation Serif" w:cs="Liberation Serif"/>
          <w:i/>
        </w:rPr>
      </w:r>
      <w:r>
        <w:rPr>
          <w:rFonts w:ascii="Liberation Serif" w:hAnsi="Liberation Serif" w:eastAsia="Liberation Serif" w:cs="Liberation Serif"/>
          <w:i/>
        </w:rPr>
      </w:r>
    </w:p>
    <w:p>
      <w:pPr>
        <w:pStyle w:val="Article_Authors_EN"/>
      </w:pPr>
      <w:r>
        <w:rPr>
          <w:rFonts w:ascii="Liberation Serif" w:hAnsi="Liberation Serif" w:eastAsia="Liberation Serif" w:cs="Liberation Serif"/>
          <w:b/>
          <w:bCs/>
        </w:rPr>
        <w:t xml:space="preserve">Smirnov P. I.</w:t>
      </w:r>
      <w:r>
        <w:rPr>
          <w:rFonts w:ascii="Liberation Serif" w:hAnsi="Liberation Serif" w:eastAsia="Liberation Serif" w:cs="Liberation Serif"/>
          <w:b/>
          <w:bCs/>
          <w:vertAlign w:val="superscript"/>
          <w:lang w:val="en-US"/>
        </w:rPr>
        <w:t xml:space="preserve">1</w:t>
      </w:r>
      <w:r>
        <w:rPr>
          <w:rFonts w:ascii="Liberation Serif" w:hAnsi="Liberation Serif" w:eastAsia="Liberation Serif" w:cs="Liberation Serif"/>
          <w:b/>
          <w:bCs/>
        </w:rPr>
        <w:t xml:space="preserve">, Petrov A. V.</w:t>
      </w:r>
      <w:r>
        <w:rPr>
          <w:rFonts w:ascii="Liberation Serif" w:hAnsi="Liberation Serif" w:eastAsia="Liberation Serif" w:cs="Liberation Serif"/>
          <w:b/>
          <w:bCs/>
          <w:vertAlign w:val="superscript"/>
          <w:lang w:val="en-US"/>
        </w:rPr>
        <w:t xml:space="preserve">1</w:t>
      </w:r>
      <w:r>
        <w:rPr>
          <w:rFonts w:ascii="Liberation Serif" w:hAnsi="Liberation Serif" w:eastAsia="Liberation Serif" w:cs="Liberation Serif"/>
          <w:b/>
          <w:bCs/>
          <w:vertAlign w:val="superscript"/>
        </w:rPr>
      </w:r>
    </w:p>
    <w:p>
      <w:pPr>
        <w:pStyle w:val="Article_Affiliation_EN"/>
      </w:pPr>
      <w:r>
        <w:rPr/>
        <w:t xml:space="preserve">1[Full institution name], [City, Country]</w:t>
      </w:r>
    </w:p>
    <w:p>
      <w:pPr>
        <w:pStyle w:val="Article_Title_EN"/>
      </w:pPr>
      <w:r>
        <w:rPr/>
        <w:t xml:space="preserve">SAMPLE ARTICLE FORMAT: LOAD BALANCING IN A CLOUD CLUSTER</w:t>
      </w:r>
    </w:p>
    <w:p>
      <w:pPr>
        <w:pStyle w:val="Article_Abstract_EN"/>
      </w:pPr>
      <w:r>
        <w:rPr>
          <w:b w:val="1"/>
          <w:i w:val="0"/>
        </w:rPr>
        <w:t xml:space="preserve">Abstract.</w:t>
      </w:r>
      <w:r>
        <w:rPr>
          <w:b w:val="0"/>
          <w:i w:val="1"/>
        </w:rPr>
        <w:t xml:space="preserve"> This sample demonstrates the presentation of an article about request distribution in a cloud cluster. It addresses the need to keep workload indicators, mathematical notation, and comparative results consistent throughout a scientific manuscript. The purpose is to illustrate a structure containing a problem statement, equations, a code fragment, a figure, a table, and a discussion of limitations. The example uses an illustrative workload model that combines processor, memory, and input/output utilization ratios. A second linear index combines normalized queue length, normalized queue change rate, and processor utilization. The code fragment demonstrates only the arithmetic calculation of this index for specified inputs and weights. An illustrative dataset represents three load balancing strategies. Their mean response times are 145, 110, and 65 milliseconds, respectively; the same values appear in the figure and the table. The table also includes examples of the ninety-ninth latency percentile, error percentage, and processor utilization. These numbers were not obtained experimentally and do not establish the superiority of any strategy. The example distinguishes descriptions of reported indicators from conclusions requiring additional evidence. It discusses input normalization, explicit weights, measurement conditions, and repeatability. The material can serve as a manuscript formatting guide. Its model and data are educational; before submission, authors must replace them with their own reproducible research and supported conclusions.</w:t>
      </w:r>
    </w:p>
    <w:p>
      <w:pPr>
        <w:pStyle w:val="Article_Keywords_EN"/>
      </w:pPr>
      <w:r>
        <w:rPr>
          <w:b w:val="1"/>
          <w:i w:val="0"/>
        </w:rPr>
        <w:t xml:space="preserve">Keywords:</w:t>
      </w:r>
      <w:r>
        <w:rPr>
          <w:b w:val="0"/>
          <w:i w:val="1"/>
        </w:rPr>
        <w:t xml:space="preserve"> load balancing, cloud cluster, load index, request queue, response time, article formatting.</w:t>
      </w:r>
    </w:p>
    <w:p>
      <w:pPr>
        <w:pStyle w:val="Article_Heading_1"/>
        <w:keepNext/>
      </w:pPr>
      <w:r>
        <w:t>Introduction</w:t>
      </w:r>
      <w:bookmarkStart w:id="0" w:name="_Toc123362681"/>
      <w:bookmarkEnd w:id="0"/>
    </w:p>
    <w:p>
      <w:pPr>
        <w:pStyle w:val="Article_Body"/>
      </w:pPr>
      <w:r>
        <w:rPr/>
        <w:t>This sample shows how to format an article, using request distribution in a cloud cluster as an example. General principles of distributed systems are presented in [1]. Consistent hashing is used to distribute keys among nodes [2]; practical aspects of working with Kubernetes are discussed in [3]. Microservice architecture is the subject of [4], and data storage and processing are covered in [5]. Paper [6] is given as an example of a conference publication on attention mechanisms: such models are not used in this demo calculation. The difference between mean and high-percentile latency is discussed in [7]. These sources provide context and citation examples; they do not confirm the illustrative numbers below.</w:t>
      </w:r>
    </w:p>
    <w:p>
      <w:pPr>
        <w:pStyle w:val="Article_Body"/>
      </w:pPr>
      <w:r>
        <w:rPr/>
        <w:t>Fig. 1 shows the illustrative mean response time for three load balancing strategies. The values match Table 1 and are intended only to demonstrate how comparable data are presented.</w:t>
      </w:r>
    </w:p>
    <w:p>
      <w:pPr>
        <w:pStyle w:val="Article_Body"/>
        <w:keepNext/>
        <w:ind w:firstLine="0"/>
        <w:jc w:val="center"/>
      </w:pPr>
      <w:r>
        <w:rPr>
          <w:rFonts w:ascii="Liberation Serif" w:hAnsi="Liberation Serif" w:eastAsia="Liberation Serif" w:cs="Liberation Serif"/>
          <w:lang w:eastAsia="en-US"/>
        </w:rPr>
      </w:r>
      <w:r>
        <w:rPr>
          <w:rFonts w:ascii="Liberation Serif" w:hAnsi="Liberation Serif" w:eastAsia="Liberation Serif" w:cs="Liberation Serif"/>
          <w:lang w:eastAsia="en-US"/>
        </w:rPr>
      </w:r>
      <w:r/>
      <w:r>
        <w:rPr>
          <w:rFonts w:ascii="Liberation Serif" w:hAnsi="Liberation Serif" w:eastAsia="Liberation Serif" w:cs="Liberation Serif"/>
          <w:lang w:eastAsia="en-US"/>
        </w:rPr>
      </w:r>
      <w:r>
        <mc:AlternateContent>
          <mc:Choice Requires="wpg">
            <w:drawing>
              <wp:inline xmlns:wp="http://schemas.openxmlformats.org/drawingml/2006/wordprocessingDrawing" distT="0" distB="0" distL="0" distR="0">
                <wp:extent cx="6120000" cy="2295000"/>
                <wp:effectExtent l="0" t="0" r="0" b="0"/>
                <wp:docPr id="1" name="" descr="Bar chart: mean response time, ms (illustrative data): Round-Robin 145, Least Connections 110, Linear index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521746" name=""/>
                        <pic:cNvPicPr>
                          <a:picLocks noChangeAspect="1"/>
                        </pic:cNvPicPr>
                        <pic:nvPr/>
                      </pic:nvPicPr>
                      <pic:blipFill>
                        <a:blip r:embed="rId11"/>
                        <a:srcRect l="0" t="8393" r="0" b="0"/>
                        <a:stretch/>
                      </pic:blipFill>
                      <pic:spPr bwMode="auto">
                        <a:xfrm flipH="0" flipV="0">
                          <a:off x="0" y="0"/>
                          <a:ext cx="6120000" cy="2295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81.90pt;height:240.99pt;mso-wrap-distance-left:0.00pt;mso-wrap-distance-top:0.00pt;mso-wrap-distance-right:0.00pt;mso-wrap-distance-bottom:0.00pt;z-index:1;" stroked="false">
                <v:imagedata r:id="rId11" o:title="" croptop="5500f" cropleft="0f" cropbottom="0f" cropright="0f"/>
                <o:lock v:ext="edit" rotation="t"/>
              </v:shape>
            </w:pict>
          </mc:Fallback>
        </mc:AlternateContent>
      </w:r>
      <w:r>
        <w:rPr>
          <w:rFonts w:ascii="Liberation Serif" w:hAnsi="Liberation Serif" w:eastAsia="Liberation Serif" w:cs="Liberation Serif"/>
          <w:lang w:eastAsia="en-US"/>
        </w:rPr>
      </w:r>
      <w:r>
        <w:rPr>
          <w:rFonts w:ascii="Liberation Serif" w:hAnsi="Liberation Serif" w:eastAsia="Liberation Serif" w:cs="Liberation Serif"/>
          <w:lang w:eastAsia="en-US"/>
        </w:rPr>
      </w:r>
    </w:p>
    <w:p>
      <w:pPr>
        <w:pStyle w:val="Article_Figure_Caption"/>
      </w:pPr>
      <w:r>
        <w:rPr/>
        <w:t>Fig. 1. Mean response time for three load balancing strategies: illustrative data</w:t>
      </w:r>
    </w:p>
    <w:p>
      <w:pPr>
        <w:pStyle w:val="Article_Heading_1"/>
        <w:keepNext/>
      </w:pPr>
      <w:r>
        <w:t>Materials and Methods</w:t>
      </w:r>
    </w:p>
    <w:p>
      <w:pPr>
        <w:pStyle w:val="Article_Heading_2"/>
        <w:keepNext/>
      </w:pPr>
      <w:r>
        <w:rPr/>
        <w:t>Examples of load index calculation</w:t>
      </w:r>
    </w:p>
    <w:p>
      <w:pPr>
        <w:pStyle w:val="Article_Body"/>
      </w:pPr>
      <w:r>
        <w:rPr/>
        <w:t>To demonstrate how equations are written, two dimensionless indices are considered. They illustrate the formatting of calculations and do not by themselves define a request routing rule.</w:t>
      </w:r>
    </w:p>
    <w:p>
      <w:pPr>
        <w:pStyle w:val="Article_Body"/>
      </w:pPr>
      <w:r>
        <w:t>The load calculation takes into account the following indicators:</w:t>
      </w:r>
    </w:p>
    <w:p>
      <w:pPr>
        <w:pStyle w:val="Article_Bullet"/>
        <w:numPr>
          <w:ilvl w:val="0"/>
          <w:numId w:val="34"/>
        </w:numPr>
      </w:pPr>
      <w:r>
        <w:t>current processor and memory utilization;</w:t>
      </w:r>
    </w:p>
    <w:p>
      <w:pPr>
        <w:pStyle w:val="Article_Bullet"/>
        <w:numPr>
          <w:ilvl w:val="0"/>
          <w:numId w:val="34"/>
        </w:numPr>
      </w:pPr>
      <w:r>
        <w:t>input/output operation rate;</w:t>
      </w:r>
    </w:p>
    <w:p>
      <w:pPr>
        <w:pStyle w:val="Article_Bullet"/>
        <w:numPr>
          <w:ilvl w:val="0"/>
          <w:numId w:val="34"/>
        </w:numPr>
      </w:pPr>
      <w:r>
        <w:t>request queue length and its rate of change.</w:t>
      </w:r>
    </w:p>
    <w:p>
      <w:pPr>
        <w:pStyle w:val="Article_Body"/>
      </w:pPr>
      <w:r>
        <w:rPr/>
        <w:t>Equation (1) expresses the current load index. The CPU utilization ratio is squared, while the RAM and IOPS utilization ratios enter linearly. All ratios are dimensionless; their denominators must be positive.</w:t>
      </w:r>
    </w:p>
    <w:p>
      <w:pPr>
        <w:pStyle w:val="Article_Body"/>
      </w:pPr>
      <w:r>
        <w:rPr/>
        <w:t>The current load index is defined as follows:</w:t>
      </w:r>
    </w:p>
    <w:tbl>
      <w:tblPr>
        <w:tblStyle w:val="12"/>
        <w:jc w:val="center"/>
        <w:tblW w:w="9638" w:type="dxa"/>
        <w:tblBorders>
          <w:top w:val="nil"/>
          <w:left w:val="nil"/>
          <w:bottom w:val="nil"/>
          <w:right w:val="nil"/>
          <w:insideH w:val="nil"/>
          <w:insideV w:val="nil"/>
        </w:tblBorders>
        <w:tblLayout w:type="fixed"/>
        <w:tblLook w:val="04A0" w:firstRow="1" w:lastRow="0" w:firstColumn="1" w:lastColumn="0" w:noHBand="0" w:noVBand="1"/>
      </w:tblPr>
      <w:tblGrid>
        <w:gridCol w:w="8787"/>
        <w:gridCol w:w="850"/>
      </w:tblGrid>
      <w:tr>
        <w:trPr>
          <w:cantSplit/>
        </w:trPr>
        <w:tc>
          <w:tcPr>
            <w:tcBorders>
              <w:top w:val="nil" w:color="000000" w:sz="4" w:space="0"/>
              <w:left w:val="nil" w:color="000000" w:sz="4" w:space="0"/>
              <w:bottom w:val="nil" w:color="000000" w:sz="4" w:space="0"/>
              <w:right w:val="nil" w:color="000000" w:sz="4" w:space="0"/>
            </w:tcBorders>
            <w:tcW w:w="8787" w:type="dxa"/>
            <w:vAlign w:val="center"/>
            <w:textDirection w:val="lrTb"/>
            <w:noWrap w:val="false"/>
          </w:tcPr>
          <w:p>
            <w:pPr>
              <w:pStyle w:val="Article_Formula"/>
              <w:keepLines/>
              <w:ind w:firstLine="0"/>
              <w:jc w:val="center"/>
            </w:pPr>
            <w:r>
              <w:rPr>
                <w:rFonts w:ascii="Liberation Serif" w:hAnsi="Liberation Serif" w:eastAsia="Liberation Serif" w:cs="Liberation Serif"/>
                <w:lang w:val="en-US" w:bidi="en-US"/>
              </w:rPr>
            </w:r>
            <w:r>
              <w:rPr>
                <w:rFonts w:ascii="Liberation Serif" w:hAnsi="Liberation Serif" w:eastAsia="Liberation Serif" w:cs="Liberation Serif"/>
              </w:rPr>
            </w:r>
            <m:oMath>
              <m:sSub>
                <m:sSubPr>
                  <m:ctrlPr>
                    <w:rPr>
                      <w:rFonts w:ascii="Cambria Math" w:hAnsi="Cambria Math" w:eastAsia="Cambria Math" w:cs="Cambria Math"/>
                      <w:sz w:val="24"/>
                      <w:szCs w:val="24"/>
                    </w:rPr>
                  </m:ctrlPr>
                </m:sSubPr>
                <m:e>
                  <m:r>
                    <w:rPr>
                      <w:rFonts w:hint="default" w:ascii="Cambria Math" w:hAnsi="Cambria Math" w:eastAsia="Cambria Math" w:cs="Cambria Math"/>
                      <w:sz w:val="24"/>
                      <w:szCs w:val="24"/>
                    </w:rPr>
                    <m:rPr>
                      <m:sty m:val="i"/>
                    </m:rPr>
                    <m:t>L</m:t>
                  </m:r>
                </m:e>
                <m:sub>
                  <m:r>
                    <w:rPr>
                      <w:rFonts w:hint="default" w:ascii="Cambria Math" w:hAnsi="Cambria Math" w:eastAsia="Cambria Math" w:cs="Cambria Math"/>
                      <w:sz w:val="24"/>
                      <w:szCs w:val="24"/>
                    </w:rPr>
                    <m:rPr>
                      <m:sty m:val="i"/>
                    </m:rPr>
                    <m:t>current</m:t>
                  </m:r>
                </m:sub>
              </m:sSub>
              <m:r>
                <w:rPr>
                  <w:rFonts w:hint="default" w:ascii="Cambria Math" w:hAnsi="Cambria Math" w:eastAsia="Cambria Math" w:cs="Cambria Math"/>
                  <w:sz w:val="24"/>
                  <w:szCs w:val="24"/>
                </w:rPr>
                <m:rPr>
                  <m:sty m:val="p"/>
                </m:rPr>
                <m:t>=</m:t>
              </m:r>
              <m:r>
                <w:rPr>
                  <w:rFonts w:hint="default" w:ascii="Cambria Math" w:hAnsi="Cambria Math" w:eastAsia="Cambria Math" w:cs="Cambria Math"/>
                  <w:sz w:val="24"/>
                  <w:szCs w:val="24"/>
                </w:rPr>
                <m:rPr>
                  <m:sty m:val="p"/>
                </m:rPr>
                <m:t>α</m:t>
              </m:r>
              <m:r>
                <w:rPr>
                  <w:rFonts w:hint="default" w:ascii="Cambria Math" w:hAnsi="Cambria Math" w:eastAsia="Cambria Math" w:cs="Cambria Math"/>
                  <w:sz w:val="24"/>
                  <w:szCs w:val="24"/>
                </w:rPr>
                <m:rPr>
                  <m:sty m:val="p"/>
                </m:rPr>
                <m:t>∙</m:t>
              </m:r>
              <m:sSup>
                <m:sSupPr>
                  <m:ctrlPr>
                    <w:rPr>
                      <w:rFonts w:ascii="Cambria Math" w:hAnsi="Cambria Math" w:eastAsia="Cambria Math" w:cs="Cambria Math"/>
                      <w:sz w:val="24"/>
                      <w:szCs w:val="24"/>
                    </w:rPr>
                  </m:ctrlPr>
                </m:sSupPr>
                <m:e>
                  <m:d>
                    <m:dPr>
                      <m:begChr m:val="("/>
                      <m:endChr m:val=")"/>
                      <m:ctrlPr>
                        <w:rPr>
                          <w:rFonts w:ascii="Cambria Math" w:hAnsi="Cambria Math" w:eastAsia="Cambria Math" w:cs="Cambria Math"/>
                          <w:i/>
                          <w:sz w:val="24"/>
                          <w:szCs w:val="24"/>
                        </w:rPr>
                      </m:ctrlPr>
                    </m:dPr>
                    <m:e>
                      <m:f>
                        <m:fPr>
                          <m:ctrlPr>
                            <w:rPr>
                              <w:rFonts w:ascii="Cambria Math" w:hAnsi="Cambria Math" w:eastAsia="Cambria Math" w:cs="Cambria Math"/>
                              <w:i/>
                              <w:sz w:val="24"/>
                              <w:szCs w:val="24"/>
                            </w:rPr>
                          </m:ctrlPr>
                        </m:fPr>
                        <m:num>
                          <m:sSub>
                            <m:sSubPr>
                              <m:ctrlPr>
                                <w:rPr>
                                  <w:rFonts w:ascii="Cambria Math" w:hAnsi="Cambria Math" w:eastAsia="Cambria Math" w:cs="Cambria Math"/>
                                  <w:sz w:val="24"/>
                                  <w:szCs w:val="24"/>
                                </w:rPr>
                              </m:ctrlPr>
                            </m:sSubPr>
                            <m:e>
                              <m:r>
                                <w:rPr>
                                  <w:rFonts w:hint="default" w:ascii="Cambria Math" w:hAnsi="Cambria Math" w:eastAsia="Cambria Math" w:cs="Cambria Math"/>
                                  <w:sz w:val="24"/>
                                  <w:szCs w:val="24"/>
                                </w:rPr>
                                <m:rPr>
                                  <m:sty m:val="i"/>
                                </m:rPr>
                                <m:t>CPU</m:t>
                              </m:r>
                            </m:e>
                            <m:sub>
                              <m:r>
                                <w:rPr>
                                  <w:rFonts w:hint="default" w:ascii="Cambria Math" w:hAnsi="Cambria Math" w:eastAsia="Cambria Math" w:cs="Cambria Math"/>
                                  <w:sz w:val="24"/>
                                  <w:szCs w:val="24"/>
                                </w:rPr>
                                <m:rPr>
                                  <m:sty m:val="i"/>
                                </m:rPr>
                                <m:t>used</m:t>
                              </m:r>
                            </m:sub>
                          </m:sSub>
                        </m:num>
                        <m:den>
                          <m:sSub>
                            <m:sSubPr>
                              <m:ctrlPr>
                                <w:rPr>
                                  <w:rFonts w:ascii="Cambria Math" w:hAnsi="Cambria Math" w:eastAsia="Cambria Math" w:cs="Cambria Math"/>
                                  <w:sz w:val="24"/>
                                  <w:szCs w:val="24"/>
                                </w:rPr>
                              </m:ctrlPr>
                            </m:sSubPr>
                            <m:e>
                              <m:r>
                                <w:rPr>
                                  <w:rFonts w:hint="default" w:ascii="Cambria Math" w:hAnsi="Cambria Math" w:eastAsia="Cambria Math" w:cs="Cambria Math"/>
                                  <w:sz w:val="24"/>
                                  <w:szCs w:val="24"/>
                                </w:rPr>
                                <m:rPr>
                                  <m:sty m:val="i"/>
                                </m:rPr>
                                <m:t>CPU</m:t>
                              </m:r>
                            </m:e>
                            <m:sub>
                              <m:r>
                                <w:rPr>
                                  <w:rFonts w:hint="default" w:ascii="Cambria Math" w:hAnsi="Cambria Math" w:eastAsia="Cambria Math" w:cs="Cambria Math"/>
                                  <w:sz w:val="24"/>
                                  <w:szCs w:val="24"/>
                                </w:rPr>
                                <m:rPr>
                                  <m:sty m:val="i"/>
                                </m:rPr>
                                <m:t>total</m:t>
                              </m:r>
                            </m:sub>
                          </m:sSub>
                        </m:den>
                      </m:f>
                    </m:e>
                  </m:d>
                </m:e>
                <m:sup>
                  <m:r>
                    <w:rPr>
                      <w:rFonts w:hint="default" w:ascii="Cambria Math" w:hAnsi="Cambria Math" w:eastAsia="Cambria Math" w:cs="Cambria Math"/>
                      <w:sz w:val="24"/>
                      <w:szCs w:val="24"/>
                    </w:rPr>
                    <m:rPr>
                      <m:sty m:val="p"/>
                    </m:rPr>
                    <m:t>2</m:t>
                  </m:r>
                </m:sup>
              </m:sSup>
              <m:r>
                <w:rPr>
                  <w:rFonts w:hint="default" w:ascii="Cambria Math" w:hAnsi="Cambria Math" w:eastAsia="Cambria Math" w:cs="Cambria Math"/>
                  <w:sz w:val="24"/>
                  <w:szCs w:val="24"/>
                </w:rPr>
                <m:rPr>
                  <m:sty m:val="p"/>
                </m:rPr>
                <m:t>+β∙</m:t>
              </m:r>
              <m:f>
                <m:fPr>
                  <m:ctrlPr>
                    <w:rPr>
                      <w:rFonts w:ascii="Cambria Math" w:hAnsi="Cambria Math" w:eastAsia="Cambria Math" w:cs="Cambria Math"/>
                      <w:i/>
                      <w:sz w:val="24"/>
                      <w:szCs w:val="24"/>
                    </w:rPr>
                  </m:ctrlPr>
                </m:fPr>
                <m:num>
                  <m:sSub>
                    <m:sSubPr>
                      <m:ctrlPr>
                        <w:rPr>
                          <w:rFonts w:ascii="Cambria Math" w:hAnsi="Cambria Math" w:eastAsia="Cambria Math" w:cs="Cambria Math"/>
                          <w:sz w:val="24"/>
                          <w:szCs w:val="24"/>
                        </w:rPr>
                      </m:ctrlPr>
                    </m:sSubPr>
                    <m:e>
                      <m:r>
                        <w:rPr>
                          <w:rFonts w:hint="default" w:ascii="Cambria Math" w:hAnsi="Cambria Math" w:eastAsia="Cambria Math" w:cs="Cambria Math"/>
                          <w:sz w:val="24"/>
                          <w:szCs w:val="24"/>
                        </w:rPr>
                        <m:rPr>
                          <m:sty m:val="i"/>
                        </m:rPr>
                        <m:t>RAM</m:t>
                      </m:r>
                    </m:e>
                    <m:sub>
                      <m:r>
                        <w:rPr>
                          <w:rFonts w:hint="default" w:ascii="Cambria Math" w:hAnsi="Cambria Math" w:eastAsia="Cambria Math" w:cs="Cambria Math"/>
                          <w:sz w:val="24"/>
                          <w:szCs w:val="24"/>
                        </w:rPr>
                        <m:rPr>
                          <m:sty m:val="i"/>
                        </m:rPr>
                        <m:t>used</m:t>
                      </m:r>
                    </m:sub>
                  </m:sSub>
                </m:num>
                <m:den>
                  <m:sSub>
                    <m:sSubPr>
                      <m:ctrlPr>
                        <w:rPr>
                          <w:rFonts w:ascii="Cambria Math" w:hAnsi="Cambria Math" w:eastAsia="Cambria Math" w:cs="Cambria Math"/>
                          <w:sz w:val="24"/>
                          <w:szCs w:val="24"/>
                        </w:rPr>
                      </m:ctrlPr>
                    </m:sSubPr>
                    <m:e>
                      <m:r>
                        <w:rPr>
                          <w:rFonts w:hint="default" w:ascii="Cambria Math" w:hAnsi="Cambria Math" w:eastAsia="Cambria Math" w:cs="Cambria Math"/>
                          <w:sz w:val="24"/>
                          <w:szCs w:val="24"/>
                        </w:rPr>
                        <m:rPr>
                          <m:sty m:val="i"/>
                        </m:rPr>
                        <m:t>RAM</m:t>
                      </m:r>
                    </m:e>
                    <m:sub>
                      <m:r>
                        <w:rPr>
                          <w:rFonts w:hint="default" w:ascii="Cambria Math" w:hAnsi="Cambria Math" w:eastAsia="Cambria Math" w:cs="Cambria Math"/>
                          <w:sz w:val="24"/>
                          <w:szCs w:val="24"/>
                        </w:rPr>
                        <m:rPr>
                          <m:sty m:val="i"/>
                        </m:rPr>
                        <m:t>total</m:t>
                      </m:r>
                    </m:sub>
                  </m:sSub>
                </m:den>
              </m:f>
              <m:r>
                <w:rPr>
                  <w:rFonts w:hint="default" w:ascii="Cambria Math" w:hAnsi="Cambria Math" w:eastAsia="Cambria Math" w:cs="Cambria Math"/>
                  <w:sz w:val="24"/>
                  <w:szCs w:val="24"/>
                </w:rPr>
                <m:rPr>
                  <m:sty m:val="p"/>
                </m:rPr>
                <m:t>+</m:t>
              </m:r>
              <m:r>
                <w:rPr>
                  <w:rFonts w:hint="default" w:ascii="Cambria Math" w:hAnsi="Cambria Math" w:eastAsia="Cambria Math" w:cs="Cambria Math"/>
                  <w:sz w:val="24"/>
                  <w:szCs w:val="24"/>
                </w:rPr>
                <m:rPr>
                  <m:sty m:val="p"/>
                </m:rPr>
                <m:t>γ</m:t>
              </m:r>
              <m:r>
                <w:rPr>
                  <w:rFonts w:hint="default" w:ascii="Cambria Math" w:hAnsi="Cambria Math" w:eastAsia="Cambria Math" w:cs="Cambria Math"/>
                  <w:sz w:val="24"/>
                  <w:szCs w:val="24"/>
                </w:rPr>
                <m:rPr>
                  <m:sty m:val="p"/>
                </m:rPr>
                <m:t>∙</m:t>
              </m:r>
              <m:f>
                <m:fPr>
                  <m:ctrlPr>
                    <w:rPr>
                      <w:rFonts w:ascii="Cambria Math" w:hAnsi="Cambria Math" w:eastAsia="Cambria Math" w:cs="Cambria Math"/>
                      <w:i/>
                      <w:sz w:val="24"/>
                      <w:szCs w:val="24"/>
                    </w:rPr>
                  </m:ctrlPr>
                </m:fPr>
                <m:num>
                  <m:sSub>
                    <m:sSubPr>
                      <m:ctrlPr>
                        <w:rPr>
                          <w:rFonts w:ascii="Cambria Math" w:hAnsi="Cambria Math" w:eastAsia="Cambria Math" w:cs="Cambria Math"/>
                          <w:sz w:val="24"/>
                          <w:szCs w:val="24"/>
                        </w:rPr>
                      </m:ctrlPr>
                    </m:sSubPr>
                    <m:e>
                      <m:r>
                        <w:rPr>
                          <w:rFonts w:hint="default" w:ascii="Cambria Math" w:hAnsi="Cambria Math" w:eastAsia="Cambria Math" w:cs="Cambria Math"/>
                          <w:sz w:val="24"/>
                          <w:szCs w:val="24"/>
                        </w:rPr>
                        <m:rPr>
                          <m:sty m:val="i"/>
                        </m:rPr>
                        <m:t>IOPS</m:t>
                      </m:r>
                    </m:e>
                    <m:sub>
                      <m:r>
                        <w:rPr>
                          <w:rFonts w:hint="default" w:ascii="Cambria Math" w:hAnsi="Cambria Math" w:eastAsia="Cambria Math" w:cs="Cambria Math"/>
                          <w:sz w:val="24"/>
                          <w:szCs w:val="24"/>
                        </w:rPr>
                        <m:rPr>
                          <m:sty m:val="i"/>
                        </m:rPr>
                        <m:t>cur</m:t>
                      </m:r>
                    </m:sub>
                  </m:sSub>
                </m:num>
                <m:den>
                  <m:sSub>
                    <m:sSubPr>
                      <m:ctrlPr>
                        <w:rPr>
                          <w:rFonts w:ascii="Cambria Math" w:hAnsi="Cambria Math" w:eastAsia="Cambria Math" w:cs="Cambria Math"/>
                          <w:sz w:val="24"/>
                          <w:szCs w:val="24"/>
                        </w:rPr>
                      </m:ctrlPr>
                    </m:sSubPr>
                    <m:e>
                      <m:r>
                        <w:rPr>
                          <w:rFonts w:hint="default" w:ascii="Cambria Math" w:hAnsi="Cambria Math" w:eastAsia="Cambria Math" w:cs="Cambria Math"/>
                          <w:sz w:val="24"/>
                          <w:szCs w:val="24"/>
                        </w:rPr>
                        <m:rPr>
                          <m:sty m:val="i"/>
                        </m:rPr>
                        <m:t>IOPS</m:t>
                      </m:r>
                    </m:e>
                    <m:sub>
                      <m:r>
                        <w:rPr>
                          <w:rFonts w:hint="default" w:ascii="Cambria Math" w:hAnsi="Cambria Math" w:eastAsia="Cambria Math" w:cs="Cambria Math"/>
                          <w:sz w:val="24"/>
                          <w:szCs w:val="24"/>
                        </w:rPr>
                        <m:rPr>
                          <m:sty m:val="i"/>
                        </m:rPr>
                        <m:t>max</m:t>
                      </m:r>
                    </m:sub>
                  </m:sSub>
                </m:den>
              </m:f>
            </m:oMath>
            <w:r>
              <w:rPr>
                <w:rFonts w:ascii="Liberation Serif" w:hAnsi="Liberation Serif" w:eastAsia="Liberation Serif" w:cs="Liberation Serif"/>
                <w:lang w:val="en-US"/>
              </w:rPr>
              <w:t xml:space="preserve">,</w:t>
            </w:r>
            <w:r>
              <w:rPr>
                <w:rFonts w:ascii="Liberation Serif" w:hAnsi="Liberation Serif" w:eastAsia="Liberation Serif" w:cs="Liberation Serif"/>
                <w:lang w:val="en-US" w:bidi="en-US"/>
              </w:rPr>
            </w:r>
            <w:r>
              <w:rPr>
                <w:rFonts w:ascii="Liberation Serif" w:hAnsi="Liberation Serif" w:eastAsia="Liberation Serif" w:cs="Liberation Serif"/>
                <w:lang w:val="en-US"/>
              </w:rPr>
            </w:r>
          </w:p>
        </w:tc>
        <w:tc>
          <w:tcPr>
            <w:tcBorders>
              <w:top w:val="nil" w:color="000000" w:sz="4" w:space="0"/>
              <w:left w:val="nil" w:color="000000" w:sz="4" w:space="0"/>
              <w:bottom w:val="nil" w:color="000000" w:sz="4" w:space="0"/>
              <w:right w:val="nil" w:color="000000" w:sz="4" w:space="0"/>
            </w:tcBorders>
            <w:tcW w:w="850" w:type="dxa"/>
            <w:vAlign w:val="center"/>
            <w:textDirection w:val="lrTb"/>
            <w:noWrap w:val="false"/>
          </w:tcPr>
          <w:p>
            <w:pPr>
              <w:pStyle w:val="Article_Formula"/>
              <w:keepLines/>
              <w:ind w:firstLine="0"/>
              <w:jc w:val="right"/>
            </w:pPr>
            <w:r>
              <w:rPr>
                <w:rFonts w:ascii="Liberation Serif" w:hAnsi="Liberation Serif" w:eastAsia="Liberation Serif" w:cs="Liberation Serif"/>
                <w:b w:val="0"/>
                <w:i w:val="0"/>
                <w:lang w:val="en-US" w:bidi="en-US"/>
              </w:rPr>
              <w:t xml:space="preserve">(1)</w:t>
            </w:r>
            <w:r>
              <w:rPr>
                <w:rFonts w:ascii="Liberation Serif" w:hAnsi="Liberation Serif" w:eastAsia="Liberation Serif" w:cs="Liberation Serif"/>
                <w:b w:val="0"/>
                <w:i w:val="0"/>
                <w:lang w:val="en-US"/>
              </w:rPr>
            </w:r>
          </w:p>
        </w:tc>
      </w:tr>
    </w:tbl>
    <w:p>
      <w:pPr>
        <w:pStyle w:val="Article_Body"/>
      </w:pPr>
      <w:r>
        <w:t xml:space="preserve">where </w:t>
      </w:r>
      <m:oMath>
        <m:r>
          <m:rPr>
            <m:sty m:val="p"/>
          </m:rPr>
          <w:rPr>
            <w:rFonts w:ascii="Cambria Math" w:hAnsi="Cambria Math" w:eastAsia="Cambria Math" w:cs="Cambria Math"/>
            <w:sz w:val="24"/>
          </w:rPr>
          <m:t>α</m:t>
        </m:r>
      </m:oMath>
      <w:r>
        <w:t xml:space="preserve">, </w:t>
      </w:r>
      <m:oMath>
        <m:r>
          <m:rPr>
            <m:sty m:val="p"/>
          </m:rPr>
          <w:rPr>
            <w:rFonts w:ascii="Cambria Math" w:hAnsi="Cambria Math" w:eastAsia="Cambria Math" w:cs="Cambria Math"/>
            <w:sz w:val="24"/>
          </w:rPr>
          <m:t>β</m:t>
        </m:r>
      </m:oMath>
      <w:r>
        <w:t xml:space="preserve">, and </w:t>
      </w:r>
      <m:oMath>
        <m:r>
          <m:rPr>
            <m:sty m:val="p"/>
          </m:rPr>
          <w:rPr>
            <w:rFonts w:ascii="Cambria Math" w:hAnsi="Cambria Math" w:eastAsia="Cambria Math" w:cs="Cambria Math"/>
            <w:sz w:val="24"/>
          </w:rPr>
          <m:t>γ</m:t>
        </m:r>
      </m:oMath>
      <w:r>
        <w:t xml:space="preserve"> are non-negative dimensionless weights that sum to one; </w:t>
      </w:r>
      <m:oMath>
        <m:sSub>
          <m:e>
            <m:r>
              <m:rPr>
                <m:sty m:val="i"/>
              </m:rPr>
              <w:rPr>
                <w:rFonts w:ascii="Cambria Math" w:hAnsi="Cambria Math" w:eastAsia="Cambria Math" w:cs="Cambria Math"/>
                <w:sz w:val="24"/>
              </w:rPr>
              <m:t>CPU</m:t>
            </m:r>
          </m:e>
          <m:sub>
            <m:r>
              <m:rPr>
                <m:sty m:val="i"/>
              </m:rPr>
              <w:rPr>
                <w:rFonts w:ascii="Cambria Math" w:hAnsi="Cambria Math" w:eastAsia="Cambria Math" w:cs="Cambria Math"/>
                <w:sz w:val="24"/>
              </w:rPr>
              <m:t>used</m:t>
            </m:r>
          </m:sub>
        </m:sSub>
      </m:oMath>
      <w:r>
        <w:t xml:space="preserve"> and </w:t>
      </w:r>
      <m:oMath>
        <m:sSub>
          <m:e>
            <m:r>
              <m:rPr>
                <m:sty m:val="i"/>
              </m:rPr>
              <w:rPr>
                <w:rFonts w:ascii="Cambria Math" w:hAnsi="Cambria Math" w:eastAsia="Cambria Math" w:cs="Cambria Math"/>
                <w:sz w:val="24"/>
              </w:rPr>
              <m:t>CPU</m:t>
            </m:r>
          </m:e>
          <m:sub>
            <m:r>
              <m:rPr>
                <m:sty m:val="i"/>
              </m:rPr>
              <w:rPr>
                <w:rFonts w:ascii="Cambria Math" w:hAnsi="Cambria Math" w:eastAsia="Cambria Math" w:cs="Cambria Math"/>
                <w:sz w:val="24"/>
              </w:rPr>
              <m:t>total</m:t>
            </m:r>
          </m:sub>
        </m:sSub>
      </m:oMath>
      <w:r>
        <w:t xml:space="preserve"> are the used and available computing capacity; </w:t>
      </w:r>
      <m:oMath>
        <m:sSub>
          <m:e>
            <m:r>
              <m:rPr>
                <m:sty m:val="i"/>
              </m:rPr>
              <w:rPr>
                <w:rFonts w:ascii="Cambria Math" w:hAnsi="Cambria Math" w:eastAsia="Cambria Math" w:cs="Cambria Math"/>
                <w:sz w:val="24"/>
              </w:rPr>
              <m:t>RAM</m:t>
            </m:r>
          </m:e>
          <m:sub>
            <m:r>
              <m:rPr>
                <m:sty m:val="i"/>
              </m:rPr>
              <w:rPr>
                <w:rFonts w:ascii="Cambria Math" w:hAnsi="Cambria Math" w:eastAsia="Cambria Math" w:cs="Cambria Math"/>
                <w:sz w:val="24"/>
              </w:rPr>
              <m:t>used</m:t>
            </m:r>
          </m:sub>
        </m:sSub>
      </m:oMath>
      <w:r>
        <w:t xml:space="preserve"> and </w:t>
      </w:r>
      <m:oMath>
        <m:sSub>
          <m:e>
            <m:r>
              <m:rPr>
                <m:sty m:val="i"/>
              </m:rPr>
              <w:rPr>
                <w:rFonts w:ascii="Cambria Math" w:hAnsi="Cambria Math" w:eastAsia="Cambria Math" w:cs="Cambria Math"/>
                <w:sz w:val="24"/>
              </w:rPr>
              <m:t>RAM</m:t>
            </m:r>
          </m:e>
          <m:sub>
            <m:r>
              <m:rPr>
                <m:sty m:val="i"/>
              </m:rPr>
              <w:rPr>
                <w:rFonts w:ascii="Cambria Math" w:hAnsi="Cambria Math" w:eastAsia="Cambria Math" w:cs="Cambria Math"/>
                <w:sz w:val="24"/>
              </w:rPr>
              <m:t>total</m:t>
            </m:r>
          </m:sub>
        </m:sSub>
      </m:oMath>
      <w:r>
        <w:t xml:space="preserve"> are the used and available memory; </w:t>
      </w:r>
      <m:oMath>
        <m:sSub>
          <m:e>
            <m:r>
              <m:rPr>
                <m:sty m:val="i"/>
              </m:rPr>
              <w:rPr>
                <w:rFonts w:ascii="Cambria Math" w:hAnsi="Cambria Math" w:eastAsia="Cambria Math" w:cs="Cambria Math"/>
                <w:sz w:val="24"/>
              </w:rPr>
              <m:t>IOPS</m:t>
            </m:r>
          </m:e>
          <m:sub>
            <m:r>
              <m:rPr>
                <m:sty m:val="i"/>
              </m:rPr>
              <w:rPr>
                <w:rFonts w:ascii="Cambria Math" w:hAnsi="Cambria Math" w:eastAsia="Cambria Math" w:cs="Cambria Math"/>
                <w:sz w:val="24"/>
              </w:rPr>
              <m:t>cur</m:t>
            </m:r>
          </m:sub>
        </m:sSub>
      </m:oMath>
      <w:r>
        <w:t xml:space="preserve"> and </w:t>
      </w:r>
      <m:oMath>
        <m:sSub>
          <m:e>
            <m:r>
              <m:rPr>
                <m:sty m:val="i"/>
              </m:rPr>
              <w:rPr>
                <w:rFonts w:ascii="Cambria Math" w:hAnsi="Cambria Math" w:eastAsia="Cambria Math" w:cs="Cambria Math"/>
                <w:sz w:val="24"/>
              </w:rPr>
              <m:t>IOPS</m:t>
            </m:r>
          </m:e>
          <m:sub>
            <m:r>
              <m:rPr>
                <m:sty m:val="i"/>
              </m:rPr>
              <w:rPr>
                <w:rFonts w:ascii="Cambria Math" w:hAnsi="Cambria Math" w:eastAsia="Cambria Math" w:cs="Cambria Math"/>
                <w:sz w:val="24"/>
              </w:rPr>
              <m:t>max</m:t>
            </m:r>
          </m:sub>
        </m:sSub>
      </m:oMath>
      <w:r>
        <w:t xml:space="preserve"> are the current and maximum input/output operation rates.</w:t>
      </w:r>
    </w:p>
    <w:p>
      <w:pPr>
        <w:pStyle w:val="Article_Body"/>
      </w:pPr>
      <w:r>
        <w:rPr/>
        <w:t>The second example is a linear load index that takes the queue state into account:</w:t>
      </w:r>
    </w:p>
    <w:tbl>
      <w:tblPr>
        <w:tblStyle w:val="12"/>
        <w:jc w:val="center"/>
        <w:tblW w:w="9638" w:type="dxa"/>
        <w:tblBorders>
          <w:top w:val="nil"/>
          <w:left w:val="nil"/>
          <w:bottom w:val="nil"/>
          <w:right w:val="nil"/>
          <w:insideH w:val="nil"/>
          <w:insideV w:val="nil"/>
        </w:tblBorders>
        <w:tblLayout w:type="fixed"/>
        <w:tblLook w:val="04A0" w:firstRow="1" w:lastRow="0" w:firstColumn="1" w:lastColumn="0" w:noHBand="0" w:noVBand="1"/>
      </w:tblPr>
      <w:tblGrid>
        <w:gridCol w:w="8787"/>
        <w:gridCol w:w="850"/>
      </w:tblGrid>
      <w:tr>
        <w:trPr>
          <w:cantSplit/>
        </w:trPr>
        <w:tc>
          <w:tcPr>
            <w:tcBorders>
              <w:top w:val="nil" w:color="000000" w:sz="4" w:space="0"/>
              <w:left w:val="nil" w:color="000000" w:sz="4" w:space="0"/>
              <w:bottom w:val="nil" w:color="000000" w:sz="4" w:space="0"/>
              <w:right w:val="nil" w:color="000000" w:sz="4" w:space="0"/>
            </w:tcBorders>
            <w:tcW w:w="8787" w:type="dxa"/>
            <w:vAlign w:val="center"/>
            <w:textDirection w:val="lrTb"/>
            <w:noWrap w:val="false"/>
          </w:tcPr>
          <w:p>
            <w:pPr>
              <w:pStyle w:val="Article_Formula"/>
              <w:keepLines/>
              <w:ind w:firstLine="0"/>
              <w:jc w:val="center"/>
            </w:pPr>
            <m:oMath>
              <m:sSub>
                <m:sSubPr>
                  <m:ctrlPr>
                    <w:rPr>
                      <w:rFonts w:ascii="Cambria Math" w:hAnsi="Cambria Math" w:eastAsia="Cambria Math" w:cs="Cambria Math"/>
                      <w:sz w:val="24"/>
                      <w:szCs w:val="24"/>
                    </w:rPr>
                  </m:ctrlPr>
                </m:sSubPr>
                <m:e>
                  <m:r>
                    <w:rPr>
                      <w:rFonts w:ascii="Cambria Math" w:hAnsi="Cambria Math" w:eastAsia="Cambria Math" w:cs="Cambria Math"/>
                      <w:sz w:val="24"/>
                      <w:szCs w:val="24"/>
                    </w:rPr>
                    <m:rPr>
                      <m:sty m:val="i"/>
                    </m:rPr>
                    <m:t>L</m:t>
                  </m:r>
                </m:e>
                <m:sub>
                  <m:r>
                    <w:rPr>
                      <w:rFonts w:ascii="Cambria Math" w:hAnsi="Cambria Math" w:eastAsia="Cambria Math" w:cs="Cambria Math"/>
                      <w:sz w:val="24"/>
                      <w:szCs w:val="24"/>
                    </w:rPr>
                    <m:rPr>
                      <m:sty m:val="i"/>
                    </m:rPr>
                    <m:t>score</m:t>
                  </m:r>
                </m:sub>
              </m:sSub>
              <m:r>
                <w:rPr>
                  <w:rFonts w:ascii="Cambria Math" w:hAnsi="Cambria Math" w:eastAsia="Cambria Math" w:cs="Cambria Math"/>
                  <w:sz w:val="24"/>
                  <w:szCs w:val="24"/>
                </w:rPr>
                <m:rPr>
                  <m:sty m:val="p"/>
                </m:rPr>
                <m:t>=</m:t>
              </m:r>
              <m:sSub>
                <m:sSubPr>
                  <m:ctrlPr>
                    <w:rPr>
                      <w:rFonts w:ascii="Cambria Math" w:hAnsi="Cambria Math" w:eastAsia="Cambria Math" w:cs="Cambria Math"/>
                      <w:sz w:val="24"/>
                      <w:szCs w:val="24"/>
                    </w:rPr>
                  </m:ctrlPr>
                </m:sSubPr>
                <m:e>
                  <m:r>
                    <w:rPr>
                      <w:rFonts w:ascii="Cambria Math" w:hAnsi="Cambria Math" w:eastAsia="Cambria Math" w:cs="Cambria Math"/>
                      <w:sz w:val="24"/>
                      <w:szCs w:val="24"/>
                    </w:rPr>
                    <m:rPr>
                      <m:sty m:val="p"/>
                    </m:rPr>
                    <m:t>β</m:t>
                  </m:r>
                </m:e>
                <m:sub>
                  <m:r>
                    <w:rPr>
                      <w:rFonts w:ascii="Cambria Math" w:hAnsi="Cambria Math" w:eastAsia="Cambria Math" w:cs="Cambria Math"/>
                      <w:sz w:val="24"/>
                      <w:szCs w:val="24"/>
                    </w:rPr>
                    <m:rPr>
                      <m:sty m:val="p"/>
                    </m:rPr>
                    <m:t>1</m:t>
                  </m:r>
                </m:sub>
              </m:sSub>
              <m:r>
                <w:rPr>
                  <w:rFonts w:ascii="Cambria Math" w:hAnsi="Cambria Math" w:eastAsia="Cambria Math" w:cs="Cambria Math"/>
                  <w:sz w:val="24"/>
                  <w:szCs w:val="24"/>
                </w:rPr>
                <m:rPr>
                  <m:sty m:val="p"/>
                </m:rPr>
                <m:t>·</m:t>
              </m:r>
              <m:sSub>
                <m:sSubPr>
                  <m:ctrlPr>
                    <w:rPr>
                      <w:rFonts w:ascii="Cambria Math" w:hAnsi="Cambria Math" w:eastAsia="Cambria Math" w:cs="Cambria Math"/>
                      <w:sz w:val="24"/>
                      <w:szCs w:val="24"/>
                    </w:rPr>
                  </m:ctrlPr>
                </m:sSubPr>
                <m:e>
                  <m:r>
                    <w:rPr>
                      <w:rFonts w:ascii="Cambria Math" w:hAnsi="Cambria Math" w:eastAsia="Cambria Math" w:cs="Cambria Math"/>
                      <w:sz w:val="24"/>
                      <w:szCs w:val="24"/>
                    </w:rPr>
                    <m:rPr>
                      <m:sty m:val="i"/>
                    </m:rPr>
                    <m:t>Q</m:t>
                  </m:r>
                </m:e>
                <m:sub>
                  <m:r>
                    <w:rPr>
                      <w:rFonts w:ascii="Cambria Math" w:hAnsi="Cambria Math" w:eastAsia="Cambria Math" w:cs="Cambria Math"/>
                      <w:sz w:val="24"/>
                      <w:szCs w:val="24"/>
                    </w:rPr>
                    <m:rPr>
                      <m:sty m:val="i"/>
                    </m:rPr>
                    <m:t>t</m:t>
                  </m:r>
                </m:sub>
              </m:sSub>
              <m:r>
                <w:rPr>
                  <w:rFonts w:ascii="Cambria Math" w:hAnsi="Cambria Math" w:eastAsia="Cambria Math" w:cs="Cambria Math"/>
                  <w:sz w:val="24"/>
                  <w:szCs w:val="24"/>
                </w:rPr>
                <m:rPr>
                  <m:sty m:val="p"/>
                </m:rPr>
                <m:t>+</m:t>
              </m:r>
              <m:sSub>
                <m:sSubPr>
                  <m:ctrlPr>
                    <w:rPr>
                      <w:rFonts w:ascii="Cambria Math" w:hAnsi="Cambria Math" w:eastAsia="Cambria Math" w:cs="Cambria Math"/>
                      <w:sz w:val="24"/>
                      <w:szCs w:val="24"/>
                    </w:rPr>
                  </m:ctrlPr>
                </m:sSubPr>
                <m:e>
                  <m:r>
                    <w:rPr>
                      <w:rFonts w:ascii="Cambria Math" w:hAnsi="Cambria Math" w:eastAsia="Cambria Math" w:cs="Cambria Math"/>
                      <w:sz w:val="24"/>
                      <w:szCs w:val="24"/>
                    </w:rPr>
                    <m:rPr>
                      <m:sty m:val="p"/>
                    </m:rPr>
                    <m:t>β</m:t>
                  </m:r>
                </m:e>
                <m:sub>
                  <m:r>
                    <w:rPr>
                      <w:rFonts w:ascii="Cambria Math" w:hAnsi="Cambria Math" w:eastAsia="Cambria Math" w:cs="Cambria Math"/>
                      <w:sz w:val="24"/>
                      <w:szCs w:val="24"/>
                    </w:rPr>
                    <m:rPr>
                      <m:sty m:val="p"/>
                    </m:rPr>
                    <m:t>2</m:t>
                  </m:r>
                </m:sub>
              </m:sSub>
              <m:r>
                <w:rPr>
                  <w:rFonts w:ascii="Cambria Math" w:hAnsi="Cambria Math" w:eastAsia="Cambria Math" w:cs="Cambria Math"/>
                  <w:sz w:val="24"/>
                  <w:szCs w:val="24"/>
                </w:rPr>
                <m:rPr>
                  <m:sty m:val="p"/>
                </m:rPr>
                <m:t>·</m:t>
              </m:r>
              <m:r>
                <w:rPr>
                  <w:rFonts w:ascii="Cambria Math" w:hAnsi="Cambria Math" w:eastAsia="Cambria Math" w:cs="Cambria Math"/>
                  <w:sz w:val="24"/>
                  <w:szCs w:val="24"/>
                </w:rPr>
                <m:rPr>
                  <m:sty m:val="p"/>
                </m:rPr>
                <m:t>Δ</m:t>
              </m:r>
              <m:sSub>
                <m:sSubPr>
                  <m:ctrlPr>
                    <w:rPr>
                      <w:rFonts w:ascii="Cambria Math" w:hAnsi="Cambria Math" w:eastAsia="Cambria Math" w:cs="Cambria Math"/>
                      <w:sz w:val="24"/>
                      <w:szCs w:val="24"/>
                    </w:rPr>
                  </m:ctrlPr>
                </m:sSubPr>
                <m:e>
                  <m:r>
                    <w:rPr>
                      <w:rFonts w:ascii="Cambria Math" w:hAnsi="Cambria Math" w:eastAsia="Cambria Math" w:cs="Cambria Math"/>
                      <w:sz w:val="24"/>
                      <w:szCs w:val="24"/>
                    </w:rPr>
                    <m:rPr>
                      <m:sty m:val="i"/>
                    </m:rPr>
                    <m:t>Q</m:t>
                  </m:r>
                </m:e>
                <m:sub>
                  <m:r>
                    <w:rPr>
                      <w:rFonts w:ascii="Cambria Math" w:hAnsi="Cambria Math" w:eastAsia="Cambria Math" w:cs="Cambria Math"/>
                      <w:sz w:val="24"/>
                      <w:szCs w:val="24"/>
                    </w:rPr>
                    <m:rPr>
                      <m:sty m:val="i"/>
                    </m:rPr>
                    <m:t>t</m:t>
                  </m:r>
                </m:sub>
              </m:sSub>
              <m:r>
                <w:rPr>
                  <w:rFonts w:ascii="Cambria Math" w:hAnsi="Cambria Math" w:eastAsia="Cambria Math" w:cs="Cambria Math"/>
                  <w:sz w:val="24"/>
                  <w:szCs w:val="24"/>
                </w:rPr>
                <m:rPr>
                  <m:sty m:val="p"/>
                </m:rPr>
                <m:t>+</m:t>
              </m:r>
              <m:sSub>
                <m:sSubPr>
                  <m:ctrlPr>
                    <w:rPr>
                      <w:rFonts w:ascii="Cambria Math" w:hAnsi="Cambria Math" w:eastAsia="Cambria Math" w:cs="Cambria Math"/>
                      <w:sz w:val="24"/>
                      <w:szCs w:val="24"/>
                    </w:rPr>
                  </m:ctrlPr>
                </m:sSubPr>
                <m:e>
                  <m:r>
                    <w:rPr>
                      <w:rFonts w:ascii="Cambria Math" w:hAnsi="Cambria Math" w:eastAsia="Cambria Math" w:cs="Cambria Math"/>
                      <w:sz w:val="24"/>
                      <w:szCs w:val="24"/>
                    </w:rPr>
                    <m:rPr>
                      <m:sty m:val="p"/>
                    </m:rPr>
                    <m:t>β</m:t>
                  </m:r>
                </m:e>
                <m:sub>
                  <m:r>
                    <w:rPr>
                      <w:rFonts w:ascii="Cambria Math" w:hAnsi="Cambria Math" w:eastAsia="Cambria Math" w:cs="Cambria Math"/>
                      <w:sz w:val="24"/>
                      <w:szCs w:val="24"/>
                    </w:rPr>
                    <m:rPr>
                      <m:sty m:val="p"/>
                    </m:rPr>
                    <m:t>3</m:t>
                  </m:r>
                </m:sub>
              </m:sSub>
              <m:r>
                <w:rPr>
                  <w:rFonts w:ascii="Cambria Math" w:hAnsi="Cambria Math" w:eastAsia="Cambria Math" w:cs="Cambria Math"/>
                  <w:sz w:val="24"/>
                  <w:szCs w:val="24"/>
                </w:rPr>
                <m:rPr>
                  <m:sty m:val="p"/>
                </m:rPr>
                <m:t>·</m:t>
              </m:r>
              <m:sSub>
                <m:sSubPr>
                  <m:ctrlPr>
                    <w:rPr>
                      <w:rFonts w:ascii="Cambria Math" w:hAnsi="Cambria Math" w:eastAsia="Cambria Math" w:cs="Cambria Math"/>
                      <w:sz w:val="24"/>
                      <w:szCs w:val="24"/>
                    </w:rPr>
                  </m:ctrlPr>
                </m:sSubPr>
                <m:e>
                  <m:r>
                    <w:rPr>
                      <w:rFonts w:ascii="Cambria Math" w:hAnsi="Cambria Math" w:eastAsia="Cambria Math" w:cs="Cambria Math"/>
                      <w:sz w:val="24"/>
                      <w:szCs w:val="24"/>
                    </w:rPr>
                    <m:rPr>
                      <m:sty m:val="i"/>
                    </m:rPr>
                    <m:t>CPU</m:t>
                  </m:r>
                </m:e>
                <m:sub>
                  <m:r>
                    <w:rPr>
                      <w:rFonts w:ascii="Cambria Math" w:hAnsi="Cambria Math" w:eastAsia="Cambria Math" w:cs="Cambria Math"/>
                      <w:sz w:val="24"/>
                      <w:szCs w:val="24"/>
                    </w:rPr>
                    <m:rPr>
                      <m:sty m:val="i"/>
                    </m:rPr>
                    <m:t>t</m:t>
                  </m:r>
                </m:sub>
              </m:sSub>
            </m:oMath>
          </w:p>
        </w:tc>
        <w:tc>
          <w:tcPr>
            <w:tcBorders>
              <w:top w:val="nil" w:color="000000" w:sz="4" w:space="0"/>
              <w:left w:val="nil" w:color="000000" w:sz="4" w:space="0"/>
              <w:bottom w:val="nil" w:color="000000" w:sz="4" w:space="0"/>
              <w:right w:val="nil" w:color="000000" w:sz="4" w:space="0"/>
            </w:tcBorders>
            <w:tcW w:w="850" w:type="dxa"/>
            <w:vAlign w:val="center"/>
            <w:textDirection w:val="lrTb"/>
            <w:noWrap w:val="false"/>
          </w:tcPr>
          <w:p>
            <w:pPr>
              <w:pStyle w:val="Article_Formula"/>
              <w:keepLines/>
              <w:ind w:firstLine="0"/>
              <w:jc w:val="right"/>
            </w:pPr>
            <w:r>
              <w:rPr>
                <w:rFonts w:ascii="Liberation Serif" w:hAnsi="Liberation Serif" w:eastAsia="Liberation Serif" w:cs="Liberation Serif"/>
              </w:rPr>
              <w:t>(2)</w:t>
            </w:r>
          </w:p>
        </w:tc>
      </w:tr>
    </w:tbl>
    <w:p>
      <w:pPr>
        <w:pStyle w:val="Article_Body"/>
      </w:pPr>
      <w:r>
        <w:t xml:space="preserve">where </w:t>
      </w:r>
      <m:oMath>
        <m:sSub>
          <m:e>
            <m:r>
              <m:rPr>
                <m:sty m:val="i"/>
              </m:rPr>
              <w:rPr>
                <w:rFonts w:ascii="Cambria Math" w:hAnsi="Cambria Math" w:eastAsia="Cambria Math" w:cs="Cambria Math"/>
                <w:sz w:val="24"/>
              </w:rPr>
              <m:t>Q</m:t>
            </m:r>
          </m:e>
          <m:sub>
            <m:r>
              <m:rPr>
                <m:sty m:val="i"/>
              </m:rPr>
              <w:rPr>
                <w:rFonts w:ascii="Cambria Math" w:hAnsi="Cambria Math" w:eastAsia="Cambria Math" w:cs="Cambria Math"/>
                <w:sz w:val="24"/>
              </w:rPr>
              <m:t>t</m:t>
            </m:r>
          </m:sub>
        </m:sSub>
      </m:oMath>
      <w:r>
        <w:t xml:space="preserve"> is the queue length divided by a specified positive reference length; </w:t>
      </w:r>
      <m:oMath>
        <m:sSub>
          <m:e>
            <m:r>
              <m:rPr>
                <m:sty m:val="p"/>
              </m:rPr>
              <w:rPr>
                <w:rFonts w:ascii="Cambria Math" w:hAnsi="Cambria Math" w:eastAsia="Cambria Math" w:cs="Cambria Math"/>
                <w:sz w:val="24"/>
              </w:rPr>
              <m:t>Δ</m:t>
            </m:r>
            <m:r>
              <m:rPr>
                <m:sty m:val="i"/>
              </m:rPr>
              <w:rPr>
                <w:rFonts w:ascii="Cambria Math" w:hAnsi="Cambria Math" w:eastAsia="Cambria Math" w:cs="Cambria Math"/>
                <w:sz w:val="24"/>
              </w:rPr>
              <m:t>Q</m:t>
            </m:r>
          </m:e>
          <m:sub>
            <m:r>
              <m:rPr>
                <m:sty m:val="i"/>
              </m:rPr>
              <w:rPr>
                <w:rFonts w:ascii="Cambria Math" w:hAnsi="Cambria Math" w:eastAsia="Cambria Math" w:cs="Cambria Math"/>
                <w:sz w:val="24"/>
              </w:rPr>
              <m:t>t</m:t>
            </m:r>
          </m:sub>
        </m:sSub>
      </m:oMath>
      <w:r>
        <w:t xml:space="preserve"> is the queue change rate divided by a specified positive reference rate; </w:t>
      </w:r>
      <m:oMath>
        <m:sSub>
          <m:e>
            <m:r>
              <m:rPr>
                <m:sty m:val="i"/>
              </m:rPr>
              <w:rPr>
                <w:rFonts w:ascii="Cambria Math" w:hAnsi="Cambria Math" w:eastAsia="Cambria Math" w:cs="Cambria Math"/>
                <w:sz w:val="24"/>
              </w:rPr>
              <m:t>CPU</m:t>
            </m:r>
          </m:e>
          <m:sub>
            <m:r>
              <m:rPr>
                <m:sty m:val="i"/>
              </m:rPr>
              <w:rPr>
                <w:rFonts w:ascii="Cambria Math" w:hAnsi="Cambria Math" w:eastAsia="Cambria Math" w:cs="Cambria Math"/>
                <w:sz w:val="24"/>
              </w:rPr>
              <m:t>t</m:t>
            </m:r>
          </m:sub>
        </m:sSub>
      </m:oMath>
      <w:r>
        <w:t xml:space="preserve"> is the processor utilization ratio; </w:t>
      </w:r>
      <m:oMath>
        <m:sSub>
          <m:e>
            <m:r>
              <m:rPr>
                <m:sty m:val="p"/>
              </m:rPr>
              <w:rPr>
                <w:rFonts w:ascii="Cambria Math" w:hAnsi="Cambria Math" w:eastAsia="Cambria Math" w:cs="Cambria Math"/>
                <w:sz w:val="24"/>
              </w:rPr>
              <m:t>β</m:t>
            </m:r>
          </m:e>
          <m:sub>
            <m:r>
              <m:rPr>
                <m:sty m:val="p"/>
              </m:rPr>
              <w:rPr>
                <w:rFonts w:ascii="Cambria Math" w:hAnsi="Cambria Math" w:eastAsia="Cambria Math" w:cs="Cambria Math"/>
                <w:sz w:val="24"/>
              </w:rPr>
              <m:t>1</m:t>
            </m:r>
          </m:sub>
        </m:sSub>
      </m:oMath>
      <w:r>
        <w:t xml:space="preserve">, </w:t>
      </w:r>
      <m:oMath>
        <m:sSub>
          <m:e>
            <m:r>
              <m:rPr>
                <m:sty m:val="p"/>
              </m:rPr>
              <w:rPr>
                <w:rFonts w:ascii="Cambria Math" w:hAnsi="Cambria Math" w:eastAsia="Cambria Math" w:cs="Cambria Math"/>
                <w:sz w:val="24"/>
              </w:rPr>
              <m:t>β</m:t>
            </m:r>
          </m:e>
          <m:sub>
            <m:r>
              <m:rPr>
                <m:sty m:val="p"/>
              </m:rPr>
              <w:rPr>
                <w:rFonts w:ascii="Cambria Math" w:hAnsi="Cambria Math" w:eastAsia="Cambria Math" w:cs="Cambria Math"/>
                <w:sz w:val="24"/>
              </w:rPr>
              <m:t>2</m:t>
            </m:r>
          </m:sub>
        </m:sSub>
      </m:oMath>
      <w:r>
        <w:t xml:space="preserve">, and </w:t>
      </w:r>
      <m:oMath>
        <m:sSub>
          <m:e>
            <m:r>
              <m:rPr>
                <m:sty m:val="p"/>
              </m:rPr>
              <w:rPr>
                <w:rFonts w:ascii="Cambria Math" w:hAnsi="Cambria Math" w:eastAsia="Cambria Math" w:cs="Cambria Math"/>
                <w:sz w:val="24"/>
              </w:rPr>
              <m:t>β</m:t>
            </m:r>
          </m:e>
          <m:sub>
            <m:r>
              <m:rPr>
                <m:sty m:val="p"/>
              </m:rPr>
              <w:rPr>
                <w:rFonts w:ascii="Cambria Math" w:hAnsi="Cambria Math" w:eastAsia="Cambria Math" w:cs="Cambria Math"/>
                <w:sz w:val="24"/>
              </w:rPr>
              <m:t>3</m:t>
            </m:r>
          </m:sub>
        </m:sSub>
      </m:oMath>
      <w:r>
        <w:t xml:space="preserve"> are non-negative dimensionless weights that sum to one. </w:t>
      </w:r>
      <m:oMath>
        <m:sSub>
          <m:e>
            <m:r>
              <m:rPr>
                <m:sty m:val="p"/>
              </m:rPr>
              <w:rPr>
                <w:rFonts w:ascii="Cambria Math" w:hAnsi="Cambria Math" w:eastAsia="Cambria Math" w:cs="Cambria Math"/>
                <w:sz w:val="24"/>
              </w:rPr>
              <m:t>Δ</m:t>
            </m:r>
            <m:r>
              <m:rPr>
                <m:sty m:val="i"/>
              </m:rPr>
              <w:rPr>
                <w:rFonts w:ascii="Cambria Math" w:hAnsi="Cambria Math" w:eastAsia="Cambria Math" w:cs="Cambria Math"/>
                <w:sz w:val="24"/>
              </w:rPr>
              <m:t>Q</m:t>
            </m:r>
          </m:e>
          <m:sub>
            <m:r>
              <m:rPr>
                <m:sty m:val="i"/>
              </m:rPr>
              <w:rPr>
                <w:rFonts w:ascii="Cambria Math" w:hAnsi="Cambria Math" w:eastAsia="Cambria Math" w:cs="Cambria Math"/>
                <w:sz w:val="24"/>
              </w:rPr>
              <m:t>t</m:t>
            </m:r>
          </m:sub>
        </m:sSub>
      </m:oMath>
      <w:r>
        <w:t xml:space="preserve"> can be negative when the queue is shrinking. The reference values, weights and measurement interval are chosen and described by the author of the study. Equation (2) does not set a forecasting horizon and does not predict hardware failure.</w:t>
      </w:r>
    </w:p>
    <w:p>
      <w:pPr>
        <w:pStyle w:val="Article_Heading_2"/>
        <w:keepNext/>
      </w:pPr>
      <w:r>
        <w:t>Example of a software calculation</w:t>
      </w:r>
    </w:p>
    <w:p>
      <w:pPr>
        <w:pStyle w:val="Article_Body"/>
      </w:pPr>
      <w:r>
        <w:rPr/>
        <w:t>Listing 1 shows the calculation of the linear index according to Equation (2). The parameters q, delta_q and cpu correspond to its normalized inputs, and beta contains the three weights. Preparing the input measurements and choosing the weights are outside the scope of this short example.</w:t>
      </w:r>
    </w:p>
    <w:p>
      <w:pPr>
        <w:pStyle w:val="Article_Body"/>
        <w:ind w:firstLine="0" w:left="0" w:right="0"/>
        <w:jc w:val="left"/>
        <w:keepNext/>
      </w:pPr>
      <w:r>
        <w:rPr>
          <w:b w:val="1"/>
          <w:i w:val="0"/>
        </w:rPr>
        <w:t>Listing 1 – Calculating the linear load index in Python</w:t>
      </w:r>
    </w:p>
    <w:p>
      <w:pPr>
        <w:pStyle w:val="Article_Listing"/>
        <w:keepNext/>
        <w:shd w:val="clear" w:color="auto" w:fill="E7E7E7"/>
        <w:spacing w:before="0" w:after="0" w:line="240" w:lineRule="auto"/>
      </w:pPr>
      <w:r>
        <w:rPr/>
        <w:t xml:space="preserve">def load_score(q, delta_q, cpu, beta):</w:t>
      </w:r>
    </w:p>
    <w:p>
      <w:pPr>
        <w:pStyle w:val="Article_Listing"/>
        <w:keepNext/>
        <w:shd w:val="clear" w:color="auto" w:fill="E7E7E7"/>
        <w:spacing w:before="0" w:after="0" w:line="240" w:lineRule="auto"/>
      </w:pPr>
      <w:r>
        <w:rPr>
          <w:rFonts w:ascii="Liberation Mono" w:hAnsi="Liberation Mono" w:eastAsia="Liberation Mono" w:cs="Liberation Mono"/>
          <w:sz w:val="20"/>
          <w:szCs w:val="20"/>
        </w:rPr>
        <w:t xml:space="preserve">    b1, b2, b3 = beta</w:t>
      </w:r>
    </w:p>
    <w:p>
      <w:pPr>
        <w:pStyle w:val="Article_Listing"/>
        <w:keepNext w:val="0"/>
        <w:shd w:val="clear" w:color="auto" w:fill="E7E7E7"/>
        <w:spacing w:before="0" w:after="0" w:line="240" w:lineRule="auto"/>
      </w:pPr>
      <w:r>
        <w:rPr>
          <w:rFonts w:ascii="Liberation Mono" w:hAnsi="Liberation Mono" w:eastAsia="Liberation Mono" w:cs="Liberation Mono"/>
          <w:sz w:val="20"/>
          <w:szCs w:val="20"/>
        </w:rPr>
        <w:t xml:space="preserve">    return b1 * q + b2 * delta_q + b3 * cpu</w:t>
      </w:r>
    </w:p>
    <w:p>
      <w:pPr>
        <w:pStyle w:val="Article_Heading_1"/>
      </w:pPr>
      <w:r>
        <w:t>Results</w:t>
      </w:r>
    </w:p>
    <w:p>
      <w:pPr>
        <w:pStyle w:val="Article_Body"/>
      </w:pPr>
      <w:r>
        <w:rPr/>
        <w:t>Table 1 shows illustrative values that demonstrate how comparison results are presented. They were not obtained in the described experiment and cannot be used to assess the performance of the algorithms.</w:t>
      </w:r>
    </w:p>
    <w:p>
      <w:pPr>
        <w:pStyle w:val="Article_Table_Caption"/>
        <w:keepNext/>
        <w:keepLines/>
      </w:pPr>
      <w:r>
        <w:rPr/>
        <w:t>Table 1 – Illustrative comparison of load balancing strategies</w:t>
      </w:r>
    </w:p>
    <w:tbl>
      <w:tblPr>
        <w:tblStyle w:val="12"/>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65"/>
        <w:gridCol w:w="1757"/>
        <w:gridCol w:w="1757"/>
        <w:gridCol w:w="1757"/>
        <w:gridCol w:w="1701"/>
      </w:tblGrid>
      <w:tr>
        <w:trPr>
          <w:cantSplit/>
          <w:tblHeader/>
        </w:trPr>
        <w:tc>
          <w:tcPr>
            <w:tcBorders/>
            <w:tcW w:w="2665"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Balancing algorithm</w:t>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Mean response time (ms)</w:t>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lang w:val="en-US"/>
              </w:rPr>
              <w:t>99th percentile (ms)</w:t>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Error rate (%)</w:t>
            </w:r>
          </w:p>
        </w:tc>
        <w:tc>
          <w:tcPr>
            <w:tcBorders/>
            <w:tcW w:w="1701"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CPU utilization (%)</w:t>
            </w:r>
          </w:p>
        </w:tc>
      </w:tr>
      <w:tr>
        <w:trPr>
          <w:cantSplit/>
        </w:trPr>
        <w:tc>
          <w:tcPr>
            <w:tcBorders/>
            <w:tcW w:w="2665"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Round-Robin</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145</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1250</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2.4</w:t>
            </w:r>
          </w:p>
        </w:tc>
        <w:tc>
          <w:tcPr>
            <w:tcBorders/>
            <w:tcW w:w="1701"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85</w:t>
            </w:r>
            <w:r>
              <w:rPr>
                <w:rFonts w:ascii="Liberation Serif" w:hAnsi="Liberation Serif" w:eastAsia="Liberation Serif" w:cs="Liberation Serif"/>
                <w:b w:val="0"/>
                <w:bCs w:val="0"/>
              </w:rPr>
            </w:r>
          </w:p>
        </w:tc>
      </w:tr>
      <w:tr>
        <w:trPr>
          <w:cantSplit/>
        </w:trPr>
        <w:tc>
          <w:tcPr>
            <w:tcBorders/>
            <w:tcW w:w="2665"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Least Connections</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110</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850</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1.1</w:t>
            </w:r>
          </w:p>
        </w:tc>
        <w:tc>
          <w:tcPr>
            <w:tcBorders/>
            <w:tcW w:w="1701"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78</w:t>
            </w:r>
            <w:r>
              <w:rPr>
                <w:rFonts w:ascii="Liberation Serif" w:hAnsi="Liberation Serif" w:eastAsia="Liberation Serif" w:cs="Liberation Serif"/>
                <w:b w:val="0"/>
                <w:bCs w:val="0"/>
              </w:rPr>
            </w:r>
          </w:p>
        </w:tc>
      </w:tr>
      <w:tr>
        <w:trPr>
          <w:cantSplit/>
        </w:trPr>
        <w:tc>
          <w:tcPr>
            <w:tcBorders/>
            <w:tcW w:w="2665"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Linear index</w:t>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65</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320</w:t>
            </w:r>
            <w:r>
              <w:rPr>
                <w:rFonts w:ascii="Liberation Serif" w:hAnsi="Liberation Serif" w:eastAsia="Liberation Serif" w:cs="Liberation Serif"/>
                <w:b w:val="0"/>
                <w:bCs w:val="0"/>
              </w:rPr>
            </w:r>
          </w:p>
        </w:tc>
        <w:tc>
          <w:tcPr>
            <w:tcBorders/>
            <w:tcW w:w="1757"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0.05</w:t>
            </w:r>
          </w:p>
        </w:tc>
        <w:tc>
          <w:tcPr>
            <w:tcBorders/>
            <w:tcW w:w="1701" w:type="dxa"/>
            <w:vAlign w:val="center"/>
            <w:textDirection w:val="lrTb"/>
            <w:noWrap w:val="false"/>
          </w:tcPr>
          <w:p>
            <w:pPr>
              <w:pStyle w:val="Article_Table_Text"/>
              <w:keepLines/>
              <w:ind w:firstLine="0"/>
            </w:pPr>
            <w:r>
              <w:rPr>
                <w:rFonts w:ascii="Liberation Serif" w:hAnsi="Liberation Serif" w:eastAsia="Liberation Serif" w:cs="Liberation Serif"/>
                <w:b w:val="0"/>
                <w:bCs w:val="0"/>
              </w:rPr>
              <w:t xml:space="preserve">92</w:t>
            </w:r>
            <w:r>
              <w:rPr>
                <w:rFonts w:ascii="Liberation Serif" w:hAnsi="Liberation Serif" w:eastAsia="Liberation Serif" w:cs="Liberation Serif"/>
                <w:b w:val="0"/>
                <w:bCs w:val="0"/>
              </w:rPr>
            </w:r>
          </w:p>
        </w:tc>
      </w:tr>
    </w:tbl>
    <w:p>
      <w:pPr>
        <w:pStyle w:val="Article_Heading_1"/>
        <w:keepNext/>
      </w:pPr>
      <w:r>
        <w:t>Discussion</w:t>
      </w:r>
    </w:p>
    <w:p>
      <w:pPr>
        <w:pStyle w:val="Article_Body"/>
      </w:pPr>
      <w:r>
        <w:rPr/>
        <w:t>In the illustrative dataset, a lower mean response time is accompanied by a lower 99th percentile and error rate. CPU utilization, however, changes non-monotonically. These indicators describe different aspects of system behavior; without additional measurements, they cannot establish reduced resource consumption or improved resilience. A real article should describe the comparison conditions, the repeatability of measurements and the uncertainty of the results.</w:t>
      </w:r>
    </w:p>
    <w:p>
      <w:pPr>
        <w:pStyle w:val="Article_Heading_1"/>
        <w:keepNext/>
      </w:pPr>
      <w:r>
        <w:rPr>
          <w:rFonts w:ascii="Liberation Serif" w:hAnsi="Liberation Serif" w:eastAsia="Liberation Serif" w:cs="Liberation Serif"/>
          <w:b/>
          <w:lang w:eastAsia="en-US"/>
        </w:rPr>
        <w:t>Conclusion</w:t>
      </w:r>
    </w:p>
    <w:p>
      <w:pPr>
        <w:pStyle w:val="Article_Body"/>
      </w:pPr>
      <w:r>
        <w:rPr/>
        <w:t>The example shows how equations, a code listing, a figure and a table are formatted together with consistent notation and numerical data. The values presented are illustrative. Scientific conclusions about load balancing require your own reproducible measurements, a justification of the chosen model and a discussion of limitations.</w:t>
      </w:r>
    </w:p>
    <w:p>
      <w:pPr>
        <w:pStyle w:val="Article_References_Heading"/>
        <w:keepNext/>
      </w:pPr>
      <w:r>
        <w:rPr>
          <w:rFonts w:ascii="Liberation Serif" w:hAnsi="Liberation Serif" w:eastAsia="Liberation Serif" w:cs="Liberation Serif"/>
          <w:b/>
          <w:bCs/>
          <w:lang w:eastAsia="en-US"/>
        </w:rPr>
      </w:r>
      <w:r>
        <w:rPr>
          <w:rFonts w:ascii="Liberation Serif" w:hAnsi="Liberation Serif" w:eastAsia="Liberation Serif" w:cs="Liberation Serif"/>
          <w:b/>
          <w:lang w:val="en-US"/>
        </w:rPr>
        <w:t xml:space="preserve">References</w:t>
      </w:r>
      <w:r>
        <w:rPr>
          <w:rFonts w:ascii="Liberation Serif" w:hAnsi="Liberation Serif" w:eastAsia="Liberation Serif" w:cs="Liberation Serif"/>
          <w:b/>
          <w:bCs/>
          <w:lang w:eastAsia="en-US"/>
        </w:rPr>
      </w:r>
    </w:p>
    <w:p>
      <w:pPr>
        <w:pStyle w:val="Article_Reference_Item"/>
        <w:numPr>
          <w:ilvl w:val="0"/>
          <w:numId w:val="36"/>
        </w:numPr>
      </w:pPr>
      <w:r>
        <w:rPr>
          <w:i w:val="0"/>
          <w:b w:val="0"/>
        </w:rPr>
        <w:t xml:space="preserve">van Steen, M., &amp; Tanenbaum, A. S. (2017). </w:t>
      </w:r>
      <w:r>
        <w:rPr>
          <w:i w:val="1"/>
          <w:b w:val="0"/>
        </w:rPr>
        <w:t xml:space="preserve">Distributed systems</w:t>
      </w:r>
      <w:r>
        <w:rPr>
          <w:i w:val="0"/>
          <w:b w:val="0"/>
        </w:rPr>
        <w:t xml:space="preserve"> (3rd ed.). distributed-systems.net. </w:t>
      </w:r>
      <w:hyperlink r:id="rIdAudit12">
        <w:r>
          <w:rPr>
            <w:i w:val="0"/>
            <w:b w:val="0"/>
            <w:u w:val="single"/>
            <w:color w:val="0563C1"/>
          </w:rPr>
          <w:t xml:space="preserve">https://www.distributed-systems.net/index.php/books/ds3/</w:t>
        </w:r>
      </w:hyperlink>
    </w:p>
    <w:p>
      <w:pPr>
        <w:pStyle w:val="Article_Reference_Item"/>
        <w:numPr>
          <w:ilvl w:val="0"/>
          <w:numId w:val="36"/>
        </w:numPr>
      </w:pPr>
      <w:r>
        <w:rPr>
          <w:i w:val="0"/>
          <w:b w:val="0"/>
        </w:rPr>
        <w:t xml:space="preserve">Karger, D., Lehman, E., Leighton, T., Panigrahy, R., Levine, M., &amp; Lewin, D. (1997). Consistent hashing and random trees: Distributed caching protocols for relieving hot spots on the World Wide Web. In </w:t>
      </w:r>
      <w:r>
        <w:rPr>
          <w:i w:val="1"/>
          <w:b w:val="0"/>
        </w:rPr>
        <w:t xml:space="preserve">Proceedings of the twenty-ninth annual ACM symposium on Theory of computing</w:t>
      </w:r>
      <w:r>
        <w:rPr>
          <w:i w:val="0"/>
          <w:b w:val="0"/>
        </w:rPr>
        <w:t xml:space="preserve"> (pp. 654–663). Association for Computing Machinery. </w:t>
      </w:r>
      <w:hyperlink r:id="rIdAudit13">
        <w:r>
          <w:rPr>
            <w:i w:val="0"/>
            <w:b w:val="0"/>
            <w:u w:val="single"/>
            <w:color w:val="0563C1"/>
          </w:rPr>
          <w:t xml:space="preserve">https://doi.org/10.1145/258533.258660</w:t>
        </w:r>
      </w:hyperlink>
    </w:p>
    <w:p>
      <w:pPr>
        <w:pStyle w:val="Article_Reference_Item"/>
        <w:numPr>
          <w:ilvl w:val="0"/>
          <w:numId w:val="36"/>
        </w:numPr>
      </w:pPr>
      <w:r>
        <w:rPr>
          <w:i w:val="0"/>
          <w:b w:val="0"/>
        </w:rPr>
        <w:t xml:space="preserve">Burns, B., Villalba, E., Strebel, D., &amp; Evenson, L. (2019). </w:t>
      </w:r>
      <w:r>
        <w:rPr>
          <w:i w:val="1"/>
          <w:b w:val="0"/>
        </w:rPr>
        <w:t xml:space="preserve">Kubernetes best practices: Blueprints for building successful applications on Kubernetes</w:t>
      </w:r>
      <w:r>
        <w:rPr>
          <w:i w:val="0"/>
          <w:b w:val="0"/>
        </w:rPr>
        <w:t xml:space="preserve">. O’Reilly Media.</w:t>
      </w:r>
    </w:p>
    <w:p>
      <w:pPr>
        <w:pStyle w:val="Article_Reference_Item"/>
        <w:numPr>
          <w:ilvl w:val="0"/>
          <w:numId w:val="36"/>
        </w:numPr>
      </w:pPr>
      <w:r>
        <w:rPr>
          <w:i w:val="0"/>
          <w:b w:val="0"/>
        </w:rPr>
        <w:t xml:space="preserve">Newman, S. (2021). </w:t>
      </w:r>
      <w:r>
        <w:rPr>
          <w:i w:val="1"/>
          <w:b w:val="0"/>
        </w:rPr>
        <w:t xml:space="preserve">Building microservices: Designing fine-grained systems</w:t>
      </w:r>
      <w:r>
        <w:rPr>
          <w:i w:val="0"/>
          <w:b w:val="0"/>
        </w:rPr>
        <w:t xml:space="preserve"> (2nd ed.). O’Reilly Media.</w:t>
      </w:r>
    </w:p>
    <w:p>
      <w:pPr>
        <w:pStyle w:val="Article_Reference_Item"/>
        <w:numPr>
          <w:ilvl w:val="0"/>
          <w:numId w:val="36"/>
        </w:numPr>
      </w:pPr>
      <w:r>
        <w:rPr>
          <w:i w:val="0"/>
          <w:b w:val="0"/>
        </w:rPr>
        <w:t xml:space="preserve">Kleppmann, M. (2017). </w:t>
      </w:r>
      <w:r>
        <w:rPr>
          <w:i w:val="1"/>
          <w:b w:val="0"/>
        </w:rPr>
        <w:t xml:space="preserve">Designing data-intensive applications: The big ideas behind reliable, scalable, and maintainable systems</w:t>
      </w:r>
      <w:r>
        <w:rPr>
          <w:i w:val="0"/>
          <w:b w:val="0"/>
        </w:rPr>
        <w:t xml:space="preserve">. O’Reilly Media.</w:t>
      </w:r>
    </w:p>
    <w:p>
      <w:pPr>
        <w:pStyle w:val="Article_Reference_Item"/>
        <w:numPr>
          <w:ilvl w:val="0"/>
          <w:numId w:val="36"/>
        </w:numPr>
      </w:pPr>
      <w:r>
        <w:rPr>
          <w:i w:val="0"/>
          <w:b w:val="0"/>
        </w:rPr>
        <w:t xml:space="preserve">Vaswani, A., Shazeer, N., Parmar, N., Uszkoreit, J., Jones, L., Gomez, A. N., Kaiser, Ł., &amp; Polosukhin, I. (2017). Attention is all you need. In I. Guyon, U. von Luxburg, S. Bengio, H. Wallach, R. Fergus, S. Vishwanathan, &amp; R. Garnett (Eds.), </w:t>
      </w:r>
      <w:r>
        <w:rPr>
          <w:i w:val="1"/>
          <w:b w:val="0"/>
        </w:rPr>
        <w:t xml:space="preserve">Advances in neural information processing systems</w:t>
      </w:r>
      <w:r>
        <w:rPr>
          <w:i w:val="0"/>
          <w:b w:val="0"/>
        </w:rPr>
        <w:t xml:space="preserve"> (Vol. 30, pp. 5998–6008). Curran Associates. </w:t>
      </w:r>
      <w:hyperlink r:id="rIdAudit14">
        <w:r>
          <w:rPr>
            <w:i w:val="0"/>
            <w:b w:val="0"/>
            <w:u w:val="single"/>
            <w:color w:val="0563C1"/>
          </w:rPr>
          <w:t xml:space="preserve">https://proceedings.neurips.cc/paper/2017/hash/3f5ee243547dee91fbd053c1c4a845aa-Abstract.html</w:t>
        </w:r>
      </w:hyperlink>
    </w:p>
    <w:p>
      <w:pPr>
        <w:pStyle w:val="Article_Reference_Item"/>
        <w:numPr>
          <w:ilvl w:val="0"/>
          <w:numId w:val="36"/>
        </w:numPr>
      </w:pPr>
      <w:r>
        <w:rPr>
          <w:i w:val="0"/>
          <w:b w:val="0"/>
        </w:rPr>
        <w:t xml:space="preserve">Dean, J., &amp; Barroso, L. A. (2013). The tail at scale. </w:t>
      </w:r>
      <w:r>
        <w:rPr>
          <w:i w:val="1"/>
          <w:b w:val="0"/>
        </w:rPr>
        <w:t xml:space="preserve">Communications of the ACM, 56</w:t>
      </w:r>
      <w:r>
        <w:rPr>
          <w:i w:val="0"/>
          <w:b w:val="0"/>
        </w:rPr>
        <w:t xml:space="preserve">(2), 74–80. </w:t>
      </w:r>
      <w:hyperlink r:id="rIdAudit15">
        <w:r>
          <w:rPr>
            <w:i w:val="0"/>
            <w:b w:val="0"/>
            <w:u w:val="single"/>
            <w:color w:val="0563C1"/>
          </w:rPr>
          <w:t xml:space="preserve">https://doi.org/10.1145/2408776.2408794</w:t>
        </w:r>
      </w:hyperlink>
    </w:p>
    <w:p>
      <w:pPr>
        <w:pStyle w:val="Article_Author_Info_Heading_EN"/>
      </w:pPr>
      <w:r>
        <w:rPr>
          <w:rFonts w:ascii="Liberation Serif" w:hAnsi="Liberation Serif" w:eastAsia="Liberation Serif" w:cs="Liberation Serif"/>
          <w:b/>
          <w:bCs/>
          <w:i w:val="0"/>
          <w:iCs w:val="0"/>
          <w:lang w:val="en-US" w:eastAsia="en-US"/>
        </w:rPr>
        <w:t xml:space="preserve">Information about the authors</w:t>
      </w:r>
      <w:r>
        <w:rPr>
          <w:rFonts w:ascii="Liberation Serif" w:hAnsi="Liberation Serif" w:eastAsia="Liberation Serif" w:cs="Liberation Serif"/>
          <w:b/>
          <w:bCs/>
          <w:i w:val="0"/>
          <w:iCs w:val="0"/>
          <w:lang w:val="en-US" w:eastAsia="en-US"/>
        </w:rPr>
      </w:r>
    </w:p>
    <w:p>
      <w:pPr>
        <w:pStyle w:val="Article_Author_Info_EN"/>
      </w:pPr>
      <w:r>
        <w:rPr/>
        <w:t xml:space="preserve">Smirnov Petr Ivanovich — [position], [academic degree and title, if any], [full institution name], [city, country], e-mail: author1@example.org</w:t>
      </w:r>
    </w:p>
    <w:p>
      <w:pPr>
        <w:pStyle w:val="Article_Author_Info_EN"/>
      </w:pPr>
      <w:r>
        <w:rPr/>
        <w:t xml:space="preserve">Petrov Alexey Vladimirovich — [position], [academic degree and title, if any], [full institution name], [city, country], e-mail: author2@example.org</w:t>
      </w:r>
    </w:p>
    <w:sectPr>
      <w:headerReference w:type="default" r:id="rId9"/>
      <w:headerReference w:type="even" r:id="rId10"/>
      <w:footnotePr/>
      <w:endnotePr/>
      <w:type w:val="continuous"/>
      <w:pgSz w:h="16838" w:orient="portrait" w:w="11906"/>
      <w:pgMar w:top="1134" w:right="1134" w:bottom="1134" w:left="1134" w:header="851" w:footer="907" w:gutter="0"/>
      <w:cols w:num="1" w:sep="0" w:space="284"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iberation Serif">
    <w:family w:val="roman"/>
    <w:pitch w:val="variable"/>
    <w:embedRegular r:id="rIdEmbeddedLiberationSerifRegular" w:fontKey="{D351E8AE-9E28-4E0C-B0C9-967B6988A5D5}" w:subsetted="0"/>
    <w:embedBold r:id="rIdEmbeddedLiberationSerifBold" w:fontKey="{EAA6AA36-AABF-406C-9760-F5429E2BD240}" w:subsetted="0"/>
    <w:embedItalic r:id="rIdEmbeddedLiberationSerifItalic" w:fontKey="{E75F57F9-6315-4BDE-B44C-4BB0C039C564}" w:subsetted="0"/>
    <w:embedBoldItalic r:id="rIdEmbeddedLiberationSerifBoldItalic" w:fontKey="{30DA2C3E-4B7B-496D-AA2D-905B267CA4C2}" w:subsetted="0"/>
  </w:font>
  <w:font w:name="Liberation Mono">
    <w:family w:val="modern"/>
    <w:pitch w:val="fixed"/>
    <w:embedRegular r:id="rIdEmbeddedLiberationMonoRegular" w:fontKey="{11DE9215-3DDC-41A5-B569-8048CB3A348A}" w:subsetted="0"/>
    <w:embedBold r:id="rIdEmbeddedLiberationMonoBold" w:fontKey="{101A80F1-CA40-4774-AD0F-C6C233F3E1CE}" w:subsetted="0"/>
    <w:embedItalic r:id="rIdEmbeddedLiberationMonoItalic" w:fontKey="{BFC8757F-918A-4179-9AC5-22C0362D16C8}" w:subsetted="0"/>
    <w:embedBoldItalic r:id="rIdEmbeddedLiberationMonoBoldItalic" w:fontKey="{3385B084-DDE2-4CDA-93AD-2C4B283CD5C1}" w:subsetted="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9"/>
      <w:pBdr/>
      <w:spacing/>
      <w:ind/>
      <w:jc w:val="center"/>
      <w:rPr>
        <w:rFonts w:ascii="Liberation Serif" w:hAnsi="Liberation Serif" w:eastAsia="Liberation Serif" w:cs="Liberation Serif"/>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52"/>
      <w:pBdr/>
      <w:spacing/>
      <w:ind/>
      <w:rPr>
        <w:rFonts w:ascii="Liberation Serif" w:hAnsi="Liberation Serif" w:eastAsia="Liberation Serif" w:cs="Liberation Serif"/>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01BD3"/>
    <w:lvl w:ilvl="0">
      <w:isLgl w:val="false"/>
      <w:lvlJc w:val="left"/>
      <w:lvlText w:val="%1."/>
      <w:numFmt w:val="decimal"/>
      <w:pPr>
        <w:pBdr/>
        <w:spacing/>
        <w:ind w:hanging="360" w:left="3337"/>
      </w:pPr>
      <w:pStyle w:val="1415"/>
      <w:rPr>
        <w:rFonts w:ascii="Liberation Serif" w:hAnsi="Liberation Serif" w:eastAsia="Liberation Serif" w:cs="Liberation Serif"/>
      </w:rPr>
      <w:start w:val="1"/>
      <w:suff w:val="tab"/>
    </w:lvl>
    <w:lvl w:ilvl="1">
      <w:isLgl w:val="false"/>
      <w:lvlJc w:val="left"/>
      <w:lvlText w:val="%2."/>
      <w:numFmt w:val="lowerLetter"/>
      <w:pPr>
        <w:pBdr/>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spacing/>
        <w:ind w:hanging="180" w:left="2160"/>
      </w:pPr>
      <w:rPr>
        <w:rFonts w:ascii="Liberation Serif" w:hAnsi="Liberation Serif" w:eastAsia="Liberation Serif" w:cs="Liberation Serif"/>
      </w:rPr>
      <w:start w:val="1"/>
      <w:suff w:val="tab"/>
    </w:lvl>
    <w:lvl w:ilvl="3">
      <w:isLgl w:val="false"/>
      <w:lvlJc w:val="left"/>
      <w:lvlText w:val="%4."/>
      <w:numFmt w:val="decimal"/>
      <w:pPr>
        <w:pBdr/>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spacing/>
        <w:ind w:hanging="180" w:left="4320"/>
      </w:pPr>
      <w:rPr>
        <w:rFonts w:ascii="Liberation Serif" w:hAnsi="Liberation Serif" w:eastAsia="Liberation Serif" w:cs="Liberation Serif"/>
      </w:rPr>
      <w:start w:val="1"/>
      <w:suff w:val="tab"/>
    </w:lvl>
    <w:lvl w:ilvl="6">
      <w:isLgl w:val="false"/>
      <w:lvlJc w:val="left"/>
      <w:lvlText w:val="%7."/>
      <w:numFmt w:val="decimal"/>
      <w:pPr>
        <w:pBdr/>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spacing/>
        <w:ind w:hanging="180" w:left="6480"/>
      </w:pPr>
      <w:rPr>
        <w:rFonts w:ascii="Liberation Serif" w:hAnsi="Liberation Serif" w:eastAsia="Liberation Serif" w:cs="Liberation Serif"/>
      </w:rPr>
      <w:start w:val="1"/>
      <w:suff w:val="tab"/>
    </w:lvl>
  </w:abstractNum>
  <w:abstractNum w:abstractNumId="1">
    <w:nsid w:val="06EC3814"/>
    <w:lvl w:ilvl="0">
      <w:isLgl w:val="false"/>
      <w:lvlJc w:val="left"/>
      <w:lvlText w:val="%1)"/>
      <w:numFmt w:val="decimal"/>
      <w:pPr>
        <w:pBdr/>
        <w:tabs>
          <w:tab w:val="num" w:leader="none" w:pos="360"/>
        </w:tabs>
        <w:spacing/>
        <w:ind w:hanging="360" w:left="360"/>
      </w:pPr>
      <w:pStyle w:val="1229"/>
      <w:rPr>
        <w:rFonts w:cs="Liberation Serif" w:ascii="Liberation Serif" w:hAnsi="Liberation Serif" w:eastAsia="Liberation Serif"/>
      </w:rPr>
      <w:start w:val="1"/>
      <w:suff w:val="tab"/>
    </w:lvl>
    <w:lvl w:ilvl="1">
      <w:isLgl w:val="false"/>
      <w:lvlJc w:val="left"/>
      <w:lvlText w:val="%2)"/>
      <w:numFmt w:val="lowerLetter"/>
      <w:pPr>
        <w:pBdr/>
        <w:tabs>
          <w:tab w:val="num" w:leader="none" w:pos="720"/>
        </w:tabs>
        <w:spacing/>
        <w:ind w:hanging="360" w:left="720"/>
      </w:pPr>
      <w:rPr>
        <w:rFonts w:cs="Liberation Serif" w:ascii="Liberation Serif" w:hAnsi="Liberation Serif" w:eastAsia="Liberation Serif"/>
      </w:rPr>
      <w:start w:val="1"/>
      <w:suff w:val="tab"/>
    </w:lvl>
    <w:lvl w:ilvl="2">
      <w:isLgl w:val="false"/>
      <w:lvlJc w:val="left"/>
      <w:lvlText w:val="%3)"/>
      <w:numFmt w:val="lowerRoman"/>
      <w:pPr>
        <w:pBdr/>
        <w:tabs>
          <w:tab w:val="num" w:leader="none" w:pos="1080"/>
        </w:tabs>
        <w:spacing/>
        <w:ind w:hanging="360" w:left="1080"/>
      </w:pPr>
      <w:rPr>
        <w:rFonts w:cs="Liberation Serif" w:ascii="Liberation Serif" w:hAnsi="Liberation Serif" w:eastAsia="Liberation Serif"/>
      </w:rPr>
      <w:start w:val="1"/>
      <w:suff w:val="tab"/>
    </w:lvl>
    <w:lvl w:ilvl="3">
      <w:isLgl w:val="false"/>
      <w:lvlJc w:val="left"/>
      <w:lvlText w:val="(%4)"/>
      <w:numFmt w:val="decimal"/>
      <w:pPr>
        <w:pBdr/>
        <w:tabs>
          <w:tab w:val="num" w:leader="none" w:pos="1440"/>
        </w:tabs>
        <w:spacing/>
        <w:ind w:hanging="360" w:left="1440"/>
      </w:pPr>
      <w:rPr>
        <w:rFonts w:cs="Liberation Serif" w:ascii="Liberation Serif" w:hAnsi="Liberation Serif" w:eastAsia="Liberation Serif"/>
      </w:rPr>
      <w:start w:val="1"/>
      <w:suff w:val="tab"/>
    </w:lvl>
    <w:lvl w:ilvl="4">
      <w:isLgl w:val="false"/>
      <w:lvlJc w:val="left"/>
      <w:lvlText w:val="(%5)"/>
      <w:numFmt w:val="lowerLetter"/>
      <w:pPr>
        <w:pBdr/>
        <w:tabs>
          <w:tab w:val="num" w:leader="none" w:pos="1800"/>
        </w:tabs>
        <w:spacing/>
        <w:ind w:hanging="360" w:left="1800"/>
      </w:pPr>
      <w:rPr>
        <w:rFonts w:cs="Liberation Serif" w:ascii="Liberation Serif" w:hAnsi="Liberation Serif" w:eastAsia="Liberation Serif"/>
      </w:rPr>
      <w:start w:val="1"/>
      <w:suff w:val="tab"/>
    </w:lvl>
    <w:lvl w:ilvl="5">
      <w:isLgl w:val="false"/>
      <w:lvlJc w:val="left"/>
      <w:lvlText w:val="(%6)"/>
      <w:numFmt w:val="lowerRoman"/>
      <w:pPr>
        <w:pBdr/>
        <w:tabs>
          <w:tab w:val="num" w:leader="none" w:pos="2160"/>
        </w:tabs>
        <w:spacing/>
        <w:ind w:hanging="360" w:left="2160"/>
      </w:pPr>
      <w:rPr>
        <w:rFonts w:cs="Liberation Serif" w:ascii="Liberation Serif" w:hAnsi="Liberation Serif" w:eastAsia="Liberation Serif"/>
      </w:rPr>
      <w:start w:val="1"/>
      <w:suff w:val="tab"/>
    </w:lvl>
    <w:lvl w:ilvl="6">
      <w:isLgl w:val="false"/>
      <w:lvlJc w:val="left"/>
      <w:lvlText w:val="%7."/>
      <w:numFmt w:val="decimal"/>
      <w:pPr>
        <w:pBdr/>
        <w:tabs>
          <w:tab w:val="num" w:leader="none" w:pos="2520"/>
        </w:tabs>
        <w:spacing/>
        <w:ind w:hanging="360" w:left="2520"/>
      </w:pPr>
      <w:rPr>
        <w:rFonts w:cs="Liberation Serif" w:ascii="Liberation Serif" w:hAnsi="Liberation Serif" w:eastAsia="Liberation Serif"/>
      </w:rPr>
      <w:start w:val="1"/>
      <w:suff w:val="tab"/>
    </w:lvl>
    <w:lvl w:ilvl="7">
      <w:isLgl w:val="false"/>
      <w:lvlJc w:val="left"/>
      <w:lvlText w:val="%8."/>
      <w:numFmt w:val="lowerLetter"/>
      <w:pPr>
        <w:pBdr/>
        <w:tabs>
          <w:tab w:val="num" w:leader="none" w:pos="2880"/>
        </w:tabs>
        <w:spacing/>
        <w:ind w:hanging="360" w:left="2880"/>
      </w:pPr>
      <w:rPr>
        <w:rFonts w:cs="Liberation Serif" w:ascii="Liberation Serif" w:hAnsi="Liberation Serif" w:eastAsia="Liberation Serif"/>
      </w:rPr>
      <w:start w:val="1"/>
      <w:suff w:val="tab"/>
    </w:lvl>
    <w:lvl w:ilvl="8">
      <w:isLgl w:val="false"/>
      <w:lvlJc w:val="left"/>
      <w:lvlText w:val="%9."/>
      <w:numFmt w:val="lowerRoman"/>
      <w:pPr>
        <w:pBdr/>
        <w:tabs>
          <w:tab w:val="num" w:leader="none" w:pos="3240"/>
        </w:tabs>
        <w:spacing/>
        <w:ind w:hanging="360" w:left="3240"/>
      </w:pPr>
      <w:rPr>
        <w:rFonts w:cs="Liberation Serif" w:ascii="Liberation Serif" w:hAnsi="Liberation Serif" w:eastAsia="Liberation Serif"/>
      </w:rPr>
      <w:start w:val="1"/>
      <w:suff w:val="tab"/>
    </w:lvl>
  </w:abstractNum>
  <w:abstractNum w:abstractNumId="2">
    <w:nsid w:val="0F3934C7"/>
    <w:lvl w:ilvl="0">
      <w:isLgl w:val="false"/>
      <w:lvlJc w:val="left"/>
      <w:lvlText w:val="%1."/>
      <w:numFmt w:val="decimal"/>
      <w:pPr>
        <w:pBdr/>
        <w:spacing/>
        <w:ind w:hanging="360" w:left="720"/>
      </w:pPr>
      <w:rPr>
        <w:rFonts w:cs="Liberation Serif" w:ascii="Liberation Serif" w:hAnsi="Liberation Serif" w:eastAsia="Liberation Serif"/>
      </w:rPr>
      <w:start w:val="1"/>
      <w:suff w:val="tab"/>
    </w:lvl>
    <w:lvl w:ilvl="1">
      <w:isLgl w:val="false"/>
      <w:lvlJc w:val="left"/>
      <w:lvlText w:val="%2."/>
      <w:numFmt w:val="lowerLetter"/>
      <w:pPr>
        <w:pBdr/>
        <w:spacing/>
        <w:ind w:hanging="360" w:left="1440"/>
      </w:pPr>
      <w:rPr>
        <w:rFonts w:cs="Liberation Serif" w:ascii="Liberation Serif" w:hAnsi="Liberation Serif" w:eastAsia="Liberation Serif"/>
      </w:rPr>
      <w:start w:val="1"/>
      <w:suff w:val="tab"/>
    </w:lvl>
    <w:lvl w:ilvl="2">
      <w:isLgl w:val="false"/>
      <w:lvlJc w:val="right"/>
      <w:lvlText w:val="%3."/>
      <w:numFmt w:val="lowerRoman"/>
      <w:pPr>
        <w:pBdr/>
        <w:spacing/>
        <w:ind w:hanging="180" w:left="2160"/>
      </w:pPr>
      <w:rPr>
        <w:rFonts w:cs="Liberation Serif" w:ascii="Liberation Serif" w:hAnsi="Liberation Serif" w:eastAsia="Liberation Serif"/>
      </w:rPr>
      <w:start w:val="1"/>
      <w:suff w:val="tab"/>
    </w:lvl>
    <w:lvl w:ilvl="3">
      <w:isLgl w:val="false"/>
      <w:lvlJc w:val="left"/>
      <w:lvlText w:val="%4."/>
      <w:numFmt w:val="decimal"/>
      <w:pPr>
        <w:pBdr/>
        <w:spacing/>
        <w:ind w:hanging="360" w:left="2880"/>
      </w:pPr>
      <w:rPr>
        <w:rFonts w:cs="Liberation Serif" w:ascii="Liberation Serif" w:hAnsi="Liberation Serif" w:eastAsia="Liberation Serif"/>
      </w:rPr>
      <w:start w:val="1"/>
      <w:suff w:val="tab"/>
    </w:lvl>
    <w:lvl w:ilvl="4">
      <w:isLgl w:val="false"/>
      <w:lvlJc w:val="left"/>
      <w:lvlText w:val="%5."/>
      <w:numFmt w:val="lowerLetter"/>
      <w:pPr>
        <w:pBdr/>
        <w:spacing/>
        <w:ind w:hanging="360" w:left="3600"/>
      </w:pPr>
      <w:rPr>
        <w:rFonts w:cs="Liberation Serif" w:ascii="Liberation Serif" w:hAnsi="Liberation Serif" w:eastAsia="Liberation Serif"/>
      </w:rPr>
      <w:start w:val="1"/>
      <w:suff w:val="tab"/>
    </w:lvl>
    <w:lvl w:ilvl="5">
      <w:isLgl w:val="false"/>
      <w:lvlJc w:val="right"/>
      <w:lvlText w:val="%6."/>
      <w:numFmt w:val="lowerRoman"/>
      <w:pPr>
        <w:pBdr/>
        <w:spacing/>
        <w:ind w:hanging="180" w:left="4320"/>
      </w:pPr>
      <w:rPr>
        <w:rFonts w:cs="Liberation Serif" w:ascii="Liberation Serif" w:hAnsi="Liberation Serif" w:eastAsia="Liberation Serif"/>
      </w:rPr>
      <w:start w:val="1"/>
      <w:suff w:val="tab"/>
    </w:lvl>
    <w:lvl w:ilvl="6">
      <w:isLgl w:val="false"/>
      <w:lvlJc w:val="left"/>
      <w:lvlText w:val="%7."/>
      <w:numFmt w:val="decimal"/>
      <w:pPr>
        <w:pBdr/>
        <w:spacing/>
        <w:ind w:hanging="360" w:left="5040"/>
      </w:pPr>
      <w:rPr>
        <w:rFonts w:cs="Liberation Serif" w:ascii="Liberation Serif" w:hAnsi="Liberation Serif" w:eastAsia="Liberation Serif"/>
      </w:rPr>
      <w:start w:val="1"/>
      <w:suff w:val="tab"/>
    </w:lvl>
    <w:lvl w:ilvl="7">
      <w:isLgl w:val="false"/>
      <w:lvlJc w:val="left"/>
      <w:lvlText w:val="%8."/>
      <w:numFmt w:val="lowerLetter"/>
      <w:pPr>
        <w:pBdr/>
        <w:spacing/>
        <w:ind w:hanging="360" w:left="5760"/>
      </w:pPr>
      <w:rPr>
        <w:rFonts w:cs="Liberation Serif" w:ascii="Liberation Serif" w:hAnsi="Liberation Serif" w:eastAsia="Liberation Serif"/>
      </w:rPr>
      <w:start w:val="1"/>
      <w:suff w:val="tab"/>
    </w:lvl>
    <w:lvl w:ilvl="8">
      <w:isLgl w:val="false"/>
      <w:lvlJc w:val="right"/>
      <w:lvlText w:val="%9."/>
      <w:numFmt w:val="lowerRoman"/>
      <w:pPr>
        <w:pBdr/>
        <w:spacing/>
        <w:ind w:hanging="180" w:left="6480"/>
      </w:pPr>
      <w:rPr>
        <w:rFonts w:cs="Liberation Serif" w:ascii="Liberation Serif" w:hAnsi="Liberation Serif" w:eastAsia="Liberation Serif"/>
      </w:rPr>
      <w:start w:val="1"/>
      <w:suff w:val="tab"/>
    </w:lvl>
  </w:abstractNum>
  <w:abstractNum w:abstractNumId="3">
    <w:nsid w:val="173F00EC"/>
    <w:lvl w:ilvl="0">
      <w:isLgl w:val="false"/>
      <w:lvlJc w:val="left"/>
      <w:lvlText w:val="%1."/>
      <w:numFmt w:val="decimal"/>
      <w:pPr>
        <w:pBdr/>
        <w:tabs>
          <w:tab w:val="num" w:leader="none" w:pos="360"/>
        </w:tabs>
        <w:spacing/>
        <w:ind w:hanging="360" w:left="360"/>
      </w:pPr>
      <w:pStyle w:val="1230"/>
      <w:rPr>
        <w:rFonts w:cs="Liberation Serif" w:ascii="Liberation Serif" w:hAnsi="Liberation Serif" w:eastAsia="Liberation Serif"/>
      </w:rPr>
      <w:start w:val="1"/>
      <w:suff w:val="tab"/>
    </w:lvl>
    <w:lvl w:ilvl="1">
      <w:isLgl w:val="false"/>
      <w:lvlJc w:val="left"/>
      <w:lvlText w:val="%1.%2."/>
      <w:numFmt w:val="decimal"/>
      <w:pPr>
        <w:pBdr/>
        <w:tabs>
          <w:tab w:val="num" w:leader="none" w:pos="792"/>
        </w:tabs>
        <w:spacing/>
        <w:ind w:hanging="432" w:left="792"/>
      </w:pPr>
      <w:rPr>
        <w:rFonts w:cs="Liberation Serif" w:ascii="Liberation Serif" w:hAnsi="Liberation Serif" w:eastAsia="Liberation Serif"/>
      </w:rPr>
      <w:start w:val="1"/>
      <w:suff w:val="tab"/>
    </w:lvl>
    <w:lvl w:ilvl="2">
      <w:isLgl w:val="false"/>
      <w:lvlJc w:val="left"/>
      <w:lvlText w:val="%1.%2.%3."/>
      <w:numFmt w:val="decimal"/>
      <w:pPr>
        <w:pBdr/>
        <w:tabs>
          <w:tab w:val="num" w:leader="none" w:pos="1224"/>
        </w:tabs>
        <w:spacing/>
        <w:ind w:hanging="504" w:left="1224"/>
      </w:pPr>
      <w:rPr>
        <w:rFonts w:cs="Liberation Serif" w:ascii="Liberation Serif" w:hAnsi="Liberation Serif" w:eastAsia="Liberation Serif"/>
      </w:rPr>
      <w:start w:val="1"/>
      <w:suff w:val="tab"/>
    </w:lvl>
    <w:lvl w:ilvl="3">
      <w:isLgl w:val="false"/>
      <w:lvlJc w:val="left"/>
      <w:lvlText w:val="%1.%2.%3.%4."/>
      <w:numFmt w:val="decimal"/>
      <w:pPr>
        <w:pBdr/>
        <w:tabs>
          <w:tab w:val="num" w:leader="none" w:pos="1800"/>
        </w:tabs>
        <w:spacing/>
        <w:ind w:hanging="648" w:left="1728"/>
      </w:pPr>
      <w:rPr>
        <w:rFonts w:cs="Liberation Serif" w:ascii="Liberation Serif" w:hAnsi="Liberation Serif" w:eastAsia="Liberation Serif"/>
      </w:rPr>
      <w:start w:val="1"/>
      <w:suff w:val="tab"/>
    </w:lvl>
    <w:lvl w:ilvl="4">
      <w:isLgl w:val="false"/>
      <w:lvlJc w:val="left"/>
      <w:lvlText w:val="%1.%2.%3.%4.%5."/>
      <w:numFmt w:val="decimal"/>
      <w:pPr>
        <w:pBdr/>
        <w:tabs>
          <w:tab w:val="num" w:leader="none" w:pos="2520"/>
        </w:tabs>
        <w:spacing/>
        <w:ind w:hanging="792" w:left="2232"/>
      </w:pPr>
      <w:rPr>
        <w:rFonts w:cs="Liberation Serif" w:ascii="Liberation Serif" w:hAnsi="Liberation Serif" w:eastAsia="Liberation Serif"/>
      </w:rPr>
      <w:start w:val="1"/>
      <w:suff w:val="tab"/>
    </w:lvl>
    <w:lvl w:ilvl="5">
      <w:isLgl w:val="false"/>
      <w:lvlJc w:val="left"/>
      <w:lvlText w:val="%1.%2.%3.%4.%5.%6."/>
      <w:numFmt w:val="decimal"/>
      <w:pPr>
        <w:pBdr/>
        <w:tabs>
          <w:tab w:val="num" w:leader="none" w:pos="2880"/>
        </w:tabs>
        <w:spacing/>
        <w:ind w:hanging="936" w:left="2736"/>
      </w:pPr>
      <w:rPr>
        <w:rFonts w:cs="Liberation Serif" w:ascii="Liberation Serif" w:hAnsi="Liberation Serif" w:eastAsia="Liberation Serif"/>
      </w:rPr>
      <w:start w:val="1"/>
      <w:suff w:val="tab"/>
    </w:lvl>
    <w:lvl w:ilvl="6">
      <w:isLgl w:val="false"/>
      <w:lvlJc w:val="left"/>
      <w:lvlText w:val="%1.%2.%3.%4.%5.%6.%7."/>
      <w:numFmt w:val="decimal"/>
      <w:pPr>
        <w:pBdr/>
        <w:tabs>
          <w:tab w:val="num" w:leader="none" w:pos="3600"/>
        </w:tabs>
        <w:spacing/>
        <w:ind w:hanging="1080" w:left="3240"/>
      </w:pPr>
      <w:rPr>
        <w:rFonts w:cs="Liberation Serif" w:ascii="Liberation Serif" w:hAnsi="Liberation Serif" w:eastAsia="Liberation Serif"/>
      </w:rPr>
      <w:start w:val="1"/>
      <w:suff w:val="tab"/>
    </w:lvl>
    <w:lvl w:ilvl="7">
      <w:isLgl w:val="false"/>
      <w:lvlJc w:val="left"/>
      <w:lvlText w:val="%1.%2.%3.%4.%5.%6.%7.%8."/>
      <w:numFmt w:val="decimal"/>
      <w:pPr>
        <w:pBdr/>
        <w:tabs>
          <w:tab w:val="num" w:leader="none" w:pos="3960"/>
        </w:tabs>
        <w:spacing/>
        <w:ind w:hanging="1224" w:left="3744"/>
      </w:pPr>
      <w:rPr>
        <w:rFonts w:cs="Liberation Serif" w:ascii="Liberation Serif" w:hAnsi="Liberation Serif" w:eastAsia="Liberation Serif"/>
      </w:rPr>
      <w:start w:val="1"/>
      <w:suff w:val="tab"/>
    </w:lvl>
    <w:lvl w:ilvl="8">
      <w:isLgl w:val="false"/>
      <w:lvlJc w:val="left"/>
      <w:lvlText w:val="%1.%2.%3.%4.%5.%6.%7.%8.%9."/>
      <w:numFmt w:val="decimal"/>
      <w:pPr>
        <w:pBdr/>
        <w:tabs>
          <w:tab w:val="num" w:leader="none" w:pos="4680"/>
        </w:tabs>
        <w:spacing/>
        <w:ind w:hanging="1440" w:left="4320"/>
      </w:pPr>
      <w:rPr>
        <w:rFonts w:cs="Liberation Serif" w:ascii="Liberation Serif" w:hAnsi="Liberation Serif" w:eastAsia="Liberation Serif"/>
      </w:rPr>
      <w:start w:val="1"/>
      <w:suff w:val="tab"/>
    </w:lvl>
  </w:abstractNum>
  <w:abstractNum w:abstractNumId="4">
    <w:nsid w:val="19B32D93"/>
    <w:lvl w:ilvl="0">
      <w:isLgl w:val="false"/>
      <w:lvlJc w:val="left"/>
      <w:lvlText w:val="%1."/>
      <w:numFmt w:val="decimal"/>
      <w:pPr>
        <w:pBdr/>
        <w:spacing/>
        <w:ind w:hanging="360" w:left="927"/>
      </w:pPr>
      <w:rPr>
        <w:rFonts w:cs="Liberation Serif" w:ascii="Liberation Serif" w:hAnsi="Liberation Serif" w:eastAsia="Liberation Serif"/>
      </w:rPr>
      <w:start w:val="1"/>
      <w:suff w:val="tab"/>
    </w:lvl>
    <w:lvl w:ilvl="1">
      <w:isLgl w:val="false"/>
      <w:lvlJc w:val="left"/>
      <w:lvlText w:val="%2."/>
      <w:numFmt w:val="lowerLetter"/>
      <w:pPr>
        <w:pBdr/>
        <w:spacing/>
        <w:ind w:hanging="360" w:left="1647"/>
      </w:pPr>
      <w:rPr>
        <w:rFonts w:cs="Liberation Serif" w:ascii="Liberation Serif" w:hAnsi="Liberation Serif" w:eastAsia="Liberation Serif"/>
      </w:rPr>
      <w:start w:val="1"/>
      <w:suff w:val="tab"/>
    </w:lvl>
    <w:lvl w:ilvl="2">
      <w:isLgl w:val="false"/>
      <w:lvlJc w:val="right"/>
      <w:lvlText w:val="%3."/>
      <w:numFmt w:val="lowerRoman"/>
      <w:pPr>
        <w:pBdr/>
        <w:spacing/>
        <w:ind w:hanging="180" w:left="2367"/>
      </w:pPr>
      <w:rPr>
        <w:rFonts w:cs="Liberation Serif" w:ascii="Liberation Serif" w:hAnsi="Liberation Serif" w:eastAsia="Liberation Serif"/>
      </w:rPr>
      <w:start w:val="1"/>
      <w:suff w:val="tab"/>
    </w:lvl>
    <w:lvl w:ilvl="3">
      <w:isLgl w:val="false"/>
      <w:lvlJc w:val="left"/>
      <w:lvlText w:val="%4."/>
      <w:numFmt w:val="decimal"/>
      <w:pPr>
        <w:pBdr/>
        <w:spacing/>
        <w:ind w:hanging="360" w:left="3087"/>
      </w:pPr>
      <w:rPr>
        <w:rFonts w:cs="Liberation Serif" w:ascii="Liberation Serif" w:hAnsi="Liberation Serif" w:eastAsia="Liberation Serif"/>
      </w:rPr>
      <w:start w:val="1"/>
      <w:suff w:val="tab"/>
    </w:lvl>
    <w:lvl w:ilvl="4">
      <w:isLgl w:val="false"/>
      <w:lvlJc w:val="left"/>
      <w:lvlText w:val="%5."/>
      <w:numFmt w:val="lowerLetter"/>
      <w:pPr>
        <w:pBdr/>
        <w:spacing/>
        <w:ind w:hanging="360" w:left="3807"/>
      </w:pPr>
      <w:rPr>
        <w:rFonts w:cs="Liberation Serif" w:ascii="Liberation Serif" w:hAnsi="Liberation Serif" w:eastAsia="Liberation Serif"/>
      </w:rPr>
      <w:start w:val="1"/>
      <w:suff w:val="tab"/>
    </w:lvl>
    <w:lvl w:ilvl="5">
      <w:isLgl w:val="false"/>
      <w:lvlJc w:val="right"/>
      <w:lvlText w:val="%6."/>
      <w:numFmt w:val="lowerRoman"/>
      <w:pPr>
        <w:pBdr/>
        <w:spacing/>
        <w:ind w:hanging="180" w:left="4527"/>
      </w:pPr>
      <w:rPr>
        <w:rFonts w:cs="Liberation Serif" w:ascii="Liberation Serif" w:hAnsi="Liberation Serif" w:eastAsia="Liberation Serif"/>
      </w:rPr>
      <w:start w:val="1"/>
      <w:suff w:val="tab"/>
    </w:lvl>
    <w:lvl w:ilvl="6">
      <w:isLgl w:val="false"/>
      <w:lvlJc w:val="left"/>
      <w:lvlText w:val="%7."/>
      <w:numFmt w:val="decimal"/>
      <w:pPr>
        <w:pBdr/>
        <w:spacing/>
        <w:ind w:hanging="360" w:left="5247"/>
      </w:pPr>
      <w:rPr>
        <w:rFonts w:cs="Liberation Serif" w:ascii="Liberation Serif" w:hAnsi="Liberation Serif" w:eastAsia="Liberation Serif"/>
      </w:rPr>
      <w:start w:val="1"/>
      <w:suff w:val="tab"/>
    </w:lvl>
    <w:lvl w:ilvl="7">
      <w:isLgl w:val="false"/>
      <w:lvlJc w:val="left"/>
      <w:lvlText w:val="%8."/>
      <w:numFmt w:val="lowerLetter"/>
      <w:pPr>
        <w:pBdr/>
        <w:spacing/>
        <w:ind w:hanging="360" w:left="5967"/>
      </w:pPr>
      <w:rPr>
        <w:rFonts w:cs="Liberation Serif" w:ascii="Liberation Serif" w:hAnsi="Liberation Serif" w:eastAsia="Liberation Serif"/>
      </w:rPr>
      <w:start w:val="1"/>
      <w:suff w:val="tab"/>
    </w:lvl>
    <w:lvl w:ilvl="8">
      <w:isLgl w:val="false"/>
      <w:lvlJc w:val="right"/>
      <w:lvlText w:val="%9."/>
      <w:numFmt w:val="lowerRoman"/>
      <w:pPr>
        <w:pBdr/>
        <w:spacing/>
        <w:ind w:hanging="180" w:left="6687"/>
      </w:pPr>
      <w:rPr>
        <w:rFonts w:cs="Liberation Serif" w:ascii="Liberation Serif" w:hAnsi="Liberation Serif" w:eastAsia="Liberation Serif"/>
      </w:rPr>
      <w:start w:val="1"/>
      <w:suff w:val="tab"/>
    </w:lvl>
  </w:abstractNum>
  <w:abstractNum w:abstractNumId="5">
    <w:nsid w:val="1E3F7C01"/>
    <w:lvl w:ilvl="0">
      <w:isLgl w:val="false"/>
      <w:lvlJc w:val="left"/>
      <w:lvlText w:val="Статья %1."/>
      <w:numFmt w:val="upperRoman"/>
      <w:pPr>
        <w:pBdr/>
        <w:tabs>
          <w:tab w:val="num" w:leader="none" w:pos="1440"/>
        </w:tabs>
        <w:spacing/>
        <w:ind/>
      </w:pPr>
      <w:pStyle w:val="1231"/>
      <w:rPr>
        <w:rFonts w:cs="Liberation Serif" w:ascii="Liberation Serif" w:hAnsi="Liberation Serif" w:eastAsia="Liberation Serif"/>
      </w:rPr>
      <w:start w:val="1"/>
      <w:suff w:val="tab"/>
    </w:lvl>
    <w:lvl w:ilvl="1">
      <w:isLgl w:val="false"/>
      <w:lvlJc w:val="left"/>
      <w:lvlText w:val="Раздел %1.%2"/>
      <w:numFmt w:val="decimalZero"/>
      <w:pPr>
        <w:pBdr/>
        <w:tabs>
          <w:tab w:val="num" w:leader="none" w:pos="1080"/>
        </w:tabs>
        <w:spacing/>
        <w:ind/>
      </w:pPr>
      <w:rPr>
        <w:rFonts w:cs="Liberation Serif" w:ascii="Liberation Serif" w:hAnsi="Liberation Serif" w:eastAsia="Liberation Serif"/>
      </w:rPr>
      <w:start w:val="1"/>
      <w:suff w:val="tab"/>
    </w:lvl>
    <w:lvl w:ilvl="2">
      <w:isLgl w:val="false"/>
      <w:lvlJc w:val="left"/>
      <w:lvlText w:val="(%3)"/>
      <w:numFmt w:val="lowerLetter"/>
      <w:pPr>
        <w:pBdr/>
        <w:tabs>
          <w:tab w:val="num" w:leader="none" w:pos="720"/>
        </w:tabs>
        <w:spacing/>
        <w:ind w:hanging="432" w:left="720"/>
      </w:pPr>
      <w:rPr>
        <w:rFonts w:cs="Liberation Serif" w:ascii="Liberation Serif" w:hAnsi="Liberation Serif" w:eastAsia="Liberation Serif"/>
      </w:rPr>
      <w:start w:val="1"/>
      <w:suff w:val="tab"/>
    </w:lvl>
    <w:lvl w:ilvl="3">
      <w:isLgl w:val="false"/>
      <w:lvlJc w:val="right"/>
      <w:lvlText w:val="(%4)"/>
      <w:numFmt w:val="lowerRoman"/>
      <w:pPr>
        <w:pBdr/>
        <w:tabs>
          <w:tab w:val="num" w:leader="none" w:pos="864"/>
        </w:tabs>
        <w:spacing/>
        <w:ind w:hanging="144" w:left="864"/>
      </w:pPr>
      <w:rPr>
        <w:rFonts w:cs="Liberation Serif" w:ascii="Liberation Serif" w:hAnsi="Liberation Serif" w:eastAsia="Liberation Serif"/>
      </w:rPr>
      <w:start w:val="1"/>
      <w:suff w:val="tab"/>
    </w:lvl>
    <w:lvl w:ilvl="4">
      <w:isLgl w:val="false"/>
      <w:lvlJc w:val="left"/>
      <w:lvlText w:val="%5)"/>
      <w:numFmt w:val="decimal"/>
      <w:pPr>
        <w:pBdr/>
        <w:tabs>
          <w:tab w:val="num" w:leader="none" w:pos="1008"/>
        </w:tabs>
        <w:spacing/>
        <w:ind w:hanging="432" w:left="1008"/>
      </w:pPr>
      <w:rPr>
        <w:rFonts w:cs="Liberation Serif" w:ascii="Liberation Serif" w:hAnsi="Liberation Serif" w:eastAsia="Liberation Serif"/>
      </w:rPr>
      <w:start w:val="1"/>
      <w:suff w:val="tab"/>
    </w:lvl>
    <w:lvl w:ilvl="5">
      <w:isLgl w:val="false"/>
      <w:lvlJc w:val="left"/>
      <w:lvlText w:val="%6)"/>
      <w:numFmt w:val="lowerLetter"/>
      <w:pPr>
        <w:pBdr/>
        <w:tabs>
          <w:tab w:val="num" w:leader="none" w:pos="1152"/>
        </w:tabs>
        <w:spacing/>
        <w:ind w:hanging="432" w:left="1152"/>
      </w:pPr>
      <w:rPr>
        <w:rFonts w:cs="Liberation Serif" w:ascii="Liberation Serif" w:hAnsi="Liberation Serif" w:eastAsia="Liberation Serif"/>
      </w:rPr>
      <w:start w:val="1"/>
      <w:suff w:val="tab"/>
    </w:lvl>
    <w:lvl w:ilvl="6">
      <w:isLgl w:val="false"/>
      <w:lvlJc w:val="right"/>
      <w:lvlText w:val="%7)"/>
      <w:numFmt w:val="lowerRoman"/>
      <w:pPr>
        <w:pBdr/>
        <w:tabs>
          <w:tab w:val="num" w:leader="none" w:pos="1296"/>
        </w:tabs>
        <w:spacing/>
        <w:ind w:hanging="288" w:left="1296"/>
      </w:pPr>
      <w:rPr>
        <w:rFonts w:cs="Liberation Serif" w:ascii="Liberation Serif" w:hAnsi="Liberation Serif" w:eastAsia="Liberation Serif"/>
      </w:rPr>
      <w:start w:val="1"/>
      <w:suff w:val="tab"/>
    </w:lvl>
    <w:lvl w:ilvl="7">
      <w:isLgl w:val="false"/>
      <w:lvlJc w:val="left"/>
      <w:lvlText w:val="%8."/>
      <w:numFmt w:val="lowerLetter"/>
      <w:pPr>
        <w:pBdr/>
        <w:tabs>
          <w:tab w:val="num" w:leader="none" w:pos="1440"/>
        </w:tabs>
        <w:spacing/>
        <w:ind w:hanging="432" w:left="1440"/>
      </w:pPr>
      <w:rPr>
        <w:rFonts w:cs="Liberation Serif" w:ascii="Liberation Serif" w:hAnsi="Liberation Serif" w:eastAsia="Liberation Serif"/>
      </w:rPr>
      <w:start w:val="1"/>
      <w:suff w:val="tab"/>
    </w:lvl>
    <w:lvl w:ilvl="8">
      <w:isLgl w:val="false"/>
      <w:lvlJc w:val="right"/>
      <w:lvlText w:val="%9."/>
      <w:numFmt w:val="lowerRoman"/>
      <w:pPr>
        <w:pBdr/>
        <w:tabs>
          <w:tab w:val="num" w:leader="none" w:pos="1584"/>
        </w:tabs>
        <w:spacing/>
        <w:ind w:hanging="144" w:left="1584"/>
      </w:pPr>
      <w:rPr>
        <w:rFonts w:cs="Liberation Serif" w:ascii="Liberation Serif" w:hAnsi="Liberation Serif" w:eastAsia="Liberation Serif"/>
      </w:rPr>
      <w:start w:val="1"/>
      <w:suff w:val="tab"/>
    </w:lvl>
  </w:abstractNum>
  <w:abstractNum w:abstractNumId="6">
    <w:nsid w:val="1E956684"/>
    <w:lvl w:ilvl="0">
      <w:isLgl w:val="false"/>
      <w:lvlJc w:val="left"/>
      <w:lvlText w:val="%1."/>
      <w:numFmt w:val="decimal"/>
      <w:pPr>
        <w:pBdr/>
        <w:spacing/>
        <w:ind w:hanging="360" w:left="720"/>
      </w:pPr>
      <w:rPr>
        <w:rFonts w:ascii="Liberation Serif" w:hAnsi="Liberation Serif" w:cs="Liberation Serif" w:eastAsia="Liberation Serif"/>
        <w:b w:val="0"/>
      </w:rPr>
      <w:start w:val="1"/>
      <w:suff w:val="tab"/>
    </w:lvl>
    <w:lvl w:ilvl="1">
      <w:isLgl w:val="false"/>
      <w:lvlJc w:val="left"/>
      <w:lvlText w:val=""/>
      <w:numFmt w:val="bullet"/>
      <w:pPr>
        <w:pBdr/>
        <w:spacing/>
        <w:ind w:hanging="432" w:left="1152"/>
      </w:pPr>
      <w:rPr>
        <w:rFonts w:ascii="Liberation Serif" w:hAnsi="Liberation Serif" w:eastAsia="Liberation Serif" w:cs="Liberation Serif"/>
      </w:rPr>
      <w:start w:val="1"/>
      <w:suff w:val="tab"/>
    </w:lvl>
    <w:lvl w:ilvl="2">
      <w:isLgl w:val="false"/>
      <w:lvlJc w:val="left"/>
      <w:lvlText w:val="%1.%2.%3."/>
      <w:numFmt w:val="decimal"/>
      <w:pPr>
        <w:pBdr/>
        <w:spacing/>
        <w:ind w:hanging="504" w:left="1584"/>
      </w:pPr>
      <w:rPr>
        <w:rFonts w:ascii="Liberation Serif" w:hAnsi="Liberation Serif" w:eastAsia="Liberation Serif" w:cs="Liberation Serif"/>
      </w:rPr>
      <w:start w:val="1"/>
      <w:suff w:val="tab"/>
    </w:lvl>
    <w:lvl w:ilvl="3">
      <w:isLgl w:val="false"/>
      <w:lvlJc w:val="left"/>
      <w:lvlText w:val="%1.%2.%3.%4."/>
      <w:numFmt w:val="decimal"/>
      <w:pPr>
        <w:pBdr/>
        <w:spacing/>
        <w:ind w:hanging="648" w:left="2088"/>
      </w:pPr>
      <w:rPr>
        <w:rFonts w:ascii="Liberation Serif" w:hAnsi="Liberation Serif" w:eastAsia="Liberation Serif" w:cs="Liberation Serif"/>
      </w:rPr>
      <w:start w:val="1"/>
      <w:suff w:val="tab"/>
    </w:lvl>
    <w:lvl w:ilvl="4">
      <w:isLgl w:val="false"/>
      <w:lvlJc w:val="left"/>
      <w:lvlText w:val="%1.%2.%3.%4.%5."/>
      <w:numFmt w:val="decimal"/>
      <w:pPr>
        <w:pBdr/>
        <w:spacing/>
        <w:ind w:hanging="792" w:left="2592"/>
      </w:pPr>
      <w:rPr>
        <w:rFonts w:ascii="Liberation Serif" w:hAnsi="Liberation Serif" w:eastAsia="Liberation Serif" w:cs="Liberation Serif"/>
      </w:rPr>
      <w:start w:val="1"/>
      <w:suff w:val="tab"/>
    </w:lvl>
    <w:lvl w:ilvl="5">
      <w:isLgl w:val="false"/>
      <w:lvlJc w:val="left"/>
      <w:lvlText w:val="%1.%2.%3.%4.%5.%6."/>
      <w:numFmt w:val="decimal"/>
      <w:pPr>
        <w:pBdr/>
        <w:spacing/>
        <w:ind w:hanging="936" w:left="3096"/>
      </w:pPr>
      <w:rPr>
        <w:rFonts w:ascii="Liberation Serif" w:hAnsi="Liberation Serif" w:eastAsia="Liberation Serif" w:cs="Liberation Serif"/>
      </w:rPr>
      <w:start w:val="1"/>
      <w:suff w:val="tab"/>
    </w:lvl>
    <w:lvl w:ilvl="6">
      <w:isLgl w:val="false"/>
      <w:lvlJc w:val="left"/>
      <w:lvlText w:val="%1.%2.%3.%4.%5.%6.%7."/>
      <w:numFmt w:val="decimal"/>
      <w:pPr>
        <w:pBdr/>
        <w:spacing/>
        <w:ind w:hanging="1080" w:left="3600"/>
      </w:pPr>
      <w:rPr>
        <w:rFonts w:ascii="Liberation Serif" w:hAnsi="Liberation Serif" w:eastAsia="Liberation Serif" w:cs="Liberation Serif"/>
      </w:rPr>
      <w:start w:val="1"/>
      <w:suff w:val="tab"/>
    </w:lvl>
    <w:lvl w:ilvl="7">
      <w:isLgl w:val="false"/>
      <w:lvlJc w:val="left"/>
      <w:lvlText w:val="%1.%2.%3.%4.%5.%6.%7.%8."/>
      <w:numFmt w:val="decimal"/>
      <w:pPr>
        <w:pBdr/>
        <w:spacing/>
        <w:ind w:hanging="1224" w:left="4104"/>
      </w:pPr>
      <w:rPr>
        <w:rFonts w:ascii="Liberation Serif" w:hAnsi="Liberation Serif" w:eastAsia="Liberation Serif" w:cs="Liberation Serif"/>
      </w:rPr>
      <w:start w:val="1"/>
      <w:suff w:val="tab"/>
    </w:lvl>
    <w:lvl w:ilvl="8">
      <w:isLgl w:val="false"/>
      <w:lvlJc w:val="left"/>
      <w:lvlText w:val="%1.%2.%3.%4.%5.%6.%7.%8.%9."/>
      <w:numFmt w:val="decimal"/>
      <w:pPr>
        <w:pBdr/>
        <w:spacing/>
        <w:ind w:hanging="1440" w:left="4680"/>
      </w:pPr>
      <w:rPr>
        <w:rFonts w:ascii="Liberation Serif" w:hAnsi="Liberation Serif" w:eastAsia="Liberation Serif" w:cs="Liberation Serif"/>
      </w:rPr>
      <w:start w:val="1"/>
      <w:suff w:val="tab"/>
    </w:lvl>
  </w:abstractNum>
  <w:abstractNum w:abstractNumId="7">
    <w:nsid w:val="254A381D"/>
    <w:lvl w:ilvl="0">
      <w:isLgl w:val="false"/>
      <w:lvlJc w:val="left"/>
      <w:lvlText w:val="%1)"/>
      <w:numFmt w:val="thaiNumbers"/>
      <w:pPr>
        <w:pBdr/>
        <w:spacing/>
        <w:ind w:hanging="360" w:left="360"/>
      </w:pPr>
      <w:rPr>
        <w:rFonts w:ascii="Liberation Serif" w:hAnsi="Liberation Serif" w:eastAsia="Liberation Serif" w:cs="Liberation Serif"/>
      </w:rPr>
      <w:start w:val="1"/>
      <w:suff w:val="tab"/>
    </w:lvl>
    <w:lvl w:ilvl="1">
      <w:isLgl w:val="false"/>
      <w:lvlJc w:val="left"/>
      <w:lvlText w:val="o"/>
      <w:numFmt w:val="bullet"/>
      <w:pPr>
        <w:pBdr/>
        <w:spacing/>
        <w:ind w:hanging="360" w:left="1080"/>
      </w:pPr>
      <w:rPr>
        <w:rFonts w:ascii="Liberation Serif" w:hAnsi="Liberation Serif" w:cs="Liberation Serif" w:eastAsia="Liberation Serif"/>
      </w:rPr>
      <w:start w:val="1"/>
      <w:suff w:val="tab"/>
    </w:lvl>
    <w:lvl w:ilvl="2">
      <w:isLgl w:val="false"/>
      <w:lvlJc w:val="left"/>
      <w:lvlText w:val=""/>
      <w:numFmt w:val="bullet"/>
      <w:pPr>
        <w:pBdr/>
        <w:spacing/>
        <w:ind w:hanging="360" w:left="1800"/>
      </w:pPr>
      <w:rPr>
        <w:rFonts w:ascii="Liberation Serif" w:hAnsi="Liberation Serif" w:eastAsia="Liberation Serif" w:cs="Liberation Serif"/>
      </w:rPr>
      <w:start w:val="1"/>
      <w:suff w:val="tab"/>
    </w:lvl>
    <w:lvl w:ilvl="3">
      <w:isLgl w:val="false"/>
      <w:lvlJc w:val="left"/>
      <w:lvlText w:val=""/>
      <w:numFmt w:val="bullet"/>
      <w:pPr>
        <w:pBdr/>
        <w:spacing/>
        <w:ind w:hanging="360" w:left="2520"/>
      </w:pPr>
      <w:rPr>
        <w:rFonts w:ascii="Liberation Serif" w:hAnsi="Liberation Serif" w:eastAsia="Liberation Serif" w:cs="Liberation Serif"/>
      </w:rPr>
      <w:start w:val="1"/>
      <w:suff w:val="tab"/>
    </w:lvl>
    <w:lvl w:ilvl="4">
      <w:isLgl w:val="false"/>
      <w:lvlJc w:val="left"/>
      <w:lvlText w:val="o"/>
      <w:numFmt w:val="bullet"/>
      <w:pPr>
        <w:pBdr/>
        <w:spacing/>
        <w:ind w:hanging="360" w:left="3240"/>
      </w:pPr>
      <w:rPr>
        <w:rFonts w:ascii="Liberation Serif" w:hAnsi="Liberation Serif" w:cs="Liberation Serif" w:eastAsia="Liberation Serif"/>
      </w:rPr>
      <w:start w:val="1"/>
      <w:suff w:val="tab"/>
    </w:lvl>
    <w:lvl w:ilvl="5">
      <w:isLgl w:val="false"/>
      <w:lvlJc w:val="left"/>
      <w:lvlText w:val=""/>
      <w:numFmt w:val="bullet"/>
      <w:pPr>
        <w:pBdr/>
        <w:spacing/>
        <w:ind w:hanging="360" w:left="3960"/>
      </w:pPr>
      <w:rPr>
        <w:rFonts w:ascii="Liberation Serif" w:hAnsi="Liberation Serif" w:eastAsia="Liberation Serif" w:cs="Liberation Serif"/>
      </w:rPr>
      <w:start w:val="1"/>
      <w:suff w:val="tab"/>
    </w:lvl>
    <w:lvl w:ilvl="6">
      <w:isLgl w:val="false"/>
      <w:lvlJc w:val="left"/>
      <w:lvlText w:val=""/>
      <w:numFmt w:val="bullet"/>
      <w:pPr>
        <w:pBdr/>
        <w:spacing/>
        <w:ind w:hanging="360" w:left="4680"/>
      </w:pPr>
      <w:rPr>
        <w:rFonts w:ascii="Liberation Serif" w:hAnsi="Liberation Serif" w:eastAsia="Liberation Serif" w:cs="Liberation Serif"/>
      </w:rPr>
      <w:start w:val="1"/>
      <w:suff w:val="tab"/>
    </w:lvl>
    <w:lvl w:ilvl="7">
      <w:isLgl w:val="false"/>
      <w:lvlJc w:val="left"/>
      <w:lvlText w:val="o"/>
      <w:numFmt w:val="bullet"/>
      <w:pPr>
        <w:pBdr/>
        <w:spacing/>
        <w:ind w:hanging="360" w:left="5400"/>
      </w:pPr>
      <w:rPr>
        <w:rFonts w:ascii="Liberation Serif" w:hAnsi="Liberation Serif" w:cs="Liberation Serif" w:eastAsia="Liberation Serif"/>
      </w:rPr>
      <w:start w:val="1"/>
      <w:suff w:val="tab"/>
    </w:lvl>
    <w:lvl w:ilvl="8">
      <w:isLgl w:val="false"/>
      <w:lvlJc w:val="left"/>
      <w:lvlText w:val=""/>
      <w:numFmt w:val="bullet"/>
      <w:pPr>
        <w:pBdr/>
        <w:spacing/>
        <w:ind w:hanging="360" w:left="6120"/>
      </w:pPr>
      <w:rPr>
        <w:rFonts w:ascii="Liberation Serif" w:hAnsi="Liberation Serif" w:eastAsia="Liberation Serif" w:cs="Liberation Serif"/>
      </w:rPr>
      <w:start w:val="1"/>
      <w:suff w:val="tab"/>
    </w:lvl>
  </w:abstractNum>
  <w:abstractNum w:abstractNumId="8">
    <w:nsid w:val="26FE1FCF"/>
    <w:lvl w:ilvl="0">
      <w:isLgl w:val="false"/>
      <w:lvlJc w:val="left"/>
      <w:lvlText w:val="%1 "/>
      <w:numFmt w:val="decimal"/>
      <w:pPr>
        <w:pBdr/>
        <w:tabs>
          <w:tab w:val="num" w:leader="none" w:pos="648"/>
        </w:tabs>
        <w:spacing/>
        <w:ind w:firstLine="288"/>
      </w:pPr>
      <w:pStyle w:val="1366"/>
      <w:rPr>
        <w:rFonts w:ascii="Liberation Serif" w:hAnsi="Liberation Serif" w:cs="Liberation Serif" w:eastAsia="Liberation Serif"/>
        <w:b w:val="0"/>
        <w:bCs w:val="0"/>
        <w:i w:val="0"/>
        <w:iCs w:val="0"/>
        <w:caps w:val="0"/>
        <w:strike w:val="0"/>
        <w:vanish w:val="0"/>
        <w:sz w:val="16"/>
        <w:szCs w:val="16"/>
        <w:vertAlign w:val="superscript"/>
      </w:rPr>
      <w:start w:val="1"/>
      <w:suff w:val="tab"/>
    </w:lvl>
    <w:lvl w:ilvl="1">
      <w:isLgl w:val="false"/>
      <w:lvlJc w:val="left"/>
      <w:lvlText w:val="%2."/>
      <w:numFmt w:val="lowerLetter"/>
      <w:pPr>
        <w:pBdr/>
        <w:tabs>
          <w:tab w:val="num" w:leader="none" w:pos="1440"/>
        </w:tabs>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tabs>
          <w:tab w:val="num" w:leader="none" w:pos="2160"/>
        </w:tabs>
        <w:spacing/>
        <w:ind w:hanging="180" w:left="2160"/>
      </w:pPr>
      <w:rPr>
        <w:rFonts w:ascii="Liberation Serif" w:hAnsi="Liberation Serif" w:eastAsia="Liberation Serif" w:cs="Liberation Serif"/>
      </w:rPr>
      <w:start w:val="1"/>
      <w:suff w:val="tab"/>
    </w:lvl>
    <w:lvl w:ilvl="3">
      <w:isLgl w:val="false"/>
      <w:lvlJc w:val="left"/>
      <w:lvlText w:val="%4."/>
      <w:numFmt w:val="decimal"/>
      <w:pPr>
        <w:pBdr/>
        <w:tabs>
          <w:tab w:val="num" w:leader="none" w:pos="2880"/>
        </w:tabs>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tabs>
          <w:tab w:val="num" w:leader="none" w:pos="3600"/>
        </w:tabs>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tabs>
          <w:tab w:val="num" w:leader="none" w:pos="4320"/>
        </w:tabs>
        <w:spacing/>
        <w:ind w:hanging="180" w:left="4320"/>
      </w:pPr>
      <w:rPr>
        <w:rFonts w:ascii="Liberation Serif" w:hAnsi="Liberation Serif" w:eastAsia="Liberation Serif" w:cs="Liberation Serif"/>
      </w:rPr>
      <w:start w:val="1"/>
      <w:suff w:val="tab"/>
    </w:lvl>
    <w:lvl w:ilvl="6">
      <w:isLgl w:val="false"/>
      <w:lvlJc w:val="left"/>
      <w:lvlText w:val="%7."/>
      <w:numFmt w:val="decimal"/>
      <w:pPr>
        <w:pBdr/>
        <w:tabs>
          <w:tab w:val="num" w:leader="none" w:pos="5040"/>
        </w:tabs>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tabs>
          <w:tab w:val="num" w:leader="none" w:pos="5760"/>
        </w:tabs>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tabs>
          <w:tab w:val="num" w:leader="none" w:pos="6480"/>
        </w:tabs>
        <w:spacing/>
        <w:ind w:hanging="180" w:left="6480"/>
      </w:pPr>
      <w:rPr>
        <w:rFonts w:ascii="Liberation Serif" w:hAnsi="Liberation Serif" w:eastAsia="Liberation Serif" w:cs="Liberation Serif"/>
      </w:rPr>
      <w:start w:val="1"/>
      <w:suff w:val="tab"/>
    </w:lvl>
  </w:abstractNum>
  <w:abstractNum w:abstractNumId="9">
    <w:nsid w:val="27855011"/>
    <w:lvl w:ilvl="0">
      <w:isLgl w:val="false"/>
      <w:lvlJc w:val="left"/>
      <w:lvlText w:val=""/>
      <w:numFmt w:val="bullet"/>
      <w:pPr>
        <w:pBdr/>
        <w:tabs>
          <w:tab w:val="num" w:leader="none" w:pos="720"/>
        </w:tabs>
        <w:spacing/>
        <w:ind w:hanging="360" w:left="720"/>
      </w:pPr>
      <w:rPr>
        <w:rFonts w:ascii="Liberation Serif" w:hAnsi="Liberation Serif" w:eastAsia="Liberation Serif" w:cs="Liberation Serif"/>
        <w:sz w:val="20"/>
      </w:rPr>
      <w:start w:val="1"/>
      <w:suff w:val="tab"/>
    </w:lvl>
    <w:lvl w:ilvl="1">
      <w:isLgl w:val="false"/>
      <w:lvlJc w:val="left"/>
      <w:lvlText w:val="o"/>
      <w:numFmt w:val="bullet"/>
      <w:pPr>
        <w:pBdr/>
        <w:tabs>
          <w:tab w:val="num" w:leader="none" w:pos="1440"/>
        </w:tabs>
        <w:spacing/>
        <w:ind w:hanging="360" w:left="1440"/>
      </w:pPr>
      <w:rPr>
        <w:rFonts w:ascii="Liberation Serif" w:hAnsi="Liberation Serif" w:eastAsia="Liberation Serif" w:cs="Liberation Serif"/>
        <w:sz w:val="20"/>
      </w:rPr>
      <w:start w:val="1"/>
      <w:suff w:val="tab"/>
    </w:lvl>
    <w:lvl w:ilvl="2">
      <w:isLgl w:val="false"/>
      <w:lvlJc w:val="left"/>
      <w:lvlText w:val=""/>
      <w:numFmt w:val="bullet"/>
      <w:pPr>
        <w:pBdr/>
        <w:tabs>
          <w:tab w:val="num" w:leader="none" w:pos="2160"/>
        </w:tabs>
        <w:spacing/>
        <w:ind w:hanging="360" w:left="2160"/>
      </w:pPr>
      <w:rPr>
        <w:rFonts w:ascii="Liberation Serif" w:hAnsi="Liberation Serif" w:eastAsia="Liberation Serif" w:cs="Liberation Serif"/>
        <w:sz w:val="20"/>
      </w:rPr>
      <w:start w:val="1"/>
      <w:suff w:val="tab"/>
    </w:lvl>
    <w:lvl w:ilvl="3">
      <w:isLgl w:val="false"/>
      <w:lvlJc w:val="left"/>
      <w:lvlText w:val=""/>
      <w:numFmt w:val="bullet"/>
      <w:pPr>
        <w:pBdr/>
        <w:tabs>
          <w:tab w:val="num" w:leader="none" w:pos="2880"/>
        </w:tabs>
        <w:spacing/>
        <w:ind w:hanging="360" w:left="2880"/>
      </w:pPr>
      <w:rPr>
        <w:rFonts w:ascii="Liberation Serif" w:hAnsi="Liberation Serif" w:eastAsia="Liberation Serif" w:cs="Liberation Serif"/>
        <w:sz w:val="20"/>
      </w:rPr>
      <w:start w:val="1"/>
      <w:suff w:val="tab"/>
    </w:lvl>
    <w:lvl w:ilvl="4">
      <w:isLgl w:val="false"/>
      <w:lvlJc w:val="left"/>
      <w:lvlText w:val=""/>
      <w:numFmt w:val="bullet"/>
      <w:pPr>
        <w:pBdr/>
        <w:tabs>
          <w:tab w:val="num" w:leader="none" w:pos="3600"/>
        </w:tabs>
        <w:spacing/>
        <w:ind w:hanging="360" w:left="3600"/>
      </w:pPr>
      <w:rPr>
        <w:rFonts w:ascii="Liberation Serif" w:hAnsi="Liberation Serif" w:eastAsia="Liberation Serif" w:cs="Liberation Serif"/>
        <w:sz w:val="20"/>
      </w:rPr>
      <w:start w:val="1"/>
      <w:suff w:val="tab"/>
    </w:lvl>
    <w:lvl w:ilvl="5">
      <w:isLgl w:val="false"/>
      <w:lvlJc w:val="left"/>
      <w:lvlText w:val=""/>
      <w:numFmt w:val="bullet"/>
      <w:pPr>
        <w:pBdr/>
        <w:tabs>
          <w:tab w:val="num" w:leader="none" w:pos="4320"/>
        </w:tabs>
        <w:spacing/>
        <w:ind w:hanging="360" w:left="4320"/>
      </w:pPr>
      <w:rPr>
        <w:rFonts w:ascii="Liberation Serif" w:hAnsi="Liberation Serif" w:eastAsia="Liberation Serif" w:cs="Liberation Serif"/>
        <w:sz w:val="20"/>
      </w:rPr>
      <w:start w:val="1"/>
      <w:suff w:val="tab"/>
    </w:lvl>
    <w:lvl w:ilvl="6">
      <w:isLgl w:val="false"/>
      <w:lvlJc w:val="left"/>
      <w:lvlText w:val=""/>
      <w:numFmt w:val="bullet"/>
      <w:pPr>
        <w:pBdr/>
        <w:tabs>
          <w:tab w:val="num" w:leader="none" w:pos="5040"/>
        </w:tabs>
        <w:spacing/>
        <w:ind w:hanging="360" w:left="5040"/>
      </w:pPr>
      <w:rPr>
        <w:rFonts w:ascii="Liberation Serif" w:hAnsi="Liberation Serif" w:eastAsia="Liberation Serif" w:cs="Liberation Serif"/>
        <w:sz w:val="20"/>
      </w:rPr>
      <w:start w:val="1"/>
      <w:suff w:val="tab"/>
    </w:lvl>
    <w:lvl w:ilvl="7">
      <w:isLgl w:val="false"/>
      <w:lvlJc w:val="left"/>
      <w:lvlText w:val=""/>
      <w:numFmt w:val="bullet"/>
      <w:pPr>
        <w:pBdr/>
        <w:tabs>
          <w:tab w:val="num" w:leader="none" w:pos="5760"/>
        </w:tabs>
        <w:spacing/>
        <w:ind w:hanging="360" w:left="5760"/>
      </w:pPr>
      <w:rPr>
        <w:rFonts w:ascii="Liberation Serif" w:hAnsi="Liberation Serif" w:eastAsia="Liberation Serif" w:cs="Liberation Serif"/>
        <w:sz w:val="20"/>
      </w:rPr>
      <w:start w:val="1"/>
      <w:suff w:val="tab"/>
    </w:lvl>
    <w:lvl w:ilvl="8">
      <w:isLgl w:val="false"/>
      <w:lvlJc w:val="left"/>
      <w:lvlText w:val=""/>
      <w:numFmt w:val="bullet"/>
      <w:pPr>
        <w:pBdr/>
        <w:tabs>
          <w:tab w:val="num" w:leader="none" w:pos="6480"/>
        </w:tabs>
        <w:spacing/>
        <w:ind w:hanging="360" w:left="6480"/>
      </w:pPr>
      <w:rPr>
        <w:rFonts w:ascii="Liberation Serif" w:hAnsi="Liberation Serif" w:eastAsia="Liberation Serif" w:cs="Liberation Serif"/>
        <w:sz w:val="20"/>
      </w:rPr>
      <w:start w:val="1"/>
      <w:suff w:val="tab"/>
    </w:lvl>
  </w:abstractNum>
  <w:abstractNum w:abstractNumId="10">
    <w:nsid w:val="2B7C6963"/>
    <w:lvl w:ilvl="0">
      <w:isLgl w:val="false"/>
      <w:lvlJc w:val="left"/>
      <w:lvlText w:val="%1."/>
      <w:numFmt w:val="decimal"/>
      <w:pPr>
        <w:pBdr/>
        <w:tabs>
          <w:tab w:val="num" w:leader="none" w:pos="720"/>
        </w:tabs>
        <w:spacing/>
        <w:ind w:hanging="360" w:left="720"/>
      </w:pPr>
      <w:rPr>
        <w:rFonts w:ascii="Liberation Serif" w:hAnsi="Liberation Serif" w:eastAsia="Liberation Serif" w:cs="Liberation Serif"/>
      </w:rPr>
      <w:start w:val="11"/>
      <w:suff w:val="tab"/>
    </w:lvl>
    <w:lvl w:ilvl="1">
      <w:isLgl w:val="false"/>
      <w:lvlJc w:val="left"/>
      <w:lvlText w:val="%2."/>
      <w:numFmt w:val="lowerLetter"/>
      <w:pPr>
        <w:pBdr/>
        <w:tabs>
          <w:tab w:val="num" w:leader="none" w:pos="1440"/>
        </w:tabs>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tabs>
          <w:tab w:val="num" w:leader="none" w:pos="2160"/>
        </w:tabs>
        <w:spacing/>
        <w:ind w:hanging="180" w:left="2160"/>
      </w:pPr>
      <w:rPr>
        <w:rFonts w:ascii="Liberation Serif" w:hAnsi="Liberation Serif" w:eastAsia="Liberation Serif" w:cs="Liberation Serif"/>
      </w:rPr>
      <w:start w:val="1"/>
      <w:suff w:val="tab"/>
    </w:lvl>
    <w:lvl w:ilvl="3">
      <w:isLgl w:val="false"/>
      <w:lvlJc w:val="left"/>
      <w:lvlText w:val="%4."/>
      <w:numFmt w:val="decimal"/>
      <w:pPr>
        <w:pBdr/>
        <w:tabs>
          <w:tab w:val="num" w:leader="none" w:pos="2880"/>
        </w:tabs>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tabs>
          <w:tab w:val="num" w:leader="none" w:pos="3600"/>
        </w:tabs>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tabs>
          <w:tab w:val="num" w:leader="none" w:pos="4320"/>
        </w:tabs>
        <w:spacing/>
        <w:ind w:hanging="180" w:left="4320"/>
      </w:pPr>
      <w:rPr>
        <w:rFonts w:ascii="Liberation Serif" w:hAnsi="Liberation Serif" w:eastAsia="Liberation Serif" w:cs="Liberation Serif"/>
      </w:rPr>
      <w:start w:val="1"/>
      <w:suff w:val="tab"/>
    </w:lvl>
    <w:lvl w:ilvl="6">
      <w:isLgl w:val="false"/>
      <w:lvlJc w:val="left"/>
      <w:lvlText w:val="%7."/>
      <w:numFmt w:val="decimal"/>
      <w:pPr>
        <w:pBdr/>
        <w:tabs>
          <w:tab w:val="num" w:leader="none" w:pos="5040"/>
        </w:tabs>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tabs>
          <w:tab w:val="num" w:leader="none" w:pos="5760"/>
        </w:tabs>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tabs>
          <w:tab w:val="num" w:leader="none" w:pos="6480"/>
        </w:tabs>
        <w:spacing/>
        <w:ind w:hanging="180" w:left="6480"/>
      </w:pPr>
      <w:rPr>
        <w:rFonts w:ascii="Liberation Serif" w:hAnsi="Liberation Serif" w:eastAsia="Liberation Serif" w:cs="Liberation Serif"/>
      </w:rPr>
      <w:start w:val="1"/>
      <w:suff w:val="tab"/>
    </w:lvl>
  </w:abstractNum>
  <w:abstractNum w:abstractNumId="11">
    <w:nsid w:val="2FB165F7"/>
    <w:lvl w:ilvl="0">
      <w:isLgl w:val="false"/>
      <w:lvlJc w:val="left"/>
      <w:lvlText w:val="%1."/>
      <w:numFmt w:val="decimal"/>
      <w:pPr>
        <w:pBdr/>
        <w:spacing/>
        <w:ind w:hanging="360" w:left="927"/>
      </w:pPr>
      <w:rPr>
        <w:rFonts w:cs="Liberation Serif" w:ascii="Liberation Serif" w:hAnsi="Liberation Serif" w:eastAsia="Liberation Serif"/>
      </w:rPr>
      <w:start w:val="1"/>
      <w:suff w:val="tab"/>
    </w:lvl>
    <w:lvl w:ilvl="1">
      <w:isLgl w:val="false"/>
      <w:lvlJc w:val="left"/>
      <w:lvlText w:val="%2."/>
      <w:numFmt w:val="lowerLetter"/>
      <w:pPr>
        <w:pBdr/>
        <w:spacing/>
        <w:ind w:hanging="360" w:left="1647"/>
      </w:pPr>
      <w:rPr>
        <w:rFonts w:cs="Liberation Serif" w:ascii="Liberation Serif" w:hAnsi="Liberation Serif" w:eastAsia="Liberation Serif"/>
      </w:rPr>
      <w:start w:val="1"/>
      <w:suff w:val="tab"/>
    </w:lvl>
    <w:lvl w:ilvl="2">
      <w:isLgl w:val="false"/>
      <w:lvlJc w:val="right"/>
      <w:lvlText w:val="%3."/>
      <w:numFmt w:val="lowerRoman"/>
      <w:pPr>
        <w:pBdr/>
        <w:spacing/>
        <w:ind w:hanging="180" w:left="2367"/>
      </w:pPr>
      <w:rPr>
        <w:rFonts w:cs="Liberation Serif" w:ascii="Liberation Serif" w:hAnsi="Liberation Serif" w:eastAsia="Liberation Serif"/>
      </w:rPr>
      <w:start w:val="1"/>
      <w:suff w:val="tab"/>
    </w:lvl>
    <w:lvl w:ilvl="3">
      <w:isLgl w:val="false"/>
      <w:lvlJc w:val="left"/>
      <w:lvlText w:val="%4."/>
      <w:numFmt w:val="decimal"/>
      <w:pPr>
        <w:pBdr/>
        <w:spacing/>
        <w:ind w:hanging="360" w:left="3087"/>
      </w:pPr>
      <w:rPr>
        <w:rFonts w:cs="Liberation Serif" w:ascii="Liberation Serif" w:hAnsi="Liberation Serif" w:eastAsia="Liberation Serif"/>
      </w:rPr>
      <w:start w:val="1"/>
      <w:suff w:val="tab"/>
    </w:lvl>
    <w:lvl w:ilvl="4">
      <w:isLgl w:val="false"/>
      <w:lvlJc w:val="left"/>
      <w:lvlText w:val="%5."/>
      <w:numFmt w:val="lowerLetter"/>
      <w:pPr>
        <w:pBdr/>
        <w:spacing/>
        <w:ind w:hanging="360" w:left="3807"/>
      </w:pPr>
      <w:rPr>
        <w:rFonts w:cs="Liberation Serif" w:ascii="Liberation Serif" w:hAnsi="Liberation Serif" w:eastAsia="Liberation Serif"/>
      </w:rPr>
      <w:start w:val="1"/>
      <w:suff w:val="tab"/>
    </w:lvl>
    <w:lvl w:ilvl="5">
      <w:isLgl w:val="false"/>
      <w:lvlJc w:val="right"/>
      <w:lvlText w:val="%6."/>
      <w:numFmt w:val="lowerRoman"/>
      <w:pPr>
        <w:pBdr/>
        <w:spacing/>
        <w:ind w:hanging="180" w:left="4527"/>
      </w:pPr>
      <w:rPr>
        <w:rFonts w:cs="Liberation Serif" w:ascii="Liberation Serif" w:hAnsi="Liberation Serif" w:eastAsia="Liberation Serif"/>
      </w:rPr>
      <w:start w:val="1"/>
      <w:suff w:val="tab"/>
    </w:lvl>
    <w:lvl w:ilvl="6">
      <w:isLgl w:val="false"/>
      <w:lvlJc w:val="left"/>
      <w:lvlText w:val="%7."/>
      <w:numFmt w:val="decimal"/>
      <w:pPr>
        <w:pBdr/>
        <w:spacing/>
        <w:ind w:hanging="360" w:left="5247"/>
      </w:pPr>
      <w:rPr>
        <w:rFonts w:cs="Liberation Serif" w:ascii="Liberation Serif" w:hAnsi="Liberation Serif" w:eastAsia="Liberation Serif"/>
      </w:rPr>
      <w:start w:val="1"/>
      <w:suff w:val="tab"/>
    </w:lvl>
    <w:lvl w:ilvl="7">
      <w:isLgl w:val="false"/>
      <w:lvlJc w:val="left"/>
      <w:lvlText w:val="%8."/>
      <w:numFmt w:val="lowerLetter"/>
      <w:pPr>
        <w:pBdr/>
        <w:spacing/>
        <w:ind w:hanging="360" w:left="5967"/>
      </w:pPr>
      <w:rPr>
        <w:rFonts w:cs="Liberation Serif" w:ascii="Liberation Serif" w:hAnsi="Liberation Serif" w:eastAsia="Liberation Serif"/>
      </w:rPr>
      <w:start w:val="1"/>
      <w:suff w:val="tab"/>
    </w:lvl>
    <w:lvl w:ilvl="8">
      <w:isLgl w:val="false"/>
      <w:lvlJc w:val="right"/>
      <w:lvlText w:val="%9."/>
      <w:numFmt w:val="lowerRoman"/>
      <w:pPr>
        <w:pBdr/>
        <w:spacing/>
        <w:ind w:hanging="180" w:left="6687"/>
      </w:pPr>
      <w:rPr>
        <w:rFonts w:cs="Liberation Serif" w:ascii="Liberation Serif" w:hAnsi="Liberation Serif" w:eastAsia="Liberation Serif"/>
      </w:rPr>
      <w:start w:val="1"/>
      <w:suff w:val="tab"/>
    </w:lvl>
  </w:abstractNum>
  <w:abstractNum w:abstractNumId="12">
    <w:nsid w:val="34404A95"/>
    <w:lvl w:ilvl="0">
      <w:isLgl w:val="false"/>
      <w:lvlJc w:val="left"/>
      <w:lvlText w:val=""/>
      <w:numFmt w:val="bullet"/>
      <w:pPr>
        <w:pBdr/>
        <w:spacing/>
        <w:ind w:hanging="360" w:left="1004"/>
      </w:pPr>
      <w:pStyle w:val="1413"/>
      <w:rPr>
        <w:rFonts w:ascii="Liberation Serif" w:hAnsi="Liberation Serif" w:eastAsia="Liberation Serif" w:cs="Liberation Serif"/>
      </w:rPr>
      <w:start w:val="1"/>
      <w:suff w:val="tab"/>
    </w:lvl>
    <w:lvl w:ilvl="1">
      <w:isLgl w:val="false"/>
      <w:lvlJc w:val="left"/>
      <w:lvlText w:val="o"/>
      <w:numFmt w:val="bullet"/>
      <w:pPr>
        <w:pBdr/>
        <w:spacing/>
        <w:ind w:hanging="360" w:left="1724"/>
      </w:pPr>
      <w:rPr>
        <w:rFonts w:ascii="Liberation Serif" w:hAnsi="Liberation Serif" w:eastAsia="Liberation Serif" w:cs="Liberation Serif"/>
      </w:rPr>
      <w:start w:val="1"/>
      <w:suff w:val="tab"/>
    </w:lvl>
    <w:lvl w:ilvl="2">
      <w:isLgl w:val="false"/>
      <w:lvlJc w:val="left"/>
      <w:lvlText w:val=""/>
      <w:numFmt w:val="bullet"/>
      <w:pPr>
        <w:pBdr/>
        <w:spacing/>
        <w:ind w:hanging="360" w:left="2444"/>
      </w:pPr>
      <w:rPr>
        <w:rFonts w:ascii="Liberation Serif" w:hAnsi="Liberation Serif" w:eastAsia="Liberation Serif" w:cs="Liberation Serif"/>
      </w:rPr>
      <w:start w:val="1"/>
      <w:suff w:val="tab"/>
    </w:lvl>
    <w:lvl w:ilvl="3">
      <w:isLgl w:val="false"/>
      <w:lvlJc w:val="left"/>
      <w:lvlText w:val=""/>
      <w:numFmt w:val="bullet"/>
      <w:pPr>
        <w:pBdr/>
        <w:spacing/>
        <w:ind w:hanging="360" w:left="3164"/>
      </w:pPr>
      <w:rPr>
        <w:rFonts w:ascii="Liberation Serif" w:hAnsi="Liberation Serif" w:eastAsia="Liberation Serif" w:cs="Liberation Serif"/>
      </w:rPr>
      <w:start w:val="1"/>
      <w:suff w:val="tab"/>
    </w:lvl>
    <w:lvl w:ilvl="4">
      <w:isLgl w:val="false"/>
      <w:lvlJc w:val="left"/>
      <w:lvlText w:val="o"/>
      <w:numFmt w:val="bullet"/>
      <w:pPr>
        <w:pBdr/>
        <w:spacing/>
        <w:ind w:hanging="360" w:left="3884"/>
      </w:pPr>
      <w:rPr>
        <w:rFonts w:ascii="Liberation Serif" w:hAnsi="Liberation Serif" w:eastAsia="Liberation Serif" w:cs="Liberation Serif"/>
      </w:rPr>
      <w:start w:val="1"/>
      <w:suff w:val="tab"/>
    </w:lvl>
    <w:lvl w:ilvl="5">
      <w:isLgl w:val="false"/>
      <w:lvlJc w:val="left"/>
      <w:lvlText w:val=""/>
      <w:numFmt w:val="bullet"/>
      <w:pPr>
        <w:pBdr/>
        <w:spacing/>
        <w:ind w:hanging="360" w:left="4604"/>
      </w:pPr>
      <w:rPr>
        <w:rFonts w:ascii="Liberation Serif" w:hAnsi="Liberation Serif" w:eastAsia="Liberation Serif" w:cs="Liberation Serif"/>
      </w:rPr>
      <w:start w:val="1"/>
      <w:suff w:val="tab"/>
    </w:lvl>
    <w:lvl w:ilvl="6">
      <w:isLgl w:val="false"/>
      <w:lvlJc w:val="left"/>
      <w:lvlText w:val=""/>
      <w:numFmt w:val="bullet"/>
      <w:pPr>
        <w:pBdr/>
        <w:spacing/>
        <w:ind w:hanging="360" w:left="5324"/>
      </w:pPr>
      <w:rPr>
        <w:rFonts w:ascii="Liberation Serif" w:hAnsi="Liberation Serif" w:eastAsia="Liberation Serif" w:cs="Liberation Serif"/>
      </w:rPr>
      <w:start w:val="1"/>
      <w:suff w:val="tab"/>
    </w:lvl>
    <w:lvl w:ilvl="7">
      <w:isLgl w:val="false"/>
      <w:lvlJc w:val="left"/>
      <w:lvlText w:val="o"/>
      <w:numFmt w:val="bullet"/>
      <w:pPr>
        <w:pBdr/>
        <w:spacing/>
        <w:ind w:hanging="360" w:left="6044"/>
      </w:pPr>
      <w:rPr>
        <w:rFonts w:ascii="Liberation Serif" w:hAnsi="Liberation Serif" w:eastAsia="Liberation Serif" w:cs="Liberation Serif"/>
      </w:rPr>
      <w:start w:val="1"/>
      <w:suff w:val="tab"/>
    </w:lvl>
    <w:lvl w:ilvl="8">
      <w:isLgl w:val="false"/>
      <w:lvlJc w:val="left"/>
      <w:lvlText w:val=""/>
      <w:numFmt w:val="bullet"/>
      <w:pPr>
        <w:pBdr/>
        <w:spacing/>
        <w:ind w:hanging="360" w:left="6764"/>
      </w:pPr>
      <w:rPr>
        <w:rFonts w:ascii="Liberation Serif" w:hAnsi="Liberation Serif" w:eastAsia="Liberation Serif" w:cs="Liberation Serif"/>
      </w:rPr>
      <w:start w:val="1"/>
      <w:suff w:val="tab"/>
    </w:lvl>
  </w:abstractNum>
  <w:abstractNum w:abstractNumId="13">
    <w:nsid w:val="35F94A3C"/>
    <w:lvl w:ilvl="0">
      <w:isLgl w:val="false"/>
      <w:lvlJc w:val="left"/>
      <w:lvlText w:val="%1)"/>
      <w:numFmt w:val="decimal"/>
      <w:pPr>
        <w:pBdr/>
        <w:spacing/>
        <w:ind w:hanging="360" w:left="360"/>
      </w:pPr>
      <w:rPr>
        <w:rFonts w:cs="Liberation Serif" w:ascii="Liberation Serif" w:hAnsi="Liberation Serif" w:eastAsia="Liberation Serif"/>
      </w:rPr>
      <w:start w:val="1"/>
      <w:suff w:val="tab"/>
    </w:lvl>
    <w:lvl w:ilvl="1">
      <w:isLgl w:val="false"/>
      <w:lvlJc w:val="left"/>
      <w:lvlText w:val="%2."/>
      <w:numFmt w:val="lowerLetter"/>
      <w:pPr>
        <w:pBdr/>
        <w:spacing/>
        <w:ind w:hanging="360" w:left="1080"/>
      </w:pPr>
      <w:rPr>
        <w:rFonts w:cs="Liberation Serif" w:ascii="Liberation Serif" w:hAnsi="Liberation Serif" w:eastAsia="Liberation Serif"/>
      </w:rPr>
      <w:start w:val="1"/>
      <w:suff w:val="tab"/>
    </w:lvl>
    <w:lvl w:ilvl="2">
      <w:isLgl w:val="false"/>
      <w:lvlJc w:val="right"/>
      <w:lvlText w:val="%3."/>
      <w:numFmt w:val="lowerRoman"/>
      <w:pPr>
        <w:pBdr/>
        <w:spacing/>
        <w:ind w:hanging="180" w:left="1800"/>
      </w:pPr>
      <w:rPr>
        <w:rFonts w:cs="Liberation Serif" w:ascii="Liberation Serif" w:hAnsi="Liberation Serif" w:eastAsia="Liberation Serif"/>
      </w:rPr>
      <w:start w:val="1"/>
      <w:suff w:val="tab"/>
    </w:lvl>
    <w:lvl w:ilvl="3">
      <w:isLgl w:val="false"/>
      <w:lvlJc w:val="left"/>
      <w:lvlText w:val="%4."/>
      <w:numFmt w:val="decimal"/>
      <w:pPr>
        <w:pBdr/>
        <w:spacing/>
        <w:ind w:hanging="360" w:left="2520"/>
      </w:pPr>
      <w:rPr>
        <w:rFonts w:cs="Liberation Serif" w:ascii="Liberation Serif" w:hAnsi="Liberation Serif" w:eastAsia="Liberation Serif"/>
      </w:rPr>
      <w:start w:val="1"/>
      <w:suff w:val="tab"/>
    </w:lvl>
    <w:lvl w:ilvl="4">
      <w:isLgl w:val="false"/>
      <w:lvlJc w:val="left"/>
      <w:lvlText w:val="%5."/>
      <w:numFmt w:val="lowerLetter"/>
      <w:pPr>
        <w:pBdr/>
        <w:spacing/>
        <w:ind w:hanging="360" w:left="3240"/>
      </w:pPr>
      <w:rPr>
        <w:rFonts w:cs="Liberation Serif" w:ascii="Liberation Serif" w:hAnsi="Liberation Serif" w:eastAsia="Liberation Serif"/>
      </w:rPr>
      <w:start w:val="1"/>
      <w:suff w:val="tab"/>
    </w:lvl>
    <w:lvl w:ilvl="5">
      <w:isLgl w:val="false"/>
      <w:lvlJc w:val="right"/>
      <w:lvlText w:val="%6."/>
      <w:numFmt w:val="lowerRoman"/>
      <w:pPr>
        <w:pBdr/>
        <w:spacing/>
        <w:ind w:hanging="180" w:left="3960"/>
      </w:pPr>
      <w:rPr>
        <w:rFonts w:cs="Liberation Serif" w:ascii="Liberation Serif" w:hAnsi="Liberation Serif" w:eastAsia="Liberation Serif"/>
      </w:rPr>
      <w:start w:val="1"/>
      <w:suff w:val="tab"/>
    </w:lvl>
    <w:lvl w:ilvl="6">
      <w:isLgl w:val="false"/>
      <w:lvlJc w:val="left"/>
      <w:lvlText w:val="%7."/>
      <w:numFmt w:val="decimal"/>
      <w:pPr>
        <w:pBdr/>
        <w:spacing/>
        <w:ind w:hanging="360" w:left="4680"/>
      </w:pPr>
      <w:rPr>
        <w:rFonts w:cs="Liberation Serif" w:ascii="Liberation Serif" w:hAnsi="Liberation Serif" w:eastAsia="Liberation Serif"/>
      </w:rPr>
      <w:start w:val="1"/>
      <w:suff w:val="tab"/>
    </w:lvl>
    <w:lvl w:ilvl="7">
      <w:isLgl w:val="false"/>
      <w:lvlJc w:val="left"/>
      <w:lvlText w:val="%8."/>
      <w:numFmt w:val="lowerLetter"/>
      <w:pPr>
        <w:pBdr/>
        <w:spacing/>
        <w:ind w:hanging="360" w:left="5400"/>
      </w:pPr>
      <w:rPr>
        <w:rFonts w:cs="Liberation Serif" w:ascii="Liberation Serif" w:hAnsi="Liberation Serif" w:eastAsia="Liberation Serif"/>
      </w:rPr>
      <w:start w:val="1"/>
      <w:suff w:val="tab"/>
    </w:lvl>
    <w:lvl w:ilvl="8">
      <w:isLgl w:val="false"/>
      <w:lvlJc w:val="right"/>
      <w:lvlText w:val="%9."/>
      <w:numFmt w:val="lowerRoman"/>
      <w:pPr>
        <w:pBdr/>
        <w:spacing/>
        <w:ind w:hanging="180" w:left="6120"/>
      </w:pPr>
      <w:rPr>
        <w:rFonts w:cs="Liberation Serif" w:ascii="Liberation Serif" w:hAnsi="Liberation Serif" w:eastAsia="Liberation Serif"/>
      </w:rPr>
      <w:start w:val="1"/>
      <w:suff w:val="tab"/>
    </w:lvl>
  </w:abstractNum>
  <w:abstractNum w:abstractNumId="14">
    <w:nsid w:val="37660336"/>
    <w:lvl w:ilvl="0">
      <w:isLgl w:val="false"/>
      <w:lvlJc w:val="left"/>
      <w:lvlText w:val=""/>
      <w:numFmt w:val="bullet"/>
      <w:pPr>
        <w:pBdr/>
        <w:tabs>
          <w:tab w:val="num" w:leader="none" w:pos="648"/>
        </w:tabs>
        <w:spacing/>
        <w:ind w:hanging="360" w:left="648"/>
      </w:pPr>
      <w:pStyle w:val="1363"/>
      <w:rPr>
        <w:rFonts w:ascii="Liberation Serif" w:hAnsi="Liberation Serif" w:cs="Liberation Serif" w:eastAsia="Liberation Serif"/>
      </w:rPr>
      <w:start w:val="1"/>
      <w:suff w:val="tab"/>
    </w:lvl>
    <w:lvl w:ilvl="1">
      <w:isLgl w:val="false"/>
      <w:lvlJc w:val="left"/>
      <w:lvlText w:val="o"/>
      <w:numFmt w:val="bullet"/>
      <w:pPr>
        <w:pBdr/>
        <w:tabs>
          <w:tab w:val="num" w:leader="none" w:pos="1440"/>
        </w:tabs>
        <w:spacing/>
        <w:ind w:hanging="360" w:left="1440"/>
      </w:pPr>
      <w:rPr>
        <w:rFonts w:ascii="Liberation Serif" w:hAnsi="Liberation Serif" w:cs="Liberation Serif" w:eastAsia="Liberation Serif"/>
      </w:rPr>
      <w:start w:val="1"/>
      <w:suff w:val="tab"/>
    </w:lvl>
    <w:lvl w:ilvl="2">
      <w:isLgl w:val="false"/>
      <w:lvlJc w:val="left"/>
      <w:lvlText w:val=""/>
      <w:numFmt w:val="bullet"/>
      <w:pPr>
        <w:pBdr/>
        <w:tabs>
          <w:tab w:val="num" w:leader="none" w:pos="2160"/>
        </w:tabs>
        <w:spacing/>
        <w:ind w:hanging="360" w:left="2160"/>
      </w:pPr>
      <w:rPr>
        <w:rFonts w:ascii="Liberation Serif" w:hAnsi="Liberation Serif" w:cs="Liberation Serif" w:eastAsia="Liberation Serif"/>
      </w:rPr>
      <w:start w:val="1"/>
      <w:suff w:val="tab"/>
    </w:lvl>
    <w:lvl w:ilvl="3">
      <w:isLgl w:val="false"/>
      <w:lvlJc w:val="left"/>
      <w:lvlText w:val=""/>
      <w:numFmt w:val="bullet"/>
      <w:pPr>
        <w:pBdr/>
        <w:tabs>
          <w:tab w:val="num" w:leader="none" w:pos="2880"/>
        </w:tabs>
        <w:spacing/>
        <w:ind w:hanging="360" w:left="2880"/>
      </w:pPr>
      <w:rPr>
        <w:rFonts w:ascii="Liberation Serif" w:hAnsi="Liberation Serif" w:cs="Liberation Serif" w:eastAsia="Liberation Serif"/>
      </w:rPr>
      <w:start w:val="1"/>
      <w:suff w:val="tab"/>
    </w:lvl>
    <w:lvl w:ilvl="4">
      <w:isLgl w:val="false"/>
      <w:lvlJc w:val="left"/>
      <w:lvlText w:val="o"/>
      <w:numFmt w:val="bullet"/>
      <w:pPr>
        <w:pBdr/>
        <w:tabs>
          <w:tab w:val="num" w:leader="none" w:pos="3600"/>
        </w:tabs>
        <w:spacing/>
        <w:ind w:hanging="360" w:left="3600"/>
      </w:pPr>
      <w:rPr>
        <w:rFonts w:ascii="Liberation Serif" w:hAnsi="Liberation Serif" w:cs="Liberation Serif" w:eastAsia="Liberation Serif"/>
      </w:rPr>
      <w:start w:val="1"/>
      <w:suff w:val="tab"/>
    </w:lvl>
    <w:lvl w:ilvl="5">
      <w:isLgl w:val="false"/>
      <w:lvlJc w:val="left"/>
      <w:lvlText w:val=""/>
      <w:numFmt w:val="bullet"/>
      <w:pPr>
        <w:pBdr/>
        <w:tabs>
          <w:tab w:val="num" w:leader="none" w:pos="4320"/>
        </w:tabs>
        <w:spacing/>
        <w:ind w:hanging="360" w:left="4320"/>
      </w:pPr>
      <w:rPr>
        <w:rFonts w:ascii="Liberation Serif" w:hAnsi="Liberation Serif" w:cs="Liberation Serif" w:eastAsia="Liberation Serif"/>
      </w:rPr>
      <w:start w:val="1"/>
      <w:suff w:val="tab"/>
    </w:lvl>
    <w:lvl w:ilvl="6">
      <w:isLgl w:val="false"/>
      <w:lvlJc w:val="left"/>
      <w:lvlText w:val=""/>
      <w:numFmt w:val="bullet"/>
      <w:pPr>
        <w:pBdr/>
        <w:tabs>
          <w:tab w:val="num" w:leader="none" w:pos="5040"/>
        </w:tabs>
        <w:spacing/>
        <w:ind w:hanging="360" w:left="5040"/>
      </w:pPr>
      <w:rPr>
        <w:rFonts w:ascii="Liberation Serif" w:hAnsi="Liberation Serif" w:cs="Liberation Serif" w:eastAsia="Liberation Serif"/>
      </w:rPr>
      <w:start w:val="1"/>
      <w:suff w:val="tab"/>
    </w:lvl>
    <w:lvl w:ilvl="7">
      <w:isLgl w:val="false"/>
      <w:lvlJc w:val="left"/>
      <w:lvlText w:val="o"/>
      <w:numFmt w:val="bullet"/>
      <w:pPr>
        <w:pBdr/>
        <w:tabs>
          <w:tab w:val="num" w:leader="none" w:pos="5760"/>
        </w:tabs>
        <w:spacing/>
        <w:ind w:hanging="360" w:left="5760"/>
      </w:pPr>
      <w:rPr>
        <w:rFonts w:ascii="Liberation Serif" w:hAnsi="Liberation Serif" w:cs="Liberation Serif" w:eastAsia="Liberation Serif"/>
      </w:rPr>
      <w:start w:val="1"/>
      <w:suff w:val="tab"/>
    </w:lvl>
    <w:lvl w:ilvl="8">
      <w:isLgl w:val="false"/>
      <w:lvlJc w:val="left"/>
      <w:lvlText w:val=""/>
      <w:numFmt w:val="bullet"/>
      <w:pPr>
        <w:pBdr/>
        <w:tabs>
          <w:tab w:val="num" w:leader="none" w:pos="6480"/>
        </w:tabs>
        <w:spacing/>
        <w:ind w:hanging="360" w:left="6480"/>
      </w:pPr>
      <w:rPr>
        <w:rFonts w:ascii="Liberation Serif" w:hAnsi="Liberation Serif" w:cs="Liberation Serif" w:eastAsia="Liberation Serif"/>
      </w:rPr>
      <w:start w:val="1"/>
      <w:suff w:val="tab"/>
    </w:lvl>
  </w:abstractNum>
  <w:abstractNum w:abstractNumId="15">
    <w:nsid w:val="37BE3BF2"/>
    <w:lvl w:ilvl="0">
      <w:isLgl w:val="false"/>
      <w:lvlJc w:val="left"/>
      <w:lvlText w:val="%1."/>
      <w:numFmt w:val="decimal"/>
      <w:pPr>
        <w:pBdr/>
        <w:tabs>
          <w:tab w:val="num" w:leader="none" w:pos="284"/>
        </w:tabs>
        <w:spacing/>
        <w:ind w:hanging="284" w:left="284"/>
      </w:pPr>
      <w:pStyle w:val="1283"/>
      <w:rPr>
        <w:rFonts w:ascii="Liberation Serif" w:hAnsi="Liberation Serif" w:eastAsia="Liberation Serif" w:cs="Liberation Serif"/>
        <w:b w:val="0"/>
      </w:rPr>
      <w:start w:val="1"/>
      <w:suff w:val="tab"/>
    </w:lvl>
    <w:lvl w:ilvl="1">
      <w:isLgl w:val="false"/>
      <w:lvlJc w:val="left"/>
      <w:lvlText w:val="%2."/>
      <w:numFmt w:val="lowerLetter"/>
      <w:pPr>
        <w:pBdr/>
        <w:tabs>
          <w:tab w:val="num" w:leader="none" w:pos="1440"/>
        </w:tabs>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tabs>
          <w:tab w:val="num" w:leader="none" w:pos="2160"/>
        </w:tabs>
        <w:spacing/>
        <w:ind w:hanging="180" w:left="2160"/>
      </w:pPr>
      <w:rPr>
        <w:rFonts w:ascii="Liberation Serif" w:hAnsi="Liberation Serif" w:eastAsia="Liberation Serif" w:cs="Liberation Serif"/>
      </w:rPr>
      <w:start w:val="1"/>
      <w:suff w:val="tab"/>
    </w:lvl>
    <w:lvl w:ilvl="3">
      <w:isLgl w:val="false"/>
      <w:lvlJc w:val="left"/>
      <w:lvlText w:val="%4."/>
      <w:numFmt w:val="decimal"/>
      <w:pPr>
        <w:pBdr/>
        <w:tabs>
          <w:tab w:val="num" w:leader="none" w:pos="2880"/>
        </w:tabs>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tabs>
          <w:tab w:val="num" w:leader="none" w:pos="3600"/>
        </w:tabs>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tabs>
          <w:tab w:val="num" w:leader="none" w:pos="4320"/>
        </w:tabs>
        <w:spacing/>
        <w:ind w:hanging="180" w:left="4320"/>
      </w:pPr>
      <w:rPr>
        <w:rFonts w:ascii="Liberation Serif" w:hAnsi="Liberation Serif" w:eastAsia="Liberation Serif" w:cs="Liberation Serif"/>
      </w:rPr>
      <w:start w:val="1"/>
      <w:suff w:val="tab"/>
    </w:lvl>
    <w:lvl w:ilvl="6">
      <w:isLgl w:val="false"/>
      <w:lvlJc w:val="left"/>
      <w:lvlText w:val="%7."/>
      <w:numFmt w:val="decimal"/>
      <w:pPr>
        <w:pBdr/>
        <w:tabs>
          <w:tab w:val="num" w:leader="none" w:pos="5040"/>
        </w:tabs>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tabs>
          <w:tab w:val="num" w:leader="none" w:pos="5760"/>
        </w:tabs>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tabs>
          <w:tab w:val="num" w:leader="none" w:pos="6480"/>
        </w:tabs>
        <w:spacing/>
        <w:ind w:hanging="180" w:left="6480"/>
      </w:pPr>
      <w:rPr>
        <w:rFonts w:ascii="Liberation Serif" w:hAnsi="Liberation Serif" w:eastAsia="Liberation Serif" w:cs="Liberation Serif"/>
      </w:rPr>
      <w:start w:val="1"/>
      <w:suff w:val="tab"/>
    </w:lvl>
  </w:abstractNum>
  <w:abstractNum w:abstractNumId="16">
    <w:nsid w:val="3A877D64"/>
    <w:lvl w:ilvl="0">
      <w:isLgl w:val="false"/>
      <w:lvlJc w:val="left"/>
      <w:lvlText w:val="[%1]"/>
      <w:numFmt w:val="decimal"/>
      <w:pPr>
        <w:pBdr/>
        <w:tabs>
          <w:tab w:val="num" w:leader="none" w:pos="360"/>
        </w:tabs>
        <w:spacing/>
        <w:ind w:hanging="360" w:left="360"/>
      </w:pPr>
      <w:pStyle w:val="1377"/>
      <w:rPr>
        <w:rFonts w:ascii="Liberation Serif" w:hAnsi="Liberation Serif" w:eastAsia="Liberation Serif" w:cs="Liberation Serif"/>
      </w:rPr>
      <w:start w:val="1"/>
      <w:suff w:val="tab"/>
    </w:lvl>
    <w:lvl w:ilvl="1">
      <w:isLgl w:val="false"/>
      <w:lvlJc w:val="left"/>
      <w:lvlText w:val=""/>
      <w:numFmt w:val="bullet"/>
      <w:pPr>
        <w:pBdr/>
        <w:spacing/>
        <w:ind/>
      </w:pPr>
      <w:rPr>
        <w:rFonts w:ascii="Liberation Serif" w:hAnsi="Liberation Serif" w:eastAsia="Liberation Serif" w:cs="Liberation Serif"/>
      </w:rPr>
      <w:start w:val="0"/>
      <w:suff w:val="tab"/>
    </w:lvl>
    <w:lvl w:ilvl="2">
      <w:isLgl w:val="false"/>
      <w:lvlJc w:val="left"/>
      <w:lvlText w:val=""/>
      <w:numFmt w:val="bullet"/>
      <w:pPr>
        <w:pBdr/>
        <w:spacing/>
        <w:ind/>
      </w:pPr>
      <w:rPr>
        <w:rFonts w:ascii="Liberation Serif" w:hAnsi="Liberation Serif" w:eastAsia="Liberation Serif" w:cs="Liberation Serif"/>
      </w:rPr>
      <w:start w:val="0"/>
      <w:suff w:val="tab"/>
    </w:lvl>
    <w:lvl w:ilvl="3">
      <w:isLgl w:val="false"/>
      <w:lvlJc w:val="left"/>
      <w:lvlText w:val=""/>
      <w:numFmt w:val="bullet"/>
      <w:pPr>
        <w:pBdr/>
        <w:spacing/>
        <w:ind/>
      </w:pPr>
      <w:rPr>
        <w:rFonts w:ascii="Liberation Serif" w:hAnsi="Liberation Serif" w:eastAsia="Liberation Serif" w:cs="Liberation Serif"/>
      </w:rPr>
      <w:start w:val="0"/>
      <w:suff w:val="tab"/>
    </w:lvl>
    <w:lvl w:ilvl="4">
      <w:isLgl w:val="false"/>
      <w:lvlJc w:val="left"/>
      <w:lvlText w:val=""/>
      <w:numFmt w:val="bullet"/>
      <w:pPr>
        <w:pBdr/>
        <w:spacing/>
        <w:ind/>
      </w:pPr>
      <w:rPr>
        <w:rFonts w:ascii="Liberation Serif" w:hAnsi="Liberation Serif" w:eastAsia="Liberation Serif" w:cs="Liberation Serif"/>
      </w:rPr>
      <w:start w:val="0"/>
      <w:suff w:val="tab"/>
    </w:lvl>
    <w:lvl w:ilvl="5">
      <w:isLgl w:val="false"/>
      <w:lvlJc w:val="left"/>
      <w:lvlText w:val=""/>
      <w:numFmt w:val="bullet"/>
      <w:pPr>
        <w:pBdr/>
        <w:spacing/>
        <w:ind/>
      </w:pPr>
      <w:rPr>
        <w:rFonts w:ascii="Liberation Serif" w:hAnsi="Liberation Serif" w:eastAsia="Liberation Serif" w:cs="Liberation Serif"/>
      </w:rPr>
      <w:start w:val="0"/>
      <w:suff w:val="tab"/>
    </w:lvl>
    <w:lvl w:ilvl="6">
      <w:isLgl w:val="false"/>
      <w:lvlJc w:val="left"/>
      <w:lvlText w:val=""/>
      <w:numFmt w:val="bullet"/>
      <w:pPr>
        <w:pBdr/>
        <w:spacing/>
        <w:ind/>
      </w:pPr>
      <w:rPr>
        <w:rFonts w:ascii="Liberation Serif" w:hAnsi="Liberation Serif" w:eastAsia="Liberation Serif" w:cs="Liberation Serif"/>
      </w:rPr>
      <w:start w:val="0"/>
      <w:suff w:val="tab"/>
    </w:lvl>
    <w:lvl w:ilvl="7">
      <w:isLgl w:val="false"/>
      <w:lvlJc w:val="left"/>
      <w:lvlText w:val=""/>
      <w:numFmt w:val="bullet"/>
      <w:pPr>
        <w:pBdr/>
        <w:spacing/>
        <w:ind/>
      </w:pPr>
      <w:rPr>
        <w:rFonts w:ascii="Liberation Serif" w:hAnsi="Liberation Serif" w:eastAsia="Liberation Serif" w:cs="Liberation Serif"/>
      </w:rPr>
      <w:start w:val="0"/>
      <w:suff w:val="tab"/>
    </w:lvl>
    <w:lvl w:ilvl="8">
      <w:isLgl w:val="false"/>
      <w:lvlJc w:val="left"/>
      <w:lvlText w:val=""/>
      <w:numFmt w:val="bullet"/>
      <w:pPr>
        <w:pBdr/>
        <w:spacing/>
        <w:ind/>
      </w:pPr>
      <w:rPr>
        <w:rFonts w:ascii="Liberation Serif" w:hAnsi="Liberation Serif" w:eastAsia="Liberation Serif" w:cs="Liberation Serif"/>
      </w:rPr>
      <w:start w:val="0"/>
      <w:suff w:val="tab"/>
    </w:lvl>
  </w:abstractNum>
  <w:abstractNum w:abstractNumId="17">
    <w:nsid w:val="3AA17CE3"/>
    <w:lvl w:ilvl="0">
      <w:isLgl w:val="false"/>
      <w:lvlJc w:val="left"/>
      <w:lvlText w:val="%1."/>
      <w:numFmt w:val="decimal"/>
      <w:pPr>
        <w:pBdr/>
        <w:spacing/>
        <w:ind w:hanging="360" w:left="720"/>
      </w:pPr>
      <w:pStyle w:val="1414"/>
      <w:rPr>
        <w:rFonts w:cs="Liberation Serif" w:ascii="Liberation Serif" w:hAnsi="Liberation Serif" w:eastAsia="Liberation Serif"/>
      </w:rPr>
      <w:start w:val="1"/>
      <w:suff w:val="tab"/>
    </w:lvl>
    <w:lvl w:ilvl="1">
      <w:isLgl w:val="false"/>
      <w:lvlJc w:val="left"/>
      <w:lvlText w:val="%2."/>
      <w:numFmt w:val="lowerLetter"/>
      <w:pPr>
        <w:pBdr/>
        <w:spacing/>
        <w:ind w:hanging="360" w:left="1440"/>
      </w:pPr>
      <w:rPr>
        <w:rFonts w:cs="Liberation Serif" w:ascii="Liberation Serif" w:hAnsi="Liberation Serif" w:eastAsia="Liberation Serif"/>
      </w:rPr>
      <w:start w:val="1"/>
      <w:suff w:val="tab"/>
    </w:lvl>
    <w:lvl w:ilvl="2">
      <w:isLgl w:val="false"/>
      <w:lvlJc w:val="right"/>
      <w:lvlText w:val="%3."/>
      <w:numFmt w:val="lowerRoman"/>
      <w:pPr>
        <w:pBdr/>
        <w:spacing/>
        <w:ind w:hanging="180" w:left="2160"/>
      </w:pPr>
      <w:rPr>
        <w:rFonts w:cs="Liberation Serif" w:ascii="Liberation Serif" w:hAnsi="Liberation Serif" w:eastAsia="Liberation Serif"/>
      </w:rPr>
      <w:start w:val="1"/>
      <w:suff w:val="tab"/>
    </w:lvl>
    <w:lvl w:ilvl="3">
      <w:isLgl w:val="false"/>
      <w:lvlJc w:val="left"/>
      <w:lvlText w:val="%4."/>
      <w:numFmt w:val="decimal"/>
      <w:pPr>
        <w:pBdr/>
        <w:spacing/>
        <w:ind w:hanging="360" w:left="2880"/>
      </w:pPr>
      <w:rPr>
        <w:rFonts w:cs="Liberation Serif" w:ascii="Liberation Serif" w:hAnsi="Liberation Serif" w:eastAsia="Liberation Serif"/>
      </w:rPr>
      <w:start w:val="1"/>
      <w:suff w:val="tab"/>
    </w:lvl>
    <w:lvl w:ilvl="4">
      <w:isLgl w:val="false"/>
      <w:lvlJc w:val="left"/>
      <w:lvlText w:val="%5."/>
      <w:numFmt w:val="lowerLetter"/>
      <w:pPr>
        <w:pBdr/>
        <w:spacing/>
        <w:ind w:hanging="360" w:left="3600"/>
      </w:pPr>
      <w:rPr>
        <w:rFonts w:cs="Liberation Serif" w:ascii="Liberation Serif" w:hAnsi="Liberation Serif" w:eastAsia="Liberation Serif"/>
      </w:rPr>
      <w:start w:val="1"/>
      <w:suff w:val="tab"/>
    </w:lvl>
    <w:lvl w:ilvl="5">
      <w:isLgl w:val="false"/>
      <w:lvlJc w:val="right"/>
      <w:lvlText w:val="%6."/>
      <w:numFmt w:val="lowerRoman"/>
      <w:pPr>
        <w:pBdr/>
        <w:spacing/>
        <w:ind w:hanging="180" w:left="4320"/>
      </w:pPr>
      <w:rPr>
        <w:rFonts w:cs="Liberation Serif" w:ascii="Liberation Serif" w:hAnsi="Liberation Serif" w:eastAsia="Liberation Serif"/>
      </w:rPr>
      <w:start w:val="1"/>
      <w:suff w:val="tab"/>
    </w:lvl>
    <w:lvl w:ilvl="6">
      <w:isLgl w:val="false"/>
      <w:lvlJc w:val="left"/>
      <w:lvlText w:val="%7."/>
      <w:numFmt w:val="decimal"/>
      <w:pPr>
        <w:pBdr/>
        <w:spacing/>
        <w:ind w:hanging="360" w:left="5040"/>
      </w:pPr>
      <w:rPr>
        <w:rFonts w:cs="Liberation Serif" w:ascii="Liberation Serif" w:hAnsi="Liberation Serif" w:eastAsia="Liberation Serif"/>
      </w:rPr>
      <w:start w:val="1"/>
      <w:suff w:val="tab"/>
    </w:lvl>
    <w:lvl w:ilvl="7">
      <w:isLgl w:val="false"/>
      <w:lvlJc w:val="left"/>
      <w:lvlText w:val="%8."/>
      <w:numFmt w:val="lowerLetter"/>
      <w:pPr>
        <w:pBdr/>
        <w:spacing/>
        <w:ind w:hanging="360" w:left="5760"/>
      </w:pPr>
      <w:rPr>
        <w:rFonts w:cs="Liberation Serif" w:ascii="Liberation Serif" w:hAnsi="Liberation Serif" w:eastAsia="Liberation Serif"/>
      </w:rPr>
      <w:start w:val="1"/>
      <w:suff w:val="tab"/>
    </w:lvl>
    <w:lvl w:ilvl="8">
      <w:isLgl w:val="false"/>
      <w:lvlJc w:val="right"/>
      <w:lvlText w:val="%9."/>
      <w:numFmt w:val="lowerRoman"/>
      <w:pPr>
        <w:pBdr/>
        <w:spacing/>
        <w:ind w:hanging="180" w:left="6480"/>
      </w:pPr>
      <w:rPr>
        <w:rFonts w:cs="Liberation Serif" w:ascii="Liberation Serif" w:hAnsi="Liberation Serif" w:eastAsia="Liberation Serif"/>
      </w:rPr>
      <w:start w:val="1"/>
      <w:suff w:val="tab"/>
    </w:lvl>
  </w:abstractNum>
  <w:abstractNum w:abstractNumId="18">
    <w:nsid w:val="4856421D"/>
    <w:lvl w:ilvl="0">
      <w:isLgl w:val="false"/>
      <w:lvlJc w:val="left"/>
      <w:lvlText w:val="%1."/>
      <w:numFmt w:val="decimal"/>
      <w:pPr>
        <w:pBdr/>
        <w:tabs>
          <w:tab w:val="num" w:leader="none" w:pos="720"/>
        </w:tabs>
        <w:spacing/>
        <w:ind w:hanging="360" w:left="720"/>
      </w:pPr>
      <w:rPr>
        <w:rFonts w:ascii="Liberation Serif" w:hAnsi="Liberation Serif" w:eastAsia="Liberation Serif" w:cs="Liberation Serif"/>
      </w:rPr>
      <w:start w:val="1"/>
      <w:suff w:val="tab"/>
    </w:lvl>
    <w:lvl w:ilvl="1">
      <w:isLgl w:val="false"/>
      <w:lvlJc w:val="left"/>
      <w:lvlText w:val="%2."/>
      <w:numFmt w:val="lowerLetter"/>
      <w:pPr>
        <w:pBdr/>
        <w:tabs>
          <w:tab w:val="num" w:leader="none" w:pos="1440"/>
        </w:tabs>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tabs>
          <w:tab w:val="num" w:leader="none" w:pos="2160"/>
        </w:tabs>
        <w:spacing/>
        <w:ind w:hanging="180" w:left="2160"/>
      </w:pPr>
      <w:rPr>
        <w:rFonts w:ascii="Liberation Serif" w:hAnsi="Liberation Serif" w:eastAsia="Liberation Serif" w:cs="Liberation Serif"/>
      </w:rPr>
      <w:start w:val="1"/>
      <w:suff w:val="tab"/>
    </w:lvl>
    <w:lvl w:ilvl="3">
      <w:isLgl w:val="false"/>
      <w:lvlJc w:val="left"/>
      <w:lvlText w:val="%4."/>
      <w:numFmt w:val="decimal"/>
      <w:pPr>
        <w:pBdr/>
        <w:tabs>
          <w:tab w:val="num" w:leader="none" w:pos="2880"/>
        </w:tabs>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tabs>
          <w:tab w:val="num" w:leader="none" w:pos="3600"/>
        </w:tabs>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tabs>
          <w:tab w:val="num" w:leader="none" w:pos="4320"/>
        </w:tabs>
        <w:spacing/>
        <w:ind w:hanging="180" w:left="4320"/>
      </w:pPr>
      <w:rPr>
        <w:rFonts w:ascii="Liberation Serif" w:hAnsi="Liberation Serif" w:eastAsia="Liberation Serif" w:cs="Liberation Serif"/>
      </w:rPr>
      <w:start w:val="1"/>
      <w:suff w:val="tab"/>
    </w:lvl>
    <w:lvl w:ilvl="6">
      <w:isLgl w:val="false"/>
      <w:lvlJc w:val="left"/>
      <w:lvlText w:val="%7."/>
      <w:numFmt w:val="decimal"/>
      <w:pPr>
        <w:pBdr/>
        <w:tabs>
          <w:tab w:val="num" w:leader="none" w:pos="5040"/>
        </w:tabs>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tabs>
          <w:tab w:val="num" w:leader="none" w:pos="5760"/>
        </w:tabs>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tabs>
          <w:tab w:val="num" w:leader="none" w:pos="6480"/>
        </w:tabs>
        <w:spacing/>
        <w:ind w:hanging="180" w:left="6480"/>
      </w:pPr>
      <w:rPr>
        <w:rFonts w:ascii="Liberation Serif" w:hAnsi="Liberation Serif" w:eastAsia="Liberation Serif" w:cs="Liberation Serif"/>
      </w:rPr>
      <w:start w:val="1"/>
      <w:suff w:val="tab"/>
    </w:lvl>
  </w:abstractNum>
  <w:abstractNum w:abstractNumId="19">
    <w:nsid w:val="49B573EE"/>
    <w:lvl w:ilvl="0">
      <w:isLgl w:val="false"/>
      <w:lvlJc w:val="left"/>
      <w:lvlText w:val="%1."/>
      <w:numFmt w:val="decimal"/>
      <w:pPr>
        <w:pBdr/>
        <w:spacing/>
        <w:ind w:hanging="360" w:left="720"/>
      </w:pPr>
      <w:rPr>
        <w:rFonts w:ascii="Liberation Serif" w:hAnsi="Liberation Serif" w:cs="Liberation Serif" w:eastAsia="Liberation Serif"/>
        <w:b w:val="0"/>
      </w:rPr>
      <w:start w:val="1"/>
      <w:suff w:val="tab"/>
    </w:lvl>
    <w:lvl w:ilvl="1">
      <w:isLgl w:val="false"/>
      <w:lvlJc w:val="left"/>
      <w:lvlText w:val="%1.%2."/>
      <w:numFmt w:val="decimal"/>
      <w:pPr>
        <w:pBdr/>
        <w:spacing/>
        <w:ind w:hanging="432" w:left="1152"/>
      </w:pPr>
      <w:rPr>
        <w:rFonts w:ascii="Liberation Serif" w:hAnsi="Liberation Serif" w:eastAsia="Liberation Serif" w:cs="Liberation Serif"/>
      </w:rPr>
      <w:start w:val="1"/>
      <w:suff w:val="tab"/>
    </w:lvl>
    <w:lvl w:ilvl="2">
      <w:isLgl w:val="false"/>
      <w:lvlJc w:val="left"/>
      <w:lvlText w:val="%1.%2.%3."/>
      <w:numFmt w:val="decimal"/>
      <w:pPr>
        <w:pBdr/>
        <w:spacing/>
        <w:ind w:hanging="504" w:left="1584"/>
      </w:pPr>
      <w:rPr>
        <w:rFonts w:ascii="Liberation Serif" w:hAnsi="Liberation Serif" w:eastAsia="Liberation Serif" w:cs="Liberation Serif"/>
      </w:rPr>
      <w:start w:val="1"/>
      <w:suff w:val="tab"/>
    </w:lvl>
    <w:lvl w:ilvl="3">
      <w:isLgl w:val="false"/>
      <w:lvlJc w:val="left"/>
      <w:lvlText w:val="%1.%2.%3.%4."/>
      <w:numFmt w:val="decimal"/>
      <w:pPr>
        <w:pBdr/>
        <w:spacing/>
        <w:ind w:hanging="648" w:left="2088"/>
      </w:pPr>
      <w:rPr>
        <w:rFonts w:ascii="Liberation Serif" w:hAnsi="Liberation Serif" w:eastAsia="Liberation Serif" w:cs="Liberation Serif"/>
      </w:rPr>
      <w:start w:val="1"/>
      <w:suff w:val="tab"/>
    </w:lvl>
    <w:lvl w:ilvl="4">
      <w:isLgl w:val="false"/>
      <w:lvlJc w:val="left"/>
      <w:lvlText w:val="%1.%2.%3.%4.%5."/>
      <w:numFmt w:val="decimal"/>
      <w:pPr>
        <w:pBdr/>
        <w:spacing/>
        <w:ind w:hanging="792" w:left="2592"/>
      </w:pPr>
      <w:rPr>
        <w:rFonts w:ascii="Liberation Serif" w:hAnsi="Liberation Serif" w:eastAsia="Liberation Serif" w:cs="Liberation Serif"/>
      </w:rPr>
      <w:start w:val="1"/>
      <w:suff w:val="tab"/>
    </w:lvl>
    <w:lvl w:ilvl="5">
      <w:isLgl w:val="false"/>
      <w:lvlJc w:val="left"/>
      <w:lvlText w:val="%1.%2.%3.%4.%5.%6."/>
      <w:numFmt w:val="decimal"/>
      <w:pPr>
        <w:pBdr/>
        <w:spacing/>
        <w:ind w:hanging="936" w:left="3096"/>
      </w:pPr>
      <w:rPr>
        <w:rFonts w:ascii="Liberation Serif" w:hAnsi="Liberation Serif" w:eastAsia="Liberation Serif" w:cs="Liberation Serif"/>
      </w:rPr>
      <w:start w:val="1"/>
      <w:suff w:val="tab"/>
    </w:lvl>
    <w:lvl w:ilvl="6">
      <w:isLgl w:val="false"/>
      <w:lvlJc w:val="left"/>
      <w:lvlText w:val="%1.%2.%3.%4.%5.%6.%7."/>
      <w:numFmt w:val="decimal"/>
      <w:pPr>
        <w:pBdr/>
        <w:spacing/>
        <w:ind w:hanging="1080" w:left="3600"/>
      </w:pPr>
      <w:rPr>
        <w:rFonts w:ascii="Liberation Serif" w:hAnsi="Liberation Serif" w:eastAsia="Liberation Serif" w:cs="Liberation Serif"/>
      </w:rPr>
      <w:start w:val="1"/>
      <w:suff w:val="tab"/>
    </w:lvl>
    <w:lvl w:ilvl="7">
      <w:isLgl w:val="false"/>
      <w:lvlJc w:val="left"/>
      <w:lvlText w:val="%1.%2.%3.%4.%5.%6.%7.%8."/>
      <w:numFmt w:val="decimal"/>
      <w:pPr>
        <w:pBdr/>
        <w:spacing/>
        <w:ind w:hanging="1224" w:left="4104"/>
      </w:pPr>
      <w:rPr>
        <w:rFonts w:ascii="Liberation Serif" w:hAnsi="Liberation Serif" w:eastAsia="Liberation Serif" w:cs="Liberation Serif"/>
      </w:rPr>
      <w:start w:val="1"/>
      <w:suff w:val="tab"/>
    </w:lvl>
    <w:lvl w:ilvl="8">
      <w:isLgl w:val="false"/>
      <w:lvlJc w:val="left"/>
      <w:lvlText w:val="%1.%2.%3.%4.%5.%6.%7.%8.%9."/>
      <w:numFmt w:val="decimal"/>
      <w:pPr>
        <w:pBdr/>
        <w:spacing/>
        <w:ind w:hanging="1440" w:left="4680"/>
      </w:pPr>
      <w:rPr>
        <w:rFonts w:ascii="Liberation Serif" w:hAnsi="Liberation Serif" w:eastAsia="Liberation Serif" w:cs="Liberation Serif"/>
      </w:rPr>
      <w:start w:val="1"/>
      <w:suff w:val="tab"/>
    </w:lvl>
  </w:abstractNum>
  <w:abstractNum w:abstractNumId="20">
    <w:nsid w:val="4C2B5EA8"/>
    <w:lvl w:ilvl="0">
      <w:isLgl w:val="false"/>
      <w:lvlJc w:val="left"/>
      <w:lvlText w:val="%1)"/>
      <w:numFmt w:val="thaiNumbers"/>
      <w:pPr>
        <w:pBdr/>
        <w:spacing/>
        <w:ind w:hanging="360" w:left="2064"/>
      </w:pPr>
      <w:rPr>
        <w:rFonts w:ascii="Liberation Serif" w:hAnsi="Liberation Serif" w:eastAsia="Liberation Serif" w:cs="Liberation Serif"/>
      </w:rPr>
      <w:start w:val="1"/>
      <w:suff w:val="tab"/>
    </w:lvl>
    <w:lvl w:ilvl="1">
      <w:isLgl w:val="false"/>
      <w:lvlJc w:val="left"/>
      <w:lvlText w:val="o"/>
      <w:numFmt w:val="bullet"/>
      <w:pPr>
        <w:pBdr/>
        <w:spacing/>
        <w:ind w:hanging="360" w:left="2784"/>
      </w:pPr>
      <w:rPr>
        <w:rFonts w:ascii="Liberation Serif" w:hAnsi="Liberation Serif" w:cs="Liberation Serif" w:eastAsia="Liberation Serif"/>
      </w:rPr>
      <w:start w:val="1"/>
      <w:suff w:val="tab"/>
    </w:lvl>
    <w:lvl w:ilvl="2">
      <w:isLgl w:val="false"/>
      <w:lvlJc w:val="left"/>
      <w:lvlText w:val=""/>
      <w:numFmt w:val="bullet"/>
      <w:pPr>
        <w:pBdr/>
        <w:spacing/>
        <w:ind w:hanging="360" w:left="3504"/>
      </w:pPr>
      <w:rPr>
        <w:rFonts w:ascii="Liberation Serif" w:hAnsi="Liberation Serif" w:eastAsia="Liberation Serif" w:cs="Liberation Serif"/>
      </w:rPr>
      <w:start w:val="1"/>
      <w:suff w:val="tab"/>
    </w:lvl>
    <w:lvl w:ilvl="3">
      <w:isLgl w:val="false"/>
      <w:lvlJc w:val="left"/>
      <w:lvlText w:val=""/>
      <w:numFmt w:val="bullet"/>
      <w:pPr>
        <w:pBdr/>
        <w:spacing/>
        <w:ind w:hanging="360" w:left="4224"/>
      </w:pPr>
      <w:rPr>
        <w:rFonts w:ascii="Liberation Serif" w:hAnsi="Liberation Serif" w:eastAsia="Liberation Serif" w:cs="Liberation Serif"/>
      </w:rPr>
      <w:start w:val="1"/>
      <w:suff w:val="tab"/>
    </w:lvl>
    <w:lvl w:ilvl="4">
      <w:isLgl w:val="false"/>
      <w:lvlJc w:val="left"/>
      <w:lvlText w:val="o"/>
      <w:numFmt w:val="bullet"/>
      <w:pPr>
        <w:pBdr/>
        <w:spacing/>
        <w:ind w:hanging="360" w:left="4944"/>
      </w:pPr>
      <w:rPr>
        <w:rFonts w:ascii="Liberation Serif" w:hAnsi="Liberation Serif" w:cs="Liberation Serif" w:eastAsia="Liberation Serif"/>
      </w:rPr>
      <w:start w:val="1"/>
      <w:suff w:val="tab"/>
    </w:lvl>
    <w:lvl w:ilvl="5">
      <w:isLgl w:val="false"/>
      <w:lvlJc w:val="left"/>
      <w:lvlText w:val=""/>
      <w:numFmt w:val="bullet"/>
      <w:pPr>
        <w:pBdr/>
        <w:spacing/>
        <w:ind w:hanging="360" w:left="5664"/>
      </w:pPr>
      <w:rPr>
        <w:rFonts w:ascii="Liberation Serif" w:hAnsi="Liberation Serif" w:eastAsia="Liberation Serif" w:cs="Liberation Serif"/>
      </w:rPr>
      <w:start w:val="1"/>
      <w:suff w:val="tab"/>
    </w:lvl>
    <w:lvl w:ilvl="6">
      <w:isLgl w:val="false"/>
      <w:lvlJc w:val="left"/>
      <w:lvlText w:val=""/>
      <w:numFmt w:val="bullet"/>
      <w:pPr>
        <w:pBdr/>
        <w:spacing/>
        <w:ind w:hanging="360" w:left="6384"/>
      </w:pPr>
      <w:rPr>
        <w:rFonts w:ascii="Liberation Serif" w:hAnsi="Liberation Serif" w:eastAsia="Liberation Serif" w:cs="Liberation Serif"/>
      </w:rPr>
      <w:start w:val="1"/>
      <w:suff w:val="tab"/>
    </w:lvl>
    <w:lvl w:ilvl="7">
      <w:isLgl w:val="false"/>
      <w:lvlJc w:val="left"/>
      <w:lvlText w:val="o"/>
      <w:numFmt w:val="bullet"/>
      <w:pPr>
        <w:pBdr/>
        <w:spacing/>
        <w:ind w:hanging="360" w:left="7104"/>
      </w:pPr>
      <w:rPr>
        <w:rFonts w:ascii="Liberation Serif" w:hAnsi="Liberation Serif" w:cs="Liberation Serif" w:eastAsia="Liberation Serif"/>
      </w:rPr>
      <w:start w:val="1"/>
      <w:suff w:val="tab"/>
    </w:lvl>
    <w:lvl w:ilvl="8">
      <w:isLgl w:val="false"/>
      <w:lvlJc w:val="left"/>
      <w:lvlText w:val=""/>
      <w:numFmt w:val="bullet"/>
      <w:pPr>
        <w:pBdr/>
        <w:spacing/>
        <w:ind w:hanging="360" w:left="7824"/>
      </w:pPr>
      <w:rPr>
        <w:rFonts w:ascii="Liberation Serif" w:hAnsi="Liberation Serif" w:eastAsia="Liberation Serif" w:cs="Liberation Serif"/>
      </w:rPr>
      <w:start w:val="1"/>
      <w:suff w:val="tab"/>
    </w:lvl>
  </w:abstractNum>
  <w:abstractNum w:abstractNumId="21">
    <w:nsid w:val="4EDF050E"/>
    <w:lvl w:ilvl="0">
      <w:isLgl w:val="false"/>
      <w:lvlJc w:val="left"/>
      <w:lvlText w:val="%1."/>
      <w:numFmt w:val="decimal"/>
      <w:pPr>
        <w:pBdr/>
        <w:tabs>
          <w:tab w:val="num" w:leader="none" w:pos="1080"/>
        </w:tabs>
        <w:spacing/>
        <w:ind w:firstLine="720"/>
      </w:pPr>
      <w:rPr>
        <w:rFonts w:cs="Liberation Serif" w:ascii="Liberation Serif" w:hAnsi="Liberation Serif" w:eastAsia="Liberation Serif"/>
      </w:rPr>
      <w:start w:val="1"/>
      <w:suff w:val="tab"/>
    </w:lvl>
    <w:lvl w:ilvl="1">
      <w:isLgl w:val="false"/>
      <w:lvlJc w:val="left"/>
      <w:lvlText w:val="%2."/>
      <w:numFmt w:val="lowerLetter"/>
      <w:pPr>
        <w:pBdr/>
        <w:tabs>
          <w:tab w:val="num" w:leader="none" w:pos="1440"/>
        </w:tabs>
        <w:spacing/>
        <w:ind w:hanging="360" w:left="1440"/>
      </w:pPr>
      <w:rPr>
        <w:rFonts w:cs="Liberation Serif" w:ascii="Liberation Serif" w:hAnsi="Liberation Serif" w:eastAsia="Liberation Serif"/>
      </w:rPr>
      <w:start w:val="1"/>
      <w:suff w:val="tab"/>
    </w:lvl>
    <w:lvl w:ilvl="2">
      <w:isLgl w:val="false"/>
      <w:lvlJc w:val="right"/>
      <w:lvlText w:val="%3."/>
      <w:numFmt w:val="lowerRoman"/>
      <w:pPr>
        <w:pBdr/>
        <w:tabs>
          <w:tab w:val="num" w:leader="none" w:pos="2160"/>
        </w:tabs>
        <w:spacing/>
        <w:ind w:hanging="180" w:left="2160"/>
      </w:pPr>
      <w:rPr>
        <w:rFonts w:cs="Liberation Serif" w:ascii="Liberation Serif" w:hAnsi="Liberation Serif" w:eastAsia="Liberation Serif"/>
      </w:rPr>
      <w:start w:val="1"/>
      <w:suff w:val="tab"/>
    </w:lvl>
    <w:lvl w:ilvl="3">
      <w:isLgl w:val="false"/>
      <w:lvlJc w:val="left"/>
      <w:lvlText w:val="%4."/>
      <w:numFmt w:val="decimal"/>
      <w:pPr>
        <w:pBdr/>
        <w:tabs>
          <w:tab w:val="num" w:leader="none" w:pos="2880"/>
        </w:tabs>
        <w:spacing/>
        <w:ind w:hanging="360" w:left="2880"/>
      </w:pPr>
      <w:rPr>
        <w:rFonts w:cs="Liberation Serif" w:ascii="Liberation Serif" w:hAnsi="Liberation Serif" w:eastAsia="Liberation Serif"/>
      </w:rPr>
      <w:start w:val="1"/>
      <w:suff w:val="tab"/>
    </w:lvl>
    <w:lvl w:ilvl="4">
      <w:isLgl w:val="false"/>
      <w:lvlJc w:val="left"/>
      <w:lvlText w:val="%5."/>
      <w:numFmt w:val="lowerLetter"/>
      <w:pPr>
        <w:pBdr/>
        <w:tabs>
          <w:tab w:val="num" w:leader="none" w:pos="3600"/>
        </w:tabs>
        <w:spacing/>
        <w:ind w:hanging="360" w:left="3600"/>
      </w:pPr>
      <w:rPr>
        <w:rFonts w:cs="Liberation Serif" w:ascii="Liberation Serif" w:hAnsi="Liberation Serif" w:eastAsia="Liberation Serif"/>
      </w:rPr>
      <w:start w:val="1"/>
      <w:suff w:val="tab"/>
    </w:lvl>
    <w:lvl w:ilvl="5">
      <w:isLgl w:val="false"/>
      <w:lvlJc w:val="right"/>
      <w:lvlText w:val="%6."/>
      <w:numFmt w:val="lowerRoman"/>
      <w:pPr>
        <w:pBdr/>
        <w:tabs>
          <w:tab w:val="num" w:leader="none" w:pos="4320"/>
        </w:tabs>
        <w:spacing/>
        <w:ind w:hanging="180" w:left="4320"/>
      </w:pPr>
      <w:rPr>
        <w:rFonts w:cs="Liberation Serif" w:ascii="Liberation Serif" w:hAnsi="Liberation Serif" w:eastAsia="Liberation Serif"/>
      </w:rPr>
      <w:start w:val="1"/>
      <w:suff w:val="tab"/>
    </w:lvl>
    <w:lvl w:ilvl="6">
      <w:isLgl w:val="false"/>
      <w:lvlJc w:val="left"/>
      <w:lvlText w:val="%7."/>
      <w:numFmt w:val="decimal"/>
      <w:pPr>
        <w:pBdr/>
        <w:tabs>
          <w:tab w:val="num" w:leader="none" w:pos="5040"/>
        </w:tabs>
        <w:spacing/>
        <w:ind w:hanging="360" w:left="5040"/>
      </w:pPr>
      <w:rPr>
        <w:rFonts w:cs="Liberation Serif" w:ascii="Liberation Serif" w:hAnsi="Liberation Serif" w:eastAsia="Liberation Serif"/>
      </w:rPr>
      <w:start w:val="1"/>
      <w:suff w:val="tab"/>
    </w:lvl>
    <w:lvl w:ilvl="7">
      <w:isLgl w:val="false"/>
      <w:lvlJc w:val="left"/>
      <w:lvlText w:val="%8."/>
      <w:numFmt w:val="lowerLetter"/>
      <w:pPr>
        <w:pBdr/>
        <w:tabs>
          <w:tab w:val="num" w:leader="none" w:pos="5760"/>
        </w:tabs>
        <w:spacing/>
        <w:ind w:hanging="360" w:left="5760"/>
      </w:pPr>
      <w:rPr>
        <w:rFonts w:cs="Liberation Serif" w:ascii="Liberation Serif" w:hAnsi="Liberation Serif" w:eastAsia="Liberation Serif"/>
      </w:rPr>
      <w:start w:val="1"/>
      <w:suff w:val="tab"/>
    </w:lvl>
    <w:lvl w:ilvl="8">
      <w:isLgl w:val="false"/>
      <w:lvlJc w:val="right"/>
      <w:lvlText w:val="%9."/>
      <w:numFmt w:val="lowerRoman"/>
      <w:pPr>
        <w:pBdr/>
        <w:tabs>
          <w:tab w:val="num" w:leader="none" w:pos="6480"/>
        </w:tabs>
        <w:spacing/>
        <w:ind w:hanging="180" w:left="6480"/>
      </w:pPr>
      <w:rPr>
        <w:rFonts w:cs="Liberation Serif" w:ascii="Liberation Serif" w:hAnsi="Liberation Serif" w:eastAsia="Liberation Serif"/>
      </w:rPr>
      <w:start w:val="1"/>
      <w:suff w:val="tab"/>
    </w:lvl>
  </w:abstractNum>
  <w:abstractNum w:abstractNumId="22">
    <w:nsid w:val="52CA544A"/>
    <w:lvl w:ilvl="0">
      <w:isLgl w:val="false"/>
      <w:lvlJc w:val="left"/>
      <w:lvlText w:val="[%1]"/>
      <w:numFmt w:val="decimal"/>
      <w:pPr>
        <w:pBdr/>
        <w:tabs>
          <w:tab w:val="num" w:leader="none" w:pos="360"/>
        </w:tabs>
        <w:spacing/>
        <w:ind w:hanging="360" w:left="360"/>
      </w:pPr>
      <w:pStyle w:val="1369"/>
      <w:rPr>
        <w:rFonts w:ascii="Liberation Serif" w:hAnsi="Liberation Serif" w:cs="Liberation Serif" w:eastAsia="Liberation Serif"/>
        <w:b w:val="0"/>
        <w:bCs w:val="0"/>
        <w:i w:val="0"/>
        <w:iCs w:val="0"/>
        <w:sz w:val="16"/>
        <w:szCs w:val="16"/>
      </w:rPr>
      <w:start w:val="1"/>
      <w:suff w:val="tab"/>
    </w:lvl>
    <w:lvl w:ilvl="1">
      <w:isLgl w:val="false"/>
      <w:lvlJc w:val="left"/>
      <w:lvlText w:val=""/>
      <w:numFmt w:val="bullet"/>
      <w:pPr>
        <w:pBdr/>
        <w:spacing/>
        <w:ind/>
      </w:pPr>
      <w:rPr>
        <w:rFonts w:ascii="Liberation Serif" w:hAnsi="Liberation Serif" w:eastAsia="Liberation Serif" w:cs="Liberation Serif"/>
      </w:rPr>
      <w:start w:val="0"/>
      <w:suff w:val="tab"/>
    </w:lvl>
    <w:lvl w:ilvl="2">
      <w:isLgl w:val="false"/>
      <w:lvlJc w:val="left"/>
      <w:lvlText w:val=""/>
      <w:numFmt w:val="bullet"/>
      <w:pPr>
        <w:pBdr/>
        <w:spacing/>
        <w:ind/>
      </w:pPr>
      <w:rPr>
        <w:rFonts w:ascii="Liberation Serif" w:hAnsi="Liberation Serif" w:eastAsia="Liberation Serif" w:cs="Liberation Serif"/>
      </w:rPr>
      <w:start w:val="0"/>
      <w:suff w:val="tab"/>
    </w:lvl>
    <w:lvl w:ilvl="3">
      <w:isLgl w:val="false"/>
      <w:lvlJc w:val="left"/>
      <w:lvlText w:val=""/>
      <w:numFmt w:val="bullet"/>
      <w:pPr>
        <w:pBdr/>
        <w:spacing/>
        <w:ind/>
      </w:pPr>
      <w:rPr>
        <w:rFonts w:ascii="Liberation Serif" w:hAnsi="Liberation Serif" w:eastAsia="Liberation Serif" w:cs="Liberation Serif"/>
      </w:rPr>
      <w:start w:val="0"/>
      <w:suff w:val="tab"/>
    </w:lvl>
    <w:lvl w:ilvl="4">
      <w:isLgl w:val="false"/>
      <w:lvlJc w:val="left"/>
      <w:lvlText w:val=""/>
      <w:numFmt w:val="bullet"/>
      <w:pPr>
        <w:pBdr/>
        <w:spacing/>
        <w:ind/>
      </w:pPr>
      <w:rPr>
        <w:rFonts w:ascii="Liberation Serif" w:hAnsi="Liberation Serif" w:eastAsia="Liberation Serif" w:cs="Liberation Serif"/>
      </w:rPr>
      <w:start w:val="0"/>
      <w:suff w:val="tab"/>
    </w:lvl>
    <w:lvl w:ilvl="5">
      <w:isLgl w:val="false"/>
      <w:lvlJc w:val="left"/>
      <w:lvlText w:val=""/>
      <w:numFmt w:val="bullet"/>
      <w:pPr>
        <w:pBdr/>
        <w:spacing/>
        <w:ind/>
      </w:pPr>
      <w:rPr>
        <w:rFonts w:ascii="Liberation Serif" w:hAnsi="Liberation Serif" w:eastAsia="Liberation Serif" w:cs="Liberation Serif"/>
      </w:rPr>
      <w:start w:val="0"/>
      <w:suff w:val="tab"/>
    </w:lvl>
    <w:lvl w:ilvl="6">
      <w:isLgl w:val="false"/>
      <w:lvlJc w:val="left"/>
      <w:lvlText w:val=""/>
      <w:numFmt w:val="bullet"/>
      <w:pPr>
        <w:pBdr/>
        <w:spacing/>
        <w:ind/>
      </w:pPr>
      <w:rPr>
        <w:rFonts w:ascii="Liberation Serif" w:hAnsi="Liberation Serif" w:eastAsia="Liberation Serif" w:cs="Liberation Serif"/>
      </w:rPr>
      <w:start w:val="0"/>
      <w:suff w:val="tab"/>
    </w:lvl>
    <w:lvl w:ilvl="7">
      <w:isLgl w:val="false"/>
      <w:lvlJc w:val="left"/>
      <w:lvlText w:val=""/>
      <w:numFmt w:val="bullet"/>
      <w:pPr>
        <w:pBdr/>
        <w:spacing/>
        <w:ind/>
      </w:pPr>
      <w:rPr>
        <w:rFonts w:ascii="Liberation Serif" w:hAnsi="Liberation Serif" w:eastAsia="Liberation Serif" w:cs="Liberation Serif"/>
      </w:rPr>
      <w:start w:val="0"/>
      <w:suff w:val="tab"/>
    </w:lvl>
    <w:lvl w:ilvl="8">
      <w:isLgl w:val="false"/>
      <w:lvlJc w:val="left"/>
      <w:lvlText w:val=""/>
      <w:numFmt w:val="bullet"/>
      <w:pPr>
        <w:pBdr/>
        <w:spacing/>
        <w:ind/>
      </w:pPr>
      <w:rPr>
        <w:rFonts w:ascii="Liberation Serif" w:hAnsi="Liberation Serif" w:eastAsia="Liberation Serif" w:cs="Liberation Serif"/>
      </w:rPr>
      <w:start w:val="0"/>
      <w:suff w:val="tab"/>
    </w:lvl>
  </w:abstractNum>
  <w:abstractNum w:abstractNumId="23">
    <w:nsid w:val="5BEA6033"/>
    <w:lvl w:ilvl="0">
      <w:isLgl w:val="false"/>
      <w:lvlJc w:val="left"/>
      <w:lvlText w:val="%1."/>
      <w:numFmt w:val="decimal"/>
      <w:pPr>
        <w:pBdr/>
        <w:spacing/>
        <w:ind w:hanging="360" w:left="1170"/>
      </w:pPr>
      <w:rPr>
        <w:rFonts w:cs="Liberation Serif" w:ascii="Liberation Serif" w:hAnsi="Liberation Serif" w:eastAsia="Liberation Serif"/>
        <w:sz w:val="28"/>
      </w:rPr>
      <w:start w:val="1"/>
      <w:suff w:val="tab"/>
    </w:lvl>
    <w:lvl w:ilvl="1">
      <w:isLgl w:val="false"/>
      <w:lvlJc w:val="left"/>
      <w:lvlText w:val="%1.%2."/>
      <w:numFmt w:val="decimal"/>
      <w:pPr>
        <w:pBdr/>
        <w:spacing/>
        <w:ind w:hanging="360" w:left="5747"/>
      </w:pPr>
      <w:rPr>
        <w:rFonts w:cs="Liberation Serif" w:ascii="Liberation Serif" w:hAnsi="Liberation Serif" w:eastAsia="Liberation Serif"/>
      </w:rPr>
      <w:start w:val="1"/>
      <w:suff w:val="tab"/>
    </w:lvl>
    <w:lvl w:ilvl="2">
      <w:isLgl w:val="false"/>
      <w:lvlJc w:val="left"/>
      <w:lvlText w:val="%1.%2.%3."/>
      <w:numFmt w:val="decimal"/>
      <w:pPr>
        <w:pBdr/>
        <w:spacing/>
        <w:ind w:hanging="720" w:left="1530"/>
      </w:pPr>
      <w:rPr>
        <w:rFonts w:cs="Liberation Serif" w:ascii="Liberation Serif" w:hAnsi="Liberation Serif" w:eastAsia="Liberation Serif"/>
      </w:rPr>
      <w:start w:val="1"/>
      <w:suff w:val="tab"/>
    </w:lvl>
    <w:lvl w:ilvl="3">
      <w:isLgl w:val="false"/>
      <w:lvlJc w:val="left"/>
      <w:lvlText w:val="%1.%2.%3.%4."/>
      <w:numFmt w:val="decimal"/>
      <w:pPr>
        <w:pBdr/>
        <w:spacing/>
        <w:ind w:hanging="720" w:left="1530"/>
      </w:pPr>
      <w:rPr>
        <w:rFonts w:cs="Liberation Serif" w:ascii="Liberation Serif" w:hAnsi="Liberation Serif" w:eastAsia="Liberation Serif"/>
      </w:rPr>
      <w:start w:val="1"/>
      <w:suff w:val="tab"/>
    </w:lvl>
    <w:lvl w:ilvl="4">
      <w:isLgl w:val="false"/>
      <w:lvlJc w:val="left"/>
      <w:lvlText w:val="%1.%2.%3.%4.%5."/>
      <w:numFmt w:val="decimal"/>
      <w:pPr>
        <w:pBdr/>
        <w:spacing/>
        <w:ind w:hanging="1080" w:left="1890"/>
      </w:pPr>
      <w:rPr>
        <w:rFonts w:cs="Liberation Serif" w:ascii="Liberation Serif" w:hAnsi="Liberation Serif" w:eastAsia="Liberation Serif"/>
      </w:rPr>
      <w:start w:val="1"/>
      <w:suff w:val="tab"/>
    </w:lvl>
    <w:lvl w:ilvl="5">
      <w:isLgl w:val="false"/>
      <w:lvlJc w:val="left"/>
      <w:lvlText w:val="%1.%2.%3.%4.%5.%6."/>
      <w:numFmt w:val="decimal"/>
      <w:pPr>
        <w:pBdr/>
        <w:spacing/>
        <w:ind w:hanging="1080" w:left="1890"/>
      </w:pPr>
      <w:rPr>
        <w:rFonts w:cs="Liberation Serif" w:ascii="Liberation Serif" w:hAnsi="Liberation Serif" w:eastAsia="Liberation Serif"/>
      </w:rPr>
      <w:start w:val="1"/>
      <w:suff w:val="tab"/>
    </w:lvl>
    <w:lvl w:ilvl="6">
      <w:isLgl w:val="false"/>
      <w:lvlJc w:val="left"/>
      <w:lvlText w:val="%1.%2.%3.%4.%5.%6.%7."/>
      <w:numFmt w:val="decimal"/>
      <w:pPr>
        <w:pBdr/>
        <w:spacing/>
        <w:ind w:hanging="1440" w:left="2250"/>
      </w:pPr>
      <w:rPr>
        <w:rFonts w:cs="Liberation Serif" w:ascii="Liberation Serif" w:hAnsi="Liberation Serif" w:eastAsia="Liberation Serif"/>
      </w:rPr>
      <w:start w:val="1"/>
      <w:suff w:val="tab"/>
    </w:lvl>
    <w:lvl w:ilvl="7">
      <w:isLgl w:val="false"/>
      <w:lvlJc w:val="left"/>
      <w:lvlText w:val="%1.%2.%3.%4.%5.%6.%7.%8."/>
      <w:numFmt w:val="decimal"/>
      <w:pPr>
        <w:pBdr/>
        <w:spacing/>
        <w:ind w:hanging="1440" w:left="2250"/>
      </w:pPr>
      <w:rPr>
        <w:rFonts w:cs="Liberation Serif" w:ascii="Liberation Serif" w:hAnsi="Liberation Serif" w:eastAsia="Liberation Serif"/>
      </w:rPr>
      <w:start w:val="1"/>
      <w:suff w:val="tab"/>
    </w:lvl>
    <w:lvl w:ilvl="8">
      <w:isLgl w:val="false"/>
      <w:lvlJc w:val="left"/>
      <w:lvlText w:val="%1.%2.%3.%4.%5.%6.%7.%8.%9."/>
      <w:numFmt w:val="decimal"/>
      <w:pPr>
        <w:pBdr/>
        <w:spacing/>
        <w:ind w:hanging="1800" w:left="2610"/>
      </w:pPr>
      <w:rPr>
        <w:rFonts w:cs="Liberation Serif" w:ascii="Liberation Serif" w:hAnsi="Liberation Serif" w:eastAsia="Liberation Serif"/>
      </w:rPr>
      <w:start w:val="1"/>
      <w:suff w:val="tab"/>
    </w:lvl>
  </w:abstractNum>
  <w:abstractNum w:abstractNumId="24">
    <w:nsid w:val="6AF21515"/>
    <w:lvl w:ilvl="0">
      <w:isLgl w:val="false"/>
      <w:lvlJc w:val="left"/>
      <w:lvlText w:val=""/>
      <w:numFmt w:val="bullet"/>
      <w:pPr>
        <w:pBdr/>
        <w:tabs>
          <w:tab w:val="num" w:leader="none" w:pos="360"/>
        </w:tabs>
        <w:spacing/>
        <w:ind w:hanging="360" w:left="360"/>
      </w:pPr>
      <w:pStyle w:val="1291"/>
      <w:rPr>
        <w:rFonts w:ascii="Liberation Serif" w:hAnsi="Liberation Serif" w:eastAsia="Liberation Serif" w:cs="Liberation Serif"/>
      </w:rPr>
      <w:start w:val="1"/>
      <w:suff w:val="tab"/>
    </w:lvl>
    <w:lvl w:ilvl="1">
      <w:isLgl w:val="false"/>
      <w:lvlJc w:val="left"/>
      <w:lvlText w:val=""/>
      <w:numFmt w:val="bullet"/>
      <w:pPr>
        <w:pBdr/>
        <w:spacing/>
        <w:ind/>
      </w:pPr>
      <w:rPr>
        <w:rFonts w:ascii="Liberation Serif" w:hAnsi="Liberation Serif" w:eastAsia="Liberation Serif" w:cs="Liberation Serif"/>
      </w:rPr>
      <w:start w:val="0"/>
      <w:suff w:val="tab"/>
    </w:lvl>
    <w:lvl w:ilvl="2">
      <w:isLgl w:val="false"/>
      <w:lvlJc w:val="left"/>
      <w:lvlText w:val=""/>
      <w:numFmt w:val="bullet"/>
      <w:pPr>
        <w:pBdr/>
        <w:spacing/>
        <w:ind/>
      </w:pPr>
      <w:rPr>
        <w:rFonts w:ascii="Liberation Serif" w:hAnsi="Liberation Serif" w:eastAsia="Liberation Serif" w:cs="Liberation Serif"/>
      </w:rPr>
      <w:start w:val="0"/>
      <w:suff w:val="tab"/>
    </w:lvl>
    <w:lvl w:ilvl="3">
      <w:isLgl w:val="false"/>
      <w:lvlJc w:val="left"/>
      <w:lvlText w:val=""/>
      <w:numFmt w:val="bullet"/>
      <w:pPr>
        <w:pBdr/>
        <w:spacing/>
        <w:ind/>
      </w:pPr>
      <w:rPr>
        <w:rFonts w:ascii="Liberation Serif" w:hAnsi="Liberation Serif" w:eastAsia="Liberation Serif" w:cs="Liberation Serif"/>
      </w:rPr>
      <w:start w:val="0"/>
      <w:suff w:val="tab"/>
    </w:lvl>
    <w:lvl w:ilvl="4">
      <w:isLgl w:val="false"/>
      <w:lvlJc w:val="left"/>
      <w:lvlText w:val=""/>
      <w:numFmt w:val="bullet"/>
      <w:pPr>
        <w:pBdr/>
        <w:spacing/>
        <w:ind/>
      </w:pPr>
      <w:rPr>
        <w:rFonts w:ascii="Liberation Serif" w:hAnsi="Liberation Serif" w:eastAsia="Liberation Serif" w:cs="Liberation Serif"/>
      </w:rPr>
      <w:start w:val="0"/>
      <w:suff w:val="tab"/>
    </w:lvl>
    <w:lvl w:ilvl="5">
      <w:isLgl w:val="false"/>
      <w:lvlJc w:val="left"/>
      <w:lvlText w:val=""/>
      <w:numFmt w:val="bullet"/>
      <w:pPr>
        <w:pBdr/>
        <w:spacing/>
        <w:ind/>
      </w:pPr>
      <w:rPr>
        <w:rFonts w:ascii="Liberation Serif" w:hAnsi="Liberation Serif" w:eastAsia="Liberation Serif" w:cs="Liberation Serif"/>
      </w:rPr>
      <w:start w:val="0"/>
      <w:suff w:val="tab"/>
    </w:lvl>
    <w:lvl w:ilvl="6">
      <w:isLgl w:val="false"/>
      <w:lvlJc w:val="left"/>
      <w:lvlText w:val=""/>
      <w:numFmt w:val="bullet"/>
      <w:pPr>
        <w:pBdr/>
        <w:spacing/>
        <w:ind/>
      </w:pPr>
      <w:rPr>
        <w:rFonts w:ascii="Liberation Serif" w:hAnsi="Liberation Serif" w:eastAsia="Liberation Serif" w:cs="Liberation Serif"/>
      </w:rPr>
      <w:start w:val="0"/>
      <w:suff w:val="tab"/>
    </w:lvl>
    <w:lvl w:ilvl="7">
      <w:isLgl w:val="false"/>
      <w:lvlJc w:val="left"/>
      <w:lvlText w:val=""/>
      <w:numFmt w:val="bullet"/>
      <w:pPr>
        <w:pBdr/>
        <w:spacing/>
        <w:ind/>
      </w:pPr>
      <w:rPr>
        <w:rFonts w:ascii="Liberation Serif" w:hAnsi="Liberation Serif" w:eastAsia="Liberation Serif" w:cs="Liberation Serif"/>
      </w:rPr>
      <w:start w:val="0"/>
      <w:suff w:val="tab"/>
    </w:lvl>
    <w:lvl w:ilvl="8">
      <w:isLgl w:val="false"/>
      <w:lvlJc w:val="left"/>
      <w:lvlText w:val=""/>
      <w:numFmt w:val="bullet"/>
      <w:pPr>
        <w:pBdr/>
        <w:spacing/>
        <w:ind/>
      </w:pPr>
      <w:rPr>
        <w:rFonts w:ascii="Liberation Serif" w:hAnsi="Liberation Serif" w:eastAsia="Liberation Serif" w:cs="Liberation Serif"/>
      </w:rPr>
      <w:start w:val="0"/>
      <w:suff w:val="tab"/>
    </w:lvl>
  </w:abstractNum>
  <w:abstractNum w:abstractNumId="25">
    <w:nsid w:val="6C402C58"/>
    <w:lvl w:ilvl="0">
      <w:isLgl w:val="false"/>
      <w:lvlJc w:val="left"/>
      <w:lvlText w:val="Figure %1. "/>
      <w:numFmt w:val="decimal"/>
      <w:pPr>
        <w:pBdr/>
        <w:tabs>
          <w:tab w:val="num" w:leader="none" w:pos="720"/>
        </w:tabs>
        <w:spacing/>
        <w:ind/>
      </w:pPr>
      <w:pStyle w:val="1365"/>
      <w:rPr>
        <w:rFonts w:ascii="Liberation Serif" w:hAnsi="Liberation Serif" w:cs="Liberation Serif" w:eastAsia="Liberation Serif"/>
        <w:b w:val="0"/>
        <w:bCs w:val="0"/>
        <w:i w:val="0"/>
        <w:iCs w:val="0"/>
        <w:color w:val="000000"/>
        <w:sz w:val="16"/>
        <w:szCs w:val="16"/>
      </w:rPr>
      <w:start w:val="1"/>
      <w:suff w:val="tab"/>
    </w:lvl>
    <w:lvl w:ilvl="1">
      <w:isLgl w:val="false"/>
      <w:lvlJc w:val="left"/>
      <w:lvlText w:val="%2."/>
      <w:numFmt w:val="lowerLetter"/>
      <w:pPr>
        <w:pBdr/>
        <w:tabs>
          <w:tab w:val="num" w:leader="none" w:pos="1440"/>
        </w:tabs>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tabs>
          <w:tab w:val="num" w:leader="none" w:pos="2160"/>
        </w:tabs>
        <w:spacing/>
        <w:ind w:hanging="180" w:left="2160"/>
      </w:pPr>
      <w:rPr>
        <w:rFonts w:ascii="Liberation Serif" w:hAnsi="Liberation Serif" w:eastAsia="Liberation Serif" w:cs="Liberation Serif"/>
      </w:rPr>
      <w:start w:val="1"/>
      <w:suff w:val="tab"/>
    </w:lvl>
    <w:lvl w:ilvl="3">
      <w:isLgl w:val="false"/>
      <w:lvlJc w:val="left"/>
      <w:lvlText w:val="%4."/>
      <w:numFmt w:val="decimal"/>
      <w:pPr>
        <w:pBdr/>
        <w:tabs>
          <w:tab w:val="num" w:leader="none" w:pos="2880"/>
        </w:tabs>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tabs>
          <w:tab w:val="num" w:leader="none" w:pos="3600"/>
        </w:tabs>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tabs>
          <w:tab w:val="num" w:leader="none" w:pos="4320"/>
        </w:tabs>
        <w:spacing/>
        <w:ind w:hanging="180" w:left="4320"/>
      </w:pPr>
      <w:rPr>
        <w:rFonts w:ascii="Liberation Serif" w:hAnsi="Liberation Serif" w:eastAsia="Liberation Serif" w:cs="Liberation Serif"/>
      </w:rPr>
      <w:start w:val="1"/>
      <w:suff w:val="tab"/>
    </w:lvl>
    <w:lvl w:ilvl="6">
      <w:isLgl w:val="false"/>
      <w:lvlJc w:val="left"/>
      <w:lvlText w:val="%7."/>
      <w:numFmt w:val="decimal"/>
      <w:pPr>
        <w:pBdr/>
        <w:tabs>
          <w:tab w:val="num" w:leader="none" w:pos="5040"/>
        </w:tabs>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tabs>
          <w:tab w:val="num" w:leader="none" w:pos="5760"/>
        </w:tabs>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tabs>
          <w:tab w:val="num" w:leader="none" w:pos="6480"/>
        </w:tabs>
        <w:spacing/>
        <w:ind w:hanging="180" w:left="6480"/>
      </w:pPr>
      <w:rPr>
        <w:rFonts w:ascii="Liberation Serif" w:hAnsi="Liberation Serif" w:eastAsia="Liberation Serif" w:cs="Liberation Serif"/>
      </w:rPr>
      <w:start w:val="1"/>
      <w:suff w:val="tab"/>
    </w:lvl>
  </w:abstractNum>
  <w:abstractNum w:abstractNumId="26">
    <w:nsid w:val="6CD32DA8"/>
    <w:lvl w:ilvl="0">
      <w:isLgl w:val="false"/>
      <w:lvlJc w:val="left"/>
      <w:lvlText w:val="TABLE %1. "/>
      <w:numFmt w:val="upperRoman"/>
      <w:pPr>
        <w:pBdr/>
        <w:tabs>
          <w:tab w:val="num" w:leader="none" w:pos="1080"/>
        </w:tabs>
        <w:spacing/>
        <w:ind/>
      </w:pPr>
      <w:pStyle w:val="1375"/>
      <w:rPr>
        <w:rFonts w:ascii="Liberation Serif" w:hAnsi="Liberation Serif" w:cs="Liberation Serif" w:eastAsia="Liberation Serif"/>
        <w:b w:val="0"/>
        <w:bCs w:val="0"/>
        <w:i w:val="0"/>
        <w:iCs w:val="0"/>
        <w:sz w:val="16"/>
        <w:szCs w:val="16"/>
      </w:rPr>
      <w:start w:val="1"/>
      <w:suff w:val="tab"/>
    </w:lvl>
    <w:lvl w:ilvl="1">
      <w:isLgl w:val="false"/>
      <w:lvlJc w:val="left"/>
      <w:lvlText w:val=""/>
      <w:numFmt w:val="bullet"/>
      <w:pPr>
        <w:pBdr/>
        <w:spacing/>
        <w:ind/>
      </w:pPr>
      <w:rPr>
        <w:rFonts w:ascii="Liberation Serif" w:hAnsi="Liberation Serif" w:eastAsia="Liberation Serif" w:cs="Liberation Serif"/>
      </w:rPr>
      <w:start w:val="0"/>
      <w:suff w:val="tab"/>
    </w:lvl>
    <w:lvl w:ilvl="2">
      <w:isLgl w:val="false"/>
      <w:lvlJc w:val="left"/>
      <w:lvlText w:val=""/>
      <w:numFmt w:val="bullet"/>
      <w:pPr>
        <w:pBdr/>
        <w:spacing/>
        <w:ind/>
      </w:pPr>
      <w:rPr>
        <w:rFonts w:ascii="Liberation Serif" w:hAnsi="Liberation Serif" w:eastAsia="Liberation Serif" w:cs="Liberation Serif"/>
      </w:rPr>
      <w:start w:val="0"/>
      <w:suff w:val="tab"/>
    </w:lvl>
    <w:lvl w:ilvl="3">
      <w:isLgl w:val="false"/>
      <w:lvlJc w:val="left"/>
      <w:lvlText w:val=""/>
      <w:numFmt w:val="bullet"/>
      <w:pPr>
        <w:pBdr/>
        <w:spacing/>
        <w:ind/>
      </w:pPr>
      <w:rPr>
        <w:rFonts w:ascii="Liberation Serif" w:hAnsi="Liberation Serif" w:eastAsia="Liberation Serif" w:cs="Liberation Serif"/>
      </w:rPr>
      <w:start w:val="0"/>
      <w:suff w:val="tab"/>
    </w:lvl>
    <w:lvl w:ilvl="4">
      <w:isLgl w:val="false"/>
      <w:lvlJc w:val="left"/>
      <w:lvlText w:val=""/>
      <w:numFmt w:val="bullet"/>
      <w:pPr>
        <w:pBdr/>
        <w:spacing/>
        <w:ind/>
      </w:pPr>
      <w:rPr>
        <w:rFonts w:ascii="Liberation Serif" w:hAnsi="Liberation Serif" w:eastAsia="Liberation Serif" w:cs="Liberation Serif"/>
      </w:rPr>
      <w:start w:val="0"/>
      <w:suff w:val="tab"/>
    </w:lvl>
    <w:lvl w:ilvl="5">
      <w:isLgl w:val="false"/>
      <w:lvlJc w:val="left"/>
      <w:lvlText w:val=""/>
      <w:numFmt w:val="bullet"/>
      <w:pPr>
        <w:pBdr/>
        <w:spacing/>
        <w:ind/>
      </w:pPr>
      <w:rPr>
        <w:rFonts w:ascii="Liberation Serif" w:hAnsi="Liberation Serif" w:eastAsia="Liberation Serif" w:cs="Liberation Serif"/>
      </w:rPr>
      <w:start w:val="0"/>
      <w:suff w:val="tab"/>
    </w:lvl>
    <w:lvl w:ilvl="6">
      <w:isLgl w:val="false"/>
      <w:lvlJc w:val="left"/>
      <w:lvlText w:val=""/>
      <w:numFmt w:val="bullet"/>
      <w:pPr>
        <w:pBdr/>
        <w:spacing/>
        <w:ind/>
      </w:pPr>
      <w:rPr>
        <w:rFonts w:ascii="Liberation Serif" w:hAnsi="Liberation Serif" w:eastAsia="Liberation Serif" w:cs="Liberation Serif"/>
      </w:rPr>
      <w:start w:val="0"/>
      <w:suff w:val="tab"/>
    </w:lvl>
    <w:lvl w:ilvl="7">
      <w:isLgl w:val="false"/>
      <w:lvlJc w:val="left"/>
      <w:lvlText w:val=""/>
      <w:numFmt w:val="bullet"/>
      <w:pPr>
        <w:pBdr/>
        <w:spacing/>
        <w:ind/>
      </w:pPr>
      <w:rPr>
        <w:rFonts w:ascii="Liberation Serif" w:hAnsi="Liberation Serif" w:eastAsia="Liberation Serif" w:cs="Liberation Serif"/>
      </w:rPr>
      <w:start w:val="0"/>
      <w:suff w:val="tab"/>
    </w:lvl>
    <w:lvl w:ilvl="8">
      <w:isLgl w:val="false"/>
      <w:lvlJc w:val="left"/>
      <w:lvlText w:val=""/>
      <w:numFmt w:val="bullet"/>
      <w:pPr>
        <w:pBdr/>
        <w:spacing/>
        <w:ind/>
      </w:pPr>
      <w:rPr>
        <w:rFonts w:ascii="Liberation Serif" w:hAnsi="Liberation Serif" w:eastAsia="Liberation Serif" w:cs="Liberation Serif"/>
      </w:rPr>
      <w:start w:val="0"/>
      <w:suff w:val="tab"/>
    </w:lvl>
  </w:abstractNum>
  <w:abstractNum w:abstractNumId="27">
    <w:nsid w:val="7BB63B13"/>
    <w:lvl w:ilvl="0">
      <w:isLgl w:val="false"/>
      <w:lvlJc w:val="left"/>
      <w:lvlText w:val="%1."/>
      <w:numFmt w:val="decimal"/>
      <w:pPr>
        <w:pBdr/>
        <w:tabs>
          <w:tab w:val="num" w:leader="none" w:pos="720"/>
        </w:tabs>
        <w:spacing/>
        <w:ind w:hanging="360" w:left="720"/>
      </w:pPr>
      <w:rPr>
        <w:rFonts w:ascii="Liberation Serif" w:hAnsi="Liberation Serif" w:eastAsia="Liberation Serif" w:cs="Liberation Serif"/>
      </w:rPr>
      <w:start w:val="1"/>
      <w:suff w:val="tab"/>
    </w:lvl>
    <w:lvl w:ilvl="1">
      <w:isLgl w:val="false"/>
      <w:lvlJc w:val="left"/>
      <w:lvlText w:val="%2."/>
      <w:numFmt w:val="lowerLetter"/>
      <w:pPr>
        <w:pBdr/>
        <w:tabs>
          <w:tab w:val="num" w:leader="none" w:pos="1440"/>
        </w:tabs>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tabs>
          <w:tab w:val="num" w:leader="none" w:pos="2160"/>
        </w:tabs>
        <w:spacing/>
        <w:ind w:hanging="180" w:left="2160"/>
      </w:pPr>
      <w:rPr>
        <w:rFonts w:ascii="Liberation Serif" w:hAnsi="Liberation Serif" w:eastAsia="Liberation Serif" w:cs="Liberation Serif"/>
      </w:rPr>
      <w:start w:val="1"/>
      <w:suff w:val="tab"/>
    </w:lvl>
    <w:lvl w:ilvl="3">
      <w:isLgl w:val="false"/>
      <w:lvlJc w:val="left"/>
      <w:lvlText w:val="%4."/>
      <w:numFmt w:val="decimal"/>
      <w:pPr>
        <w:pBdr/>
        <w:tabs>
          <w:tab w:val="num" w:leader="none" w:pos="2880"/>
        </w:tabs>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tabs>
          <w:tab w:val="num" w:leader="none" w:pos="3600"/>
        </w:tabs>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tabs>
          <w:tab w:val="num" w:leader="none" w:pos="4320"/>
        </w:tabs>
        <w:spacing/>
        <w:ind w:hanging="180" w:left="4320"/>
      </w:pPr>
      <w:rPr>
        <w:rFonts w:ascii="Liberation Serif" w:hAnsi="Liberation Serif" w:eastAsia="Liberation Serif" w:cs="Liberation Serif"/>
      </w:rPr>
      <w:start w:val="1"/>
      <w:suff w:val="tab"/>
    </w:lvl>
    <w:lvl w:ilvl="6">
      <w:isLgl w:val="false"/>
      <w:lvlJc w:val="left"/>
      <w:lvlText w:val="%7."/>
      <w:numFmt w:val="decimal"/>
      <w:pPr>
        <w:pBdr/>
        <w:tabs>
          <w:tab w:val="num" w:leader="none" w:pos="5040"/>
        </w:tabs>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tabs>
          <w:tab w:val="num" w:leader="none" w:pos="5760"/>
        </w:tabs>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tabs>
          <w:tab w:val="num" w:leader="none" w:pos="6480"/>
        </w:tabs>
        <w:spacing/>
        <w:ind w:hanging="180" w:left="6480"/>
      </w:pPr>
      <w:rPr>
        <w:rFonts w:ascii="Liberation Serif" w:hAnsi="Liberation Serif" w:eastAsia="Liberation Serif" w:cs="Liberation Serif"/>
      </w:rPr>
      <w:start w:val="1"/>
      <w:suff w:val="tab"/>
    </w:lvl>
  </w:abstractNum>
  <w:abstractNum w:abstractNumId="28">
    <w:nsid w:val="24A57D54"/>
    <w:lvl w:ilvl="0">
      <w:isLgl w:val="false"/>
      <w:lvlJc w:val="left"/>
      <w:lvlText w:val="%1."/>
      <w:numFmt w:val="decimal"/>
      <w:pPr>
        <w:pBdr/>
        <w:spacing/>
        <w:ind w:hanging="360" w:left="720"/>
      </w:pPr>
      <w:rPr>
        <w:rFonts w:ascii="Liberation Serif" w:hAnsi="Liberation Serif" w:eastAsia="Liberation Serif" w:cs="Liberation Serif"/>
      </w:rPr>
      <w:start w:val="1"/>
      <w:suff w:val="tab"/>
    </w:lvl>
    <w:lvl w:ilvl="1">
      <w:isLgl w:val="false"/>
      <w:lvlJc w:val="left"/>
      <w:lvlText w:val="%2."/>
      <w:numFmt w:val="lowerLetter"/>
      <w:pPr>
        <w:pBdr/>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spacing/>
        <w:ind w:hanging="180" w:left="2160"/>
      </w:pPr>
      <w:rPr>
        <w:rFonts w:ascii="Liberation Serif" w:hAnsi="Liberation Serif" w:eastAsia="Liberation Serif" w:cs="Liberation Serif"/>
      </w:rPr>
      <w:start w:val="1"/>
      <w:suff w:val="tab"/>
    </w:lvl>
    <w:lvl w:ilvl="3">
      <w:isLgl w:val="false"/>
      <w:lvlJc w:val="left"/>
      <w:lvlText w:val="%4."/>
      <w:numFmt w:val="decimal"/>
      <w:pPr>
        <w:pBdr/>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spacing/>
        <w:ind w:hanging="180" w:left="4320"/>
      </w:pPr>
      <w:rPr>
        <w:rFonts w:ascii="Liberation Serif" w:hAnsi="Liberation Serif" w:eastAsia="Liberation Serif" w:cs="Liberation Serif"/>
      </w:rPr>
      <w:start w:val="1"/>
      <w:suff w:val="tab"/>
    </w:lvl>
    <w:lvl w:ilvl="6">
      <w:isLgl w:val="false"/>
      <w:lvlJc w:val="left"/>
      <w:lvlText w:val="%7."/>
      <w:numFmt w:val="decimal"/>
      <w:pPr>
        <w:pBdr/>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spacing/>
        <w:ind w:hanging="180" w:left="6480"/>
      </w:pPr>
      <w:rPr>
        <w:rFonts w:ascii="Liberation Serif" w:hAnsi="Liberation Serif" w:eastAsia="Liberation Serif" w:cs="Liberation Serif"/>
      </w:rPr>
      <w:start w:val="1"/>
      <w:suff w:val="tab"/>
    </w:lvl>
  </w:abstractNum>
  <w:abstractNum w:abstractNumId="29">
    <w:nsid w:val="29ADFEF3"/>
    <w:lvl w:ilvl="0">
      <w:isLgl w:val="false"/>
      <w:lvlJc w:val="right"/>
      <w:lvlText w:val="%1."/>
      <w:numFmt w:val="decimal"/>
      <w:pPr>
        <w:pBdr/>
        <w:spacing/>
        <w:ind w:hanging="360" w:left="709"/>
      </w:pPr>
      <w:rPr>
        <w:rFonts w:ascii="Liberation Serif" w:hAnsi="Liberation Serif" w:eastAsia="Liberation Serif" w:cs="Liberation Serif"/>
      </w:rPr>
      <w:start w:val="1"/>
      <w:suff w:val="tab"/>
    </w:lvl>
    <w:lvl w:ilvl="1">
      <w:isLgl w:val="false"/>
      <w:lvlJc w:val="right"/>
      <w:lvlText w:val="%2."/>
      <w:numFmt w:val="decimal"/>
      <w:pPr>
        <w:pBdr/>
        <w:spacing/>
        <w:ind w:hanging="360" w:left="1429"/>
      </w:pPr>
      <w:rPr>
        <w:rFonts w:ascii="Liberation Serif" w:hAnsi="Liberation Serif" w:eastAsia="Liberation Serif" w:cs="Liberation Serif"/>
      </w:rPr>
      <w:start w:val="1"/>
      <w:suff w:val="tab"/>
    </w:lvl>
    <w:lvl w:ilvl="2">
      <w:isLgl w:val="false"/>
      <w:lvlJc w:val="right"/>
      <w:lvlText w:val="%3."/>
      <w:numFmt w:val="decimal"/>
      <w:pPr>
        <w:pBdr/>
        <w:spacing/>
        <w:ind w:hanging="360" w:left="2149"/>
      </w:pPr>
      <w:rPr>
        <w:rFonts w:ascii="Liberation Serif" w:hAnsi="Liberation Serif" w:eastAsia="Liberation Serif" w:cs="Liberation Serif"/>
      </w:rPr>
      <w:start w:val="1"/>
      <w:suff w:val="tab"/>
    </w:lvl>
    <w:lvl w:ilvl="3">
      <w:isLgl w:val="false"/>
      <w:lvlJc w:val="right"/>
      <w:lvlText w:val="%4."/>
      <w:numFmt w:val="decimal"/>
      <w:pPr>
        <w:pBdr/>
        <w:spacing/>
        <w:ind w:hanging="360" w:left="2869"/>
      </w:pPr>
      <w:rPr>
        <w:rFonts w:ascii="Liberation Serif" w:hAnsi="Liberation Serif" w:eastAsia="Liberation Serif" w:cs="Liberation Serif"/>
      </w:rPr>
      <w:start w:val="1"/>
      <w:suff w:val="tab"/>
    </w:lvl>
    <w:lvl w:ilvl="4">
      <w:isLgl w:val="false"/>
      <w:lvlJc w:val="right"/>
      <w:lvlText w:val="%5."/>
      <w:numFmt w:val="decimal"/>
      <w:pPr>
        <w:pBdr/>
        <w:spacing/>
        <w:ind w:hanging="360" w:left="3589"/>
      </w:pPr>
      <w:rPr>
        <w:rFonts w:ascii="Liberation Serif" w:hAnsi="Liberation Serif" w:eastAsia="Liberation Serif" w:cs="Liberation Serif"/>
      </w:rPr>
      <w:start w:val="1"/>
      <w:suff w:val="tab"/>
    </w:lvl>
    <w:lvl w:ilvl="5">
      <w:isLgl w:val="false"/>
      <w:lvlJc w:val="right"/>
      <w:lvlText w:val="%6."/>
      <w:numFmt w:val="decimal"/>
      <w:pPr>
        <w:pBdr/>
        <w:spacing/>
        <w:ind w:hanging="360" w:left="4309"/>
      </w:pPr>
      <w:rPr>
        <w:rFonts w:ascii="Liberation Serif" w:hAnsi="Liberation Serif" w:eastAsia="Liberation Serif" w:cs="Liberation Serif"/>
      </w:rPr>
      <w:start w:val="1"/>
      <w:suff w:val="tab"/>
    </w:lvl>
    <w:lvl w:ilvl="6">
      <w:isLgl w:val="false"/>
      <w:lvlJc w:val="right"/>
      <w:lvlText w:val="%7."/>
      <w:numFmt w:val="decimal"/>
      <w:pPr>
        <w:pBdr/>
        <w:spacing/>
        <w:ind w:hanging="360" w:left="5029"/>
      </w:pPr>
      <w:rPr>
        <w:rFonts w:ascii="Liberation Serif" w:hAnsi="Liberation Serif" w:eastAsia="Liberation Serif" w:cs="Liberation Serif"/>
      </w:rPr>
      <w:start w:val="1"/>
      <w:suff w:val="tab"/>
    </w:lvl>
    <w:lvl w:ilvl="7">
      <w:isLgl w:val="false"/>
      <w:lvlJc w:val="right"/>
      <w:lvlText w:val="%8."/>
      <w:numFmt w:val="decimal"/>
      <w:pPr>
        <w:pBdr/>
        <w:spacing/>
        <w:ind w:hanging="360" w:left="5749"/>
      </w:pPr>
      <w:rPr>
        <w:rFonts w:ascii="Liberation Serif" w:hAnsi="Liberation Serif" w:eastAsia="Liberation Serif" w:cs="Liberation Serif"/>
      </w:rPr>
      <w:start w:val="1"/>
      <w:suff w:val="tab"/>
    </w:lvl>
    <w:lvl w:ilvl="8">
      <w:isLgl w:val="false"/>
      <w:lvlJc w:val="right"/>
      <w:lvlText w:val="%9."/>
      <w:numFmt w:val="decimal"/>
      <w:pPr>
        <w:pBdr/>
        <w:spacing/>
        <w:ind w:hanging="360" w:left="6469"/>
      </w:pPr>
      <w:rPr>
        <w:rFonts w:ascii="Liberation Serif" w:hAnsi="Liberation Serif" w:eastAsia="Liberation Serif" w:cs="Liberation Serif"/>
      </w:rPr>
      <w:start w:val="1"/>
      <w:suff w:val="tab"/>
    </w:lvl>
  </w:abstractNum>
  <w:abstractNum w:abstractNumId="30">
    <w:nsid w:val="3495C424"/>
    <w:lvl w:ilvl="0">
      <w:isLgl w:val="false"/>
      <w:lvlJc w:val="left"/>
      <w:lvlText w:val="%1."/>
      <w:numFmt w:val="decimal"/>
      <w:pPr>
        <w:pBdr/>
        <w:spacing/>
        <w:ind w:hanging="360" w:left="1134"/>
      </w:pPr>
      <w:rPr>
        <w:rFonts w:ascii="Liberation Serif" w:hAnsi="Liberation Serif" w:eastAsia="Liberation Serif" w:cs="Liberation Serif"/>
      </w:rPr>
      <w:start w:val="1"/>
      <w:suff w:val="tab"/>
    </w:lvl>
    <w:lvl w:ilvl="1">
      <w:isLgl w:val="false"/>
      <w:lvlJc w:val="left"/>
      <w:lvlText w:val="%2."/>
      <w:numFmt w:val="lowerLetter"/>
      <w:pPr>
        <w:pBdr/>
        <w:spacing/>
        <w:ind w:hanging="360" w:left="1854"/>
      </w:pPr>
      <w:rPr>
        <w:rFonts w:ascii="Liberation Serif" w:hAnsi="Liberation Serif" w:eastAsia="Liberation Serif" w:cs="Liberation Serif"/>
      </w:rPr>
      <w:start w:val="1"/>
      <w:suff w:val="tab"/>
    </w:lvl>
    <w:lvl w:ilvl="2">
      <w:isLgl w:val="false"/>
      <w:lvlJc w:val="right"/>
      <w:lvlText w:val="%3."/>
      <w:numFmt w:val="lowerRoman"/>
      <w:pPr>
        <w:pBdr/>
        <w:spacing/>
        <w:ind w:hanging="180" w:left="2574"/>
      </w:pPr>
      <w:rPr>
        <w:rFonts w:ascii="Liberation Serif" w:hAnsi="Liberation Serif" w:eastAsia="Liberation Serif" w:cs="Liberation Serif"/>
      </w:rPr>
      <w:start w:val="1"/>
      <w:suff w:val="tab"/>
    </w:lvl>
    <w:lvl w:ilvl="3">
      <w:isLgl w:val="false"/>
      <w:lvlJc w:val="left"/>
      <w:lvlText w:val="%4."/>
      <w:numFmt w:val="decimal"/>
      <w:pPr>
        <w:pBdr/>
        <w:spacing/>
        <w:ind w:hanging="360" w:left="3294"/>
      </w:pPr>
      <w:rPr>
        <w:rFonts w:ascii="Liberation Serif" w:hAnsi="Liberation Serif" w:eastAsia="Liberation Serif" w:cs="Liberation Serif"/>
      </w:rPr>
      <w:start w:val="1"/>
      <w:suff w:val="tab"/>
    </w:lvl>
    <w:lvl w:ilvl="4">
      <w:isLgl w:val="false"/>
      <w:lvlJc w:val="left"/>
      <w:lvlText w:val="%5."/>
      <w:numFmt w:val="lowerLetter"/>
      <w:pPr>
        <w:pBdr/>
        <w:spacing/>
        <w:ind w:hanging="360" w:left="4014"/>
      </w:pPr>
      <w:rPr>
        <w:rFonts w:ascii="Liberation Serif" w:hAnsi="Liberation Serif" w:eastAsia="Liberation Serif" w:cs="Liberation Serif"/>
      </w:rPr>
      <w:start w:val="1"/>
      <w:suff w:val="tab"/>
    </w:lvl>
    <w:lvl w:ilvl="5">
      <w:isLgl w:val="false"/>
      <w:lvlJc w:val="right"/>
      <w:lvlText w:val="%6."/>
      <w:numFmt w:val="lowerRoman"/>
      <w:pPr>
        <w:pBdr/>
        <w:spacing/>
        <w:ind w:hanging="180" w:left="4734"/>
      </w:pPr>
      <w:rPr>
        <w:rFonts w:ascii="Liberation Serif" w:hAnsi="Liberation Serif" w:eastAsia="Liberation Serif" w:cs="Liberation Serif"/>
      </w:rPr>
      <w:start w:val="1"/>
      <w:suff w:val="tab"/>
    </w:lvl>
    <w:lvl w:ilvl="6">
      <w:isLgl w:val="false"/>
      <w:lvlJc w:val="left"/>
      <w:lvlText w:val="%7."/>
      <w:numFmt w:val="decimal"/>
      <w:pPr>
        <w:pBdr/>
        <w:spacing/>
        <w:ind w:hanging="360" w:left="5454"/>
      </w:pPr>
      <w:rPr>
        <w:rFonts w:ascii="Liberation Serif" w:hAnsi="Liberation Serif" w:eastAsia="Liberation Serif" w:cs="Liberation Serif"/>
      </w:rPr>
      <w:start w:val="1"/>
      <w:suff w:val="tab"/>
    </w:lvl>
    <w:lvl w:ilvl="7">
      <w:isLgl w:val="false"/>
      <w:lvlJc w:val="left"/>
      <w:lvlText w:val="%8."/>
      <w:numFmt w:val="lowerLetter"/>
      <w:pPr>
        <w:pBdr/>
        <w:spacing/>
        <w:ind w:hanging="360" w:left="6174"/>
      </w:pPr>
      <w:rPr>
        <w:rFonts w:ascii="Liberation Serif" w:hAnsi="Liberation Serif" w:eastAsia="Liberation Serif" w:cs="Liberation Serif"/>
      </w:rPr>
      <w:start w:val="1"/>
      <w:suff w:val="tab"/>
    </w:lvl>
    <w:lvl w:ilvl="8">
      <w:isLgl w:val="false"/>
      <w:lvlJc w:val="right"/>
      <w:lvlText w:val="%9."/>
      <w:numFmt w:val="lowerRoman"/>
      <w:pPr>
        <w:pBdr/>
        <w:spacing/>
        <w:ind w:hanging="180" w:left="6894"/>
      </w:pPr>
      <w:rPr>
        <w:rFonts w:ascii="Liberation Serif" w:hAnsi="Liberation Serif" w:eastAsia="Liberation Serif" w:cs="Liberation Serif"/>
      </w:rPr>
      <w:start w:val="1"/>
      <w:suff w:val="tab"/>
    </w:lvl>
  </w:abstractNum>
  <w:abstractNum w:abstractNumId="31">
    <w:nsid w:val="2908C368"/>
    <w:lvl w:ilvl="0">
      <w:isLgl w:val="false"/>
      <w:lvlJc w:val="right"/>
      <w:lvlText w:val="%1."/>
      <w:numFmt w:val="decimal"/>
      <w:pPr>
        <w:pBdr/>
        <w:spacing/>
        <w:ind w:hanging="360" w:left="709"/>
      </w:pPr>
      <w:rPr>
        <w:rFonts w:ascii="Liberation Serif" w:hAnsi="Liberation Serif" w:eastAsia="Liberation Serif" w:cs="Liberation Serif"/>
      </w:rPr>
      <w:start w:val="1"/>
      <w:suff w:val="tab"/>
    </w:lvl>
    <w:lvl w:ilvl="1">
      <w:isLgl w:val="false"/>
      <w:lvlJc w:val="right"/>
      <w:lvlText w:val="%2."/>
      <w:numFmt w:val="decimal"/>
      <w:pPr>
        <w:pBdr/>
        <w:spacing/>
        <w:ind w:hanging="360" w:left="1429"/>
      </w:pPr>
      <w:rPr>
        <w:rFonts w:ascii="Liberation Serif" w:hAnsi="Liberation Serif" w:eastAsia="Liberation Serif" w:cs="Liberation Serif"/>
      </w:rPr>
      <w:start w:val="1"/>
      <w:suff w:val="tab"/>
    </w:lvl>
    <w:lvl w:ilvl="2">
      <w:isLgl w:val="false"/>
      <w:lvlJc w:val="right"/>
      <w:lvlText w:val="%3."/>
      <w:numFmt w:val="decimal"/>
      <w:pPr>
        <w:pBdr/>
        <w:spacing/>
        <w:ind w:hanging="360" w:left="2149"/>
      </w:pPr>
      <w:rPr>
        <w:rFonts w:ascii="Liberation Serif" w:hAnsi="Liberation Serif" w:eastAsia="Liberation Serif" w:cs="Liberation Serif"/>
      </w:rPr>
      <w:start w:val="1"/>
      <w:suff w:val="tab"/>
    </w:lvl>
    <w:lvl w:ilvl="3">
      <w:isLgl w:val="false"/>
      <w:lvlJc w:val="right"/>
      <w:lvlText w:val="%4."/>
      <w:numFmt w:val="decimal"/>
      <w:pPr>
        <w:pBdr/>
        <w:spacing/>
        <w:ind w:hanging="360" w:left="2869"/>
      </w:pPr>
      <w:rPr>
        <w:rFonts w:ascii="Liberation Serif" w:hAnsi="Liberation Serif" w:eastAsia="Liberation Serif" w:cs="Liberation Serif"/>
      </w:rPr>
      <w:start w:val="1"/>
      <w:suff w:val="tab"/>
    </w:lvl>
    <w:lvl w:ilvl="4">
      <w:isLgl w:val="false"/>
      <w:lvlJc w:val="right"/>
      <w:lvlText w:val="%5."/>
      <w:numFmt w:val="decimal"/>
      <w:pPr>
        <w:pBdr/>
        <w:spacing/>
        <w:ind w:hanging="360" w:left="3589"/>
      </w:pPr>
      <w:rPr>
        <w:rFonts w:ascii="Liberation Serif" w:hAnsi="Liberation Serif" w:eastAsia="Liberation Serif" w:cs="Liberation Serif"/>
      </w:rPr>
      <w:start w:val="1"/>
      <w:suff w:val="tab"/>
    </w:lvl>
    <w:lvl w:ilvl="5">
      <w:isLgl w:val="false"/>
      <w:lvlJc w:val="right"/>
      <w:lvlText w:val="%6."/>
      <w:numFmt w:val="decimal"/>
      <w:pPr>
        <w:pBdr/>
        <w:spacing/>
        <w:ind w:hanging="360" w:left="4309"/>
      </w:pPr>
      <w:rPr>
        <w:rFonts w:ascii="Liberation Serif" w:hAnsi="Liberation Serif" w:eastAsia="Liberation Serif" w:cs="Liberation Serif"/>
      </w:rPr>
      <w:start w:val="1"/>
      <w:suff w:val="tab"/>
    </w:lvl>
    <w:lvl w:ilvl="6">
      <w:isLgl w:val="false"/>
      <w:lvlJc w:val="right"/>
      <w:lvlText w:val="%7."/>
      <w:numFmt w:val="decimal"/>
      <w:pPr>
        <w:pBdr/>
        <w:spacing/>
        <w:ind w:hanging="360" w:left="5029"/>
      </w:pPr>
      <w:rPr>
        <w:rFonts w:ascii="Liberation Serif" w:hAnsi="Liberation Serif" w:eastAsia="Liberation Serif" w:cs="Liberation Serif"/>
      </w:rPr>
      <w:start w:val="1"/>
      <w:suff w:val="tab"/>
    </w:lvl>
    <w:lvl w:ilvl="7">
      <w:isLgl w:val="false"/>
      <w:lvlJc w:val="right"/>
      <w:lvlText w:val="%8."/>
      <w:numFmt w:val="decimal"/>
      <w:pPr>
        <w:pBdr/>
        <w:spacing/>
        <w:ind w:hanging="360" w:left="5749"/>
      </w:pPr>
      <w:rPr>
        <w:rFonts w:ascii="Liberation Serif" w:hAnsi="Liberation Serif" w:eastAsia="Liberation Serif" w:cs="Liberation Serif"/>
      </w:rPr>
      <w:start w:val="1"/>
      <w:suff w:val="tab"/>
    </w:lvl>
    <w:lvl w:ilvl="8">
      <w:isLgl w:val="false"/>
      <w:lvlJc w:val="right"/>
      <w:lvlText w:val="%9."/>
      <w:numFmt w:val="decimal"/>
      <w:pPr>
        <w:pBdr/>
        <w:spacing/>
        <w:ind w:hanging="360" w:left="6469"/>
      </w:pPr>
      <w:rPr>
        <w:rFonts w:ascii="Liberation Serif" w:hAnsi="Liberation Serif" w:eastAsia="Liberation Serif" w:cs="Liberation Serif"/>
      </w:rPr>
      <w:start w:val="1"/>
      <w:suff w:val="tab"/>
    </w:lvl>
  </w:abstractNum>
  <w:abstractNum w:abstractNumId="32">
    <w:nsid w:val="56C7C096"/>
    <w:lvl w:ilvl="0">
      <w:isLgl w:val="false"/>
      <w:lvlJc w:val="left"/>
      <w:lvlText w:val="%1."/>
      <w:numFmt w:val="decimal"/>
      <w:pPr>
        <w:pBdr/>
        <w:spacing/>
        <w:ind w:hanging="360" w:left="720"/>
      </w:pPr>
      <w:rPr>
        <w:rFonts w:ascii="Liberation Serif" w:hAnsi="Liberation Serif" w:eastAsia="Liberation Serif" w:cs="Liberation Serif"/>
      </w:rPr>
      <w:start w:val="1"/>
      <w:suff w:val="tab"/>
    </w:lvl>
    <w:lvl w:ilvl="1">
      <w:isLgl w:val="false"/>
      <w:lvlJc w:val="left"/>
      <w:lvlText w:val="%2."/>
      <w:numFmt w:val="lowerLetter"/>
      <w:pPr>
        <w:pBdr/>
        <w:spacing/>
        <w:ind w:hanging="360" w:left="1440"/>
      </w:pPr>
      <w:rPr>
        <w:rFonts w:ascii="Liberation Serif" w:hAnsi="Liberation Serif" w:eastAsia="Liberation Serif" w:cs="Liberation Serif"/>
      </w:rPr>
      <w:start w:val="1"/>
      <w:suff w:val="tab"/>
    </w:lvl>
    <w:lvl w:ilvl="2">
      <w:isLgl w:val="false"/>
      <w:lvlJc w:val="right"/>
      <w:lvlText w:val="%3."/>
      <w:numFmt w:val="lowerRoman"/>
      <w:pPr>
        <w:pBdr/>
        <w:spacing/>
        <w:ind w:hanging="180" w:left="2160"/>
      </w:pPr>
      <w:rPr>
        <w:rFonts w:ascii="Liberation Serif" w:hAnsi="Liberation Serif" w:eastAsia="Liberation Serif" w:cs="Liberation Serif"/>
      </w:rPr>
      <w:start w:val="1"/>
      <w:suff w:val="tab"/>
    </w:lvl>
    <w:lvl w:ilvl="3">
      <w:isLgl w:val="false"/>
      <w:lvlJc w:val="left"/>
      <w:lvlText w:val="%4."/>
      <w:numFmt w:val="decimal"/>
      <w:pPr>
        <w:pBdr/>
        <w:spacing/>
        <w:ind w:hanging="360" w:left="2880"/>
      </w:pPr>
      <w:rPr>
        <w:rFonts w:ascii="Liberation Serif" w:hAnsi="Liberation Serif" w:eastAsia="Liberation Serif" w:cs="Liberation Serif"/>
      </w:rPr>
      <w:start w:val="1"/>
      <w:suff w:val="tab"/>
    </w:lvl>
    <w:lvl w:ilvl="4">
      <w:isLgl w:val="false"/>
      <w:lvlJc w:val="left"/>
      <w:lvlText w:val="%5."/>
      <w:numFmt w:val="lowerLetter"/>
      <w:pPr>
        <w:pBdr/>
        <w:spacing/>
        <w:ind w:hanging="360" w:left="3600"/>
      </w:pPr>
      <w:rPr>
        <w:rFonts w:ascii="Liberation Serif" w:hAnsi="Liberation Serif" w:eastAsia="Liberation Serif" w:cs="Liberation Serif"/>
      </w:rPr>
      <w:start w:val="1"/>
      <w:suff w:val="tab"/>
    </w:lvl>
    <w:lvl w:ilvl="5">
      <w:isLgl w:val="false"/>
      <w:lvlJc w:val="right"/>
      <w:lvlText w:val="%6."/>
      <w:numFmt w:val="lowerRoman"/>
      <w:pPr>
        <w:pBdr/>
        <w:spacing/>
        <w:ind w:hanging="180" w:left="4320"/>
      </w:pPr>
      <w:rPr>
        <w:rFonts w:ascii="Liberation Serif" w:hAnsi="Liberation Serif" w:eastAsia="Liberation Serif" w:cs="Liberation Serif"/>
      </w:rPr>
      <w:start w:val="1"/>
      <w:suff w:val="tab"/>
    </w:lvl>
    <w:lvl w:ilvl="6">
      <w:isLgl w:val="false"/>
      <w:lvlJc w:val="left"/>
      <w:lvlText w:val="%7."/>
      <w:numFmt w:val="decimal"/>
      <w:pPr>
        <w:pBdr/>
        <w:spacing/>
        <w:ind w:hanging="360" w:left="5040"/>
      </w:pPr>
      <w:rPr>
        <w:rFonts w:ascii="Liberation Serif" w:hAnsi="Liberation Serif" w:eastAsia="Liberation Serif" w:cs="Liberation Serif"/>
      </w:rPr>
      <w:start w:val="1"/>
      <w:suff w:val="tab"/>
    </w:lvl>
    <w:lvl w:ilvl="7">
      <w:isLgl w:val="false"/>
      <w:lvlJc w:val="left"/>
      <w:lvlText w:val="%8."/>
      <w:numFmt w:val="lowerLetter"/>
      <w:pPr>
        <w:pBdr/>
        <w:spacing/>
        <w:ind w:hanging="360" w:left="5760"/>
      </w:pPr>
      <w:rPr>
        <w:rFonts w:ascii="Liberation Serif" w:hAnsi="Liberation Serif" w:eastAsia="Liberation Serif" w:cs="Liberation Serif"/>
      </w:rPr>
      <w:start w:val="1"/>
      <w:suff w:val="tab"/>
    </w:lvl>
    <w:lvl w:ilvl="8">
      <w:isLgl w:val="false"/>
      <w:lvlJc w:val="right"/>
      <w:lvlText w:val="%9."/>
      <w:numFmt w:val="lowerRoman"/>
      <w:pPr>
        <w:pBdr/>
        <w:spacing/>
        <w:ind w:hanging="180" w:left="6480"/>
      </w:pPr>
      <w:rPr>
        <w:rFonts w:ascii="Liberation Serif" w:hAnsi="Liberation Serif" w:eastAsia="Liberation Serif" w:cs="Liberation Serif"/>
      </w:rPr>
      <w:start w:val="1"/>
      <w:suff w:val="tab"/>
    </w:lvl>
  </w:abstractNum>
  <w:abstractNum w:abstractNumId="33">
    <w:multiLevelType w:val="singleLevel"/>
    <w:lvl w:ilvl="0">
      <w:start w:val="1"/>
      <w:numFmt w:val="bullet"/>
      <w:lvlText w:val="–"/>
      <w:lvlJc w:val="left"/>
      <w:pPr>
        <w:tabs>
          <w:tab w:val="num" w:pos="567"/>
        </w:tabs>
        <w:ind w:left="567" w:hanging="283"/>
      </w:pPr>
      <w:rPr>
        <w:rFonts w:ascii="Liberation Serif" w:hAnsi="Liberation Serif" w:eastAsia="Liberation Serif" w:cs="Liberation Serif"/>
      </w:rPr>
    </w:lvl>
  </w:abstractNum>
  <w:abstractNum w:abstractNumId="34">
    <w:nsid w:val="06092603"/>
    <w:multiLevelType w:val="singleLevel"/>
    <w:lvl w:ilvl="0">
      <w:start w:val="1"/>
      <w:numFmt w:val="decimal"/>
      <w:suff w:val="tab"/>
      <w:lvlText w:val="%1."/>
      <w:lvlJc w:val="left"/>
      <w:pPr>
        <w:tabs>
          <w:tab w:val="num" w:pos="425"/>
        </w:tabs>
        <w:ind w:left="425" w:hanging="425"/>
      </w:pPr>
      <w:rPr>
        <w:rFonts w:ascii="Liberation Serif" w:hAnsi="Liberation Serif" w:eastAsia="Liberation Serif" w:cs="Liberation Serif"/>
        <w:color w:val="000000"/>
        <w:sz w:val="24"/>
        <w:szCs w:val="24"/>
      </w:rPr>
    </w:lvl>
  </w:abstractNum>
  <w:num w:numId="1">
    <w:abstractNumId w:val="3"/>
  </w:num>
  <w:num w:numId="2">
    <w:abstractNumId w:val="1"/>
  </w:num>
  <w:num w:numId="3">
    <w:abstractNumId w:val="5"/>
  </w:num>
  <w:num w:numId="4">
    <w:abstractNumId w:val="15"/>
  </w:num>
  <w:num w:numId="5">
    <w:abstractNumId w:val="24"/>
  </w:num>
  <w:num w:numId="6">
    <w:abstractNumId w:val="14"/>
  </w:num>
  <w:num w:numId="7">
    <w:abstractNumId w:val="25"/>
  </w:num>
  <w:num w:numId="8">
    <w:abstractNumId w:val="8"/>
  </w:num>
  <w:num w:numId="9">
    <w:abstractNumId w:val="22"/>
  </w:num>
  <w:num w:numId="10">
    <w:abstractNumId w:val="26"/>
  </w:num>
  <w:num w:numId="11">
    <w:abstractNumId w:val="16"/>
  </w:num>
  <w:num w:numId="12">
    <w:abstractNumId w:val="12"/>
  </w:num>
  <w:num w:numId="13">
    <w:abstractNumId w:val="17"/>
  </w:num>
  <w:num w:numId="14">
    <w:abstractNumId w:val="0"/>
  </w:num>
  <w:num w:numId="15">
    <w:abstractNumId w:val="7"/>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20"/>
  </w:num>
  <w:num w:numId="19">
    <w:abstractNumId w:val="4"/>
  </w:num>
  <w:num w:numId="20">
    <w:abstractNumId w:val="11"/>
  </w:num>
  <w:num w:numId="21">
    <w:abstractNumId w:val="13"/>
  </w:num>
  <w:num w:numId="22">
    <w:abstractNumId w:val="21"/>
  </w:num>
  <w:num w:numId="23">
    <w:abstractNumId w:val="18"/>
  </w:num>
  <w:num w:numId="24">
    <w:abstractNumId w:val="9"/>
  </w:num>
  <w:num w:numId="25">
    <w:abstractNumId w:val="23"/>
  </w:num>
  <w:num w:numId="26">
    <w:abstractNumId w:val="27"/>
  </w:num>
  <w:num w:numId="27">
    <w:abstractNumId w:val="2"/>
  </w:num>
  <w:num w:numId="28">
    <w:abstractNumId w:val="10"/>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lvlOverride w:ilvl="0">
      <w:startOverride w:val="1"/>
    </w:lvlOverride>
  </w:num>
  <w:num w:numId="36">
    <w:abstractNumId w:val="3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autoHyphenation w:val="true"/>
  <w:evenAndOddHeaders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hAnsi="Liberation Serif" w:eastAsia="Liberation Serif" w:cs="Liberation Serif"/>
        <w:sz w:val="24"/>
        <w:szCs w:val="24"/>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40" w:lineRule="auto"/>
      <w:ind w:firstLine="567" w:left="0" w:right="0"/>
      <w:jc w:val="both"/>
    </w:pPr>
    <w:rPr>
      <w:rFonts w:ascii="Liberation Serif" w:hAnsi="Liberation Serif" w:eastAsia="Liberation Serif" w:cs="Liberation Serif"/>
      <w:b w:val="0"/>
      <w:i w:val="0"/>
      <w:caps w:val="0"/>
      <w:sz w:val="24"/>
      <w:lang w:val="en-US" w:eastAsia="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Liberation Serif" w:hAnsi="Liberation Serif" w:eastAsia="Liberation Serif" w:cs="Liberation Serif"/>
    </w:rPr>
  </w:style>
  <w:style w:type="character" w:customStyle="1" w:styleId="HeaderChar">
    <w:name w:val="Header Char"/>
    <w:basedOn w:val="DefaultParagraphFont"/>
    <w:link w:val="Header"/>
    <w:uiPriority w:val="99"/>
    <w:rsid w:val="00E618BF"/>
    <w:rPr>
      <w:rFonts w:ascii="Liberation Serif" w:hAnsi="Liberation Serif" w:eastAsia="Liberation Serif" w:cs="Liberation Serif"/>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Liberation Serif" w:hAnsi="Liberation Serif" w:eastAsia="Liberation Serif" w:cs="Liberation Serif"/>
    </w:rPr>
  </w:style>
  <w:style w:type="character" w:customStyle="1" w:styleId="FooterChar">
    <w:name w:val="Footer Char"/>
    <w:basedOn w:val="DefaultParagraphFont"/>
    <w:link w:val="Footer"/>
    <w:uiPriority w:val="99"/>
    <w:rsid w:val="00E618BF"/>
    <w:rPr>
      <w:rFonts w:ascii="Liberation Serif" w:hAnsi="Liberation Serif" w:eastAsia="Liberation Serif" w:cs="Liberation Serif"/>
    </w:rPr>
  </w:style>
  <w:style w:type="paragraph" w:styleId="Heading1">
    <w:name w:val="heading 1"/>
    <w:basedOn w:val="Normal"/>
    <w:next w:val="Normal"/>
    <w:link w:val="Heading1Char"/>
    <w:uiPriority w:val="9"/>
    <w:qFormat/>
    <w:rsid w:val="00FC693F"/>
    <w:pPr>
      <w:keepNext/>
      <w:keepLines/>
      <w:spacing w:before="480" w:after="0"/>
      <w:outlineLvl w:val="0"/>
    </w:pPr>
    <w:rPr>
      <w:rFonts w:ascii="Liberation Serif" w:hAnsi="Liberation Serif" w:eastAsia="Liberation Serif" w:cs="Liberation Serif"/>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Liberation Serif" w:hAnsi="Liberation Serif" w:eastAsia="Liberation Serif" w:cs="Liberation Serif"/>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Liberation Serif" w:hAnsi="Liberation Serif" w:eastAsia="Liberation Serif" w:cs="Liberation Serif"/>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Liberation Serif" w:hAnsi="Liberation Serif" w:eastAsia="Liberation Serif" w:cs="Liberation Serif"/>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Liberation Serif" w:hAnsi="Liberation Serif" w:eastAsia="Liberation Serif" w:cs="Liberation Serif"/>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Liberation Serif" w:hAnsi="Liberation Serif" w:eastAsia="Liberation Serif" w:cs="Liberation Serif"/>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Liberation Serif" w:hAnsi="Liberation Serif" w:eastAsia="Liberation Serif" w:cs="Liberation Serif"/>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Liberation Serif" w:hAnsi="Liberation Serif" w:eastAsia="Liberation Serif" w:cs="Liberation Serif"/>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Liberation Serif" w:hAnsi="Liberation Serif" w:eastAsia="Liberation Serif" w:cs="Liberation Serif"/>
      <w:i/>
      <w:iCs/>
      <w:color w:val="404040" w:themeColor="text1" w:themeTint="BF"/>
      <w:sz w:val="20"/>
      <w:szCs w:val="20"/>
    </w:rPr>
  </w:style>
  <w:style w:type="character" w:default="1" w:styleId="DefaultParagraphFont">
    <w:name w:val="Default Paragraph Font"/>
    <w:uiPriority w:val="1"/>
    <w:semiHidden/>
    <w:unhideWhenUsed/>
    <w:rPr>
      <w:rFonts w:ascii="Liberation Serif" w:hAnsi="Liberation Serif" w:eastAsia="Liberation Serif" w:cs="Liberation Serif"/>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Liberation Serif" w:hAnsi="Liberation Serif" w:eastAsia="Liberation Serif" w:cs="Liberation Serif"/>
    </w:rPr>
  </w:style>
  <w:style w:type="numbering" w:default="1" w:styleId="NoList">
    <w:name w:val="No List"/>
    <w:uiPriority w:val="99"/>
    <w:semiHidden/>
    <w:unhideWhenUsed/>
    <w:rPr>
      <w:rFonts w:ascii="Liberation Serif" w:hAnsi="Liberation Serif" w:eastAsia="Liberation Serif" w:cs="Liberation Serif"/>
    </w:rPr>
  </w:style>
  <w:style w:type="paragraph" w:styleId="NoSpacing">
    <w:name w:val="No Spacing"/>
    <w:uiPriority w:val="1"/>
    <w:qFormat/>
    <w:rsid w:val="00FC693F"/>
    <w:pPr>
      <w:spacing w:after="0" w:line="240" w:lineRule="auto"/>
    </w:pPr>
    <w:rPr>
      <w:rFonts w:ascii="Liberation Serif" w:hAnsi="Liberation Serif" w:eastAsia="Liberation Serif" w:cs="Liberation Serif"/>
    </w:rPr>
  </w:style>
  <w:style w:type="character" w:customStyle="1" w:styleId="Heading1Char">
    <w:name w:val="Heading 1 Char"/>
    <w:basedOn w:val="DefaultParagraphFont"/>
    <w:link w:val="Heading1"/>
    <w:uiPriority w:val="9"/>
    <w:rsid w:val="00FC693F"/>
    <w:rPr>
      <w:rFonts w:ascii="Liberation Serif" w:hAnsi="Liberation Serif" w:eastAsia="Liberation Serif" w:cs="Liberation Serif"/>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Liberation Serif" w:hAnsi="Liberation Serif" w:eastAsia="Liberation Serif" w:cs="Liberation Serif"/>
      <w:b/>
      <w:bCs/>
      <w:color w:val="4F81BD" w:themeColor="accent1"/>
      <w:sz w:val="26"/>
      <w:szCs w:val="26"/>
    </w:rPr>
  </w:style>
  <w:style w:type="character" w:customStyle="1" w:styleId="Heading3Char">
    <w:name w:val="Heading 3 Char"/>
    <w:basedOn w:val="DefaultParagraphFont"/>
    <w:link w:val="Heading3"/>
    <w:uiPriority w:val="9"/>
    <w:rsid w:val="00FC693F"/>
    <w:rPr>
      <w:rFonts w:ascii="Liberation Serif" w:hAnsi="Liberation Serif" w:eastAsia="Liberation Serif" w:cs="Liberation Serif"/>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Liberation Serif" w:hAnsi="Liberation Serif" w:eastAsia="Liberation Serif" w:cs="Liberation Serif"/>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Liberation Serif" w:hAnsi="Liberation Serif" w:eastAsia="Liberation Serif" w:cs="Liberation Serif"/>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Liberation Serif" w:hAnsi="Liberation Serif" w:eastAsia="Liberation Serif" w:cs="Liberation Serif"/>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Liberation Serif" w:hAnsi="Liberation Serif" w:eastAsia="Liberation Serif" w:cs="Liberation Serif"/>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Liberation Serif" w:hAnsi="Liberation Serif" w:eastAsia="Liberation Serif" w:cs="Liberation Serif"/>
    </w:rPr>
  </w:style>
  <w:style w:type="paragraph" w:styleId="BodyText">
    <w:name w:val="Body Text"/>
    <w:basedOn w:val="Normal"/>
    <w:link w:val="BodyTextChar"/>
    <w:uiPriority w:val="99"/>
    <w:unhideWhenUsed/>
    <w:rsid w:val="00AA1D8D"/>
    <w:pPr>
      <w:spacing w:after="120"/>
    </w:pPr>
    <w:rPr>
      <w:rFonts w:ascii="Liberation Serif" w:hAnsi="Liberation Serif" w:eastAsia="Liberation Serif" w:cs="Liberation Serif"/>
    </w:rPr>
  </w:style>
  <w:style w:type="character" w:customStyle="1" w:styleId="BodyTextChar">
    <w:name w:val="Body Text Char"/>
    <w:basedOn w:val="DefaultParagraphFont"/>
    <w:link w:val="BodyText"/>
    <w:uiPriority w:val="99"/>
    <w:rsid w:val="00AA1D8D"/>
    <w:rPr>
      <w:rFonts w:ascii="Liberation Serif" w:hAnsi="Liberation Serif" w:eastAsia="Liberation Serif" w:cs="Liberation Serif"/>
    </w:rPr>
  </w:style>
  <w:style w:type="paragraph" w:styleId="BodyText2">
    <w:name w:val="Body Text 2"/>
    <w:basedOn w:val="Normal"/>
    <w:link w:val="BodyText2Char"/>
    <w:uiPriority w:val="99"/>
    <w:unhideWhenUsed/>
    <w:rsid w:val="00AA1D8D"/>
    <w:pPr>
      <w:spacing w:after="120" w:line="480" w:lineRule="auto"/>
    </w:pPr>
    <w:rPr>
      <w:rFonts w:ascii="Liberation Serif" w:hAnsi="Liberation Serif" w:eastAsia="Liberation Serif" w:cs="Liberation Serif"/>
    </w:rPr>
  </w:style>
  <w:style w:type="character" w:customStyle="1" w:styleId="BodyText2Char">
    <w:name w:val="Body Text 2 Char"/>
    <w:basedOn w:val="DefaultParagraphFont"/>
    <w:link w:val="BodyText2"/>
    <w:uiPriority w:val="99"/>
    <w:rsid w:val="00AA1D8D"/>
    <w:rPr>
      <w:rFonts w:ascii="Liberation Serif" w:hAnsi="Liberation Serif" w:eastAsia="Liberation Serif" w:cs="Liberation Serif"/>
    </w:rPr>
  </w:style>
  <w:style w:type="paragraph" w:styleId="BodyText3">
    <w:name w:val="Body Text 3"/>
    <w:basedOn w:val="Normal"/>
    <w:link w:val="BodyText3Char"/>
    <w:uiPriority w:val="99"/>
    <w:unhideWhenUsed/>
    <w:rsid w:val="00AA1D8D"/>
    <w:pPr>
      <w:spacing w:after="120"/>
    </w:pPr>
    <w:rPr>
      <w:rFonts w:ascii="Liberation Serif" w:hAnsi="Liberation Serif" w:eastAsia="Liberation Serif" w:cs="Liberation Serif"/>
      <w:sz w:val="16"/>
      <w:szCs w:val="16"/>
    </w:rPr>
  </w:style>
  <w:style w:type="character" w:customStyle="1" w:styleId="BodyText3Char">
    <w:name w:val="Body Text 3 Char"/>
    <w:basedOn w:val="DefaultParagraphFont"/>
    <w:link w:val="BodyText3"/>
    <w:uiPriority w:val="99"/>
    <w:rsid w:val="00AA1D8D"/>
    <w:rPr>
      <w:rFonts w:ascii="Liberation Serif" w:hAnsi="Liberation Serif" w:eastAsia="Liberation Serif" w:cs="Liberation Serif"/>
      <w:sz w:val="16"/>
      <w:szCs w:val="16"/>
    </w:rPr>
  </w:style>
  <w:style w:type="paragraph" w:styleId="List">
    <w:name w:val="List"/>
    <w:basedOn w:val="Normal"/>
    <w:uiPriority w:val="99"/>
    <w:unhideWhenUsed/>
    <w:rsid w:val="00AA1D8D"/>
    <w:pPr>
      <w:ind w:left="360" w:hanging="360"/>
      <w:contextualSpacing/>
    </w:pPr>
    <w:rPr>
      <w:rFonts w:ascii="Liberation Serif" w:hAnsi="Liberation Serif" w:eastAsia="Liberation Serif" w:cs="Liberation Serif"/>
    </w:rPr>
  </w:style>
  <w:style w:type="paragraph" w:styleId="List2">
    <w:name w:val="List 2"/>
    <w:basedOn w:val="Normal"/>
    <w:uiPriority w:val="99"/>
    <w:unhideWhenUsed/>
    <w:rsid w:val="00326F90"/>
    <w:pPr>
      <w:ind w:left="720" w:hanging="360"/>
      <w:contextualSpacing/>
    </w:pPr>
    <w:rPr>
      <w:rFonts w:ascii="Liberation Serif" w:hAnsi="Liberation Serif" w:eastAsia="Liberation Serif" w:cs="Liberation Serif"/>
    </w:rPr>
  </w:style>
  <w:style w:type="paragraph" w:styleId="List3">
    <w:name w:val="List 3"/>
    <w:basedOn w:val="Normal"/>
    <w:uiPriority w:val="99"/>
    <w:unhideWhenUsed/>
    <w:rsid w:val="00326F90"/>
    <w:pPr>
      <w:ind w:left="1080" w:hanging="360"/>
      <w:contextualSpacing/>
    </w:pPr>
    <w:rPr>
      <w:rFonts w:ascii="Liberation Serif" w:hAnsi="Liberation Serif" w:eastAsia="Liberation Serif" w:cs="Liberation Serif"/>
    </w:rPr>
  </w:style>
  <w:style w:type="paragraph" w:styleId="ListBullet">
    <w:name w:val="List Bullet"/>
    <w:basedOn w:val="Normal"/>
    <w:uiPriority w:val="99"/>
    <w:unhideWhenUsed/>
    <w:rsid w:val="00326F90"/>
    <w:pPr>
      <w:numPr>
        <w:numId w:val="1"/>
      </w:numPr>
      <w:contextualSpacing/>
    </w:pPr>
    <w:rPr>
      <w:rFonts w:ascii="Liberation Serif" w:hAnsi="Liberation Serif" w:eastAsia="Liberation Serif" w:cs="Liberation Serif"/>
    </w:rPr>
  </w:style>
  <w:style w:type="paragraph" w:styleId="ListBullet2">
    <w:name w:val="List Bullet 2"/>
    <w:basedOn w:val="Normal"/>
    <w:uiPriority w:val="99"/>
    <w:unhideWhenUsed/>
    <w:rsid w:val="00326F90"/>
    <w:pPr>
      <w:numPr>
        <w:numId w:val="2"/>
      </w:numPr>
      <w:contextualSpacing/>
    </w:pPr>
    <w:rPr>
      <w:rFonts w:ascii="Liberation Serif" w:hAnsi="Liberation Serif" w:eastAsia="Liberation Serif" w:cs="Liberation Serif"/>
    </w:rPr>
  </w:style>
  <w:style w:type="paragraph" w:styleId="ListBullet3">
    <w:name w:val="List Bullet 3"/>
    <w:basedOn w:val="Normal"/>
    <w:uiPriority w:val="99"/>
    <w:unhideWhenUsed/>
    <w:rsid w:val="00326F90"/>
    <w:pPr>
      <w:numPr>
        <w:numId w:val="3"/>
      </w:numPr>
      <w:contextualSpacing/>
    </w:pPr>
    <w:rPr>
      <w:rFonts w:ascii="Liberation Serif" w:hAnsi="Liberation Serif" w:eastAsia="Liberation Serif" w:cs="Liberation Serif"/>
    </w:rPr>
  </w:style>
  <w:style w:type="paragraph" w:styleId="ListNumber">
    <w:name w:val="List Number"/>
    <w:basedOn w:val="Normal"/>
    <w:uiPriority w:val="99"/>
    <w:unhideWhenUsed/>
    <w:rsid w:val="00326F90"/>
    <w:pPr>
      <w:numPr>
        <w:numId w:val="5"/>
      </w:numPr>
      <w:contextualSpacing/>
    </w:pPr>
    <w:rPr>
      <w:rFonts w:ascii="Liberation Serif" w:hAnsi="Liberation Serif" w:eastAsia="Liberation Serif" w:cs="Liberation Serif"/>
    </w:rPr>
  </w:style>
  <w:style w:type="paragraph" w:styleId="ListNumber2">
    <w:name w:val="List Number 2"/>
    <w:basedOn w:val="Normal"/>
    <w:uiPriority w:val="99"/>
    <w:unhideWhenUsed/>
    <w:rsid w:val="0029639D"/>
    <w:pPr>
      <w:numPr>
        <w:numId w:val="6"/>
      </w:numPr>
      <w:contextualSpacing/>
    </w:pPr>
    <w:rPr>
      <w:rFonts w:ascii="Liberation Serif" w:hAnsi="Liberation Serif" w:eastAsia="Liberation Serif" w:cs="Liberation Serif"/>
    </w:rPr>
  </w:style>
  <w:style w:type="paragraph" w:styleId="ListNumber3">
    <w:name w:val="List Number 3"/>
    <w:basedOn w:val="Normal"/>
    <w:uiPriority w:val="99"/>
    <w:unhideWhenUsed/>
    <w:rsid w:val="0029639D"/>
    <w:pPr>
      <w:numPr>
        <w:numId w:val="7"/>
      </w:numPr>
      <w:contextualSpacing/>
    </w:pPr>
    <w:rPr>
      <w:rFonts w:ascii="Liberation Serif" w:hAnsi="Liberation Serif" w:eastAsia="Liberation Serif" w:cs="Liberation Serif"/>
    </w:rPr>
  </w:style>
  <w:style w:type="paragraph" w:styleId="ListContinue">
    <w:name w:val="List Continue"/>
    <w:basedOn w:val="Normal"/>
    <w:uiPriority w:val="99"/>
    <w:unhideWhenUsed/>
    <w:rsid w:val="0029639D"/>
    <w:pPr>
      <w:spacing w:after="120"/>
      <w:ind w:left="360"/>
      <w:contextualSpacing/>
    </w:pPr>
    <w:rPr>
      <w:rFonts w:ascii="Liberation Serif" w:hAnsi="Liberation Serif" w:eastAsia="Liberation Serif" w:cs="Liberation Serif"/>
    </w:rPr>
  </w:style>
  <w:style w:type="paragraph" w:styleId="ListContinue2">
    <w:name w:val="List Continue 2"/>
    <w:basedOn w:val="Normal"/>
    <w:uiPriority w:val="99"/>
    <w:unhideWhenUsed/>
    <w:rsid w:val="0029639D"/>
    <w:pPr>
      <w:spacing w:after="120"/>
      <w:ind w:left="720"/>
      <w:contextualSpacing/>
    </w:pPr>
    <w:rPr>
      <w:rFonts w:ascii="Liberation Serif" w:hAnsi="Liberation Serif" w:eastAsia="Liberation Serif" w:cs="Liberation Serif"/>
    </w:rPr>
  </w:style>
  <w:style w:type="paragraph" w:styleId="ListContinue3">
    <w:name w:val="List Continue 3"/>
    <w:basedOn w:val="Normal"/>
    <w:uiPriority w:val="99"/>
    <w:unhideWhenUsed/>
    <w:rsid w:val="0029639D"/>
    <w:pPr>
      <w:spacing w:after="120"/>
      <w:ind w:left="1080"/>
      <w:contextualSpacing/>
    </w:pPr>
    <w:rPr>
      <w:rFonts w:ascii="Liberation Serif" w:hAnsi="Liberation Serif" w:eastAsia="Liberation Serif" w:cs="Liberation Serif"/>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Liberation Serif" w:hAnsi="Liberation Serif" w:eastAsia="Liberation Serif" w:cs="Liberation Serif"/>
      <w:sz w:val="20"/>
      <w:szCs w:val="20"/>
    </w:rPr>
  </w:style>
  <w:style w:type="character" w:customStyle="1" w:styleId="MacroTextChar">
    <w:name w:val="Macro Text Char"/>
    <w:basedOn w:val="DefaultParagraphFont"/>
    <w:link w:val="MacroText"/>
    <w:uiPriority w:val="99"/>
    <w:rsid w:val="0029639D"/>
    <w:rPr>
      <w:rFonts w:ascii="Liberation Serif" w:hAnsi="Liberation Serif" w:eastAsia="Liberation Serif" w:cs="Liberation Serif"/>
      <w:sz w:val="20"/>
      <w:szCs w:val="20"/>
    </w:rPr>
  </w:style>
  <w:style w:type="paragraph" w:styleId="Quote">
    <w:name w:val="Quote"/>
    <w:basedOn w:val="Normal"/>
    <w:next w:val="Normal"/>
    <w:link w:val="QuoteChar"/>
    <w:uiPriority w:val="29"/>
    <w:qFormat/>
    <w:rsid w:val="00FC693F"/>
    <w:rPr>
      <w:rFonts w:ascii="Liberation Serif" w:hAnsi="Liberation Serif" w:eastAsia="Liberation Serif" w:cs="Liberation Serif"/>
      <w:i/>
      <w:iCs/>
      <w:color w:val="000000" w:themeColor="text1"/>
    </w:rPr>
  </w:style>
  <w:style w:type="character" w:customStyle="1" w:styleId="QuoteChar">
    <w:name w:val="Quote Char"/>
    <w:basedOn w:val="DefaultParagraphFont"/>
    <w:link w:val="Quote"/>
    <w:uiPriority w:val="29"/>
    <w:rsid w:val="00FC693F"/>
    <w:rPr>
      <w:rFonts w:ascii="Liberation Serif" w:hAnsi="Liberation Serif" w:eastAsia="Liberation Serif" w:cs="Liberation Serif"/>
      <w:i/>
      <w:iCs/>
      <w:color w:val="000000" w:themeColor="text1"/>
    </w:rPr>
  </w:style>
  <w:style w:type="character" w:customStyle="1" w:styleId="Heading4Char">
    <w:name w:val="Heading 4 Char"/>
    <w:basedOn w:val="DefaultParagraphFont"/>
    <w:link w:val="Heading4"/>
    <w:uiPriority w:val="9"/>
    <w:semiHidden/>
    <w:rsid w:val="00FC693F"/>
    <w:rPr>
      <w:rFonts w:ascii="Liberation Serif" w:hAnsi="Liberation Serif" w:eastAsia="Liberation Serif" w:cs="Liberation Serif"/>
      <w:b/>
      <w:bCs/>
      <w:i/>
      <w:iCs/>
      <w:color w:val="4F81BD" w:themeColor="accent1"/>
    </w:rPr>
  </w:style>
  <w:style w:type="character" w:customStyle="1" w:styleId="Heading5Char">
    <w:name w:val="Heading 5 Char"/>
    <w:basedOn w:val="DefaultParagraphFont"/>
    <w:link w:val="Heading5"/>
    <w:uiPriority w:val="9"/>
    <w:semiHidden/>
    <w:rsid w:val="00FC693F"/>
    <w:rPr>
      <w:rFonts w:ascii="Liberation Serif" w:hAnsi="Liberation Serif" w:eastAsia="Liberation Serif" w:cs="Liberation Serif"/>
      <w:color w:val="243F60" w:themeColor="accent1" w:themeShade="7F"/>
    </w:rPr>
  </w:style>
  <w:style w:type="character" w:customStyle="1" w:styleId="Heading6Char">
    <w:name w:val="Heading 6 Char"/>
    <w:basedOn w:val="DefaultParagraphFont"/>
    <w:link w:val="Heading6"/>
    <w:uiPriority w:val="9"/>
    <w:semiHidden/>
    <w:rsid w:val="00FC693F"/>
    <w:rPr>
      <w:rFonts w:ascii="Liberation Serif" w:hAnsi="Liberation Serif" w:eastAsia="Liberation Serif" w:cs="Liberation Serif"/>
      <w:i/>
      <w:iCs/>
      <w:color w:val="243F60" w:themeColor="accent1" w:themeShade="7F"/>
    </w:rPr>
  </w:style>
  <w:style w:type="character" w:customStyle="1" w:styleId="Heading7Char">
    <w:name w:val="Heading 7 Char"/>
    <w:basedOn w:val="DefaultParagraphFont"/>
    <w:link w:val="Heading7"/>
    <w:uiPriority w:val="9"/>
    <w:semiHidden/>
    <w:rsid w:val="00FC693F"/>
    <w:rPr>
      <w:rFonts w:ascii="Liberation Serif" w:hAnsi="Liberation Serif" w:eastAsia="Liberation Serif" w:cs="Liberation Serif"/>
      <w:i/>
      <w:iCs/>
      <w:color w:val="404040" w:themeColor="text1" w:themeTint="BF"/>
    </w:rPr>
  </w:style>
  <w:style w:type="character" w:customStyle="1" w:styleId="Heading8Char">
    <w:name w:val="Heading 8 Char"/>
    <w:basedOn w:val="DefaultParagraphFont"/>
    <w:link w:val="Heading8"/>
    <w:uiPriority w:val="9"/>
    <w:semiHidden/>
    <w:rsid w:val="00FC693F"/>
    <w:rPr>
      <w:rFonts w:ascii="Liberation Serif" w:hAnsi="Liberation Serif" w:eastAsia="Liberation Serif" w:cs="Liberation Serif"/>
      <w:color w:val="4F81BD" w:themeColor="accent1"/>
      <w:sz w:val="20"/>
      <w:szCs w:val="20"/>
    </w:rPr>
  </w:style>
  <w:style w:type="character" w:customStyle="1" w:styleId="Heading9Char">
    <w:name w:val="Heading 9 Char"/>
    <w:basedOn w:val="DefaultParagraphFont"/>
    <w:link w:val="Heading9"/>
    <w:uiPriority w:val="9"/>
    <w:semiHidden/>
    <w:rsid w:val="00FC693F"/>
    <w:rPr>
      <w:rFonts w:ascii="Liberation Serif" w:hAnsi="Liberation Serif" w:eastAsia="Liberation Serif" w:cs="Liberation Serif"/>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iberation Serif" w:hAnsi="Liberation Serif" w:eastAsia="Liberation Serif" w:cs="Liberation Serif"/>
      <w:b/>
      <w:bCs/>
      <w:color w:val="4F81BD" w:themeColor="accent1"/>
      <w:sz w:val="18"/>
      <w:szCs w:val="18"/>
    </w:rPr>
  </w:style>
  <w:style w:type="character" w:styleId="Strong">
    <w:name w:val="Strong"/>
    <w:basedOn w:val="DefaultParagraphFont"/>
    <w:uiPriority w:val="22"/>
    <w:qFormat/>
    <w:rsid w:val="00FC693F"/>
    <w:rPr>
      <w:rFonts w:ascii="Liberation Serif" w:hAnsi="Liberation Serif" w:eastAsia="Liberation Serif" w:cs="Liberation Serif"/>
      <w:b/>
      <w:bCs/>
    </w:rPr>
  </w:style>
  <w:style w:type="character" w:styleId="Emphasis">
    <w:name w:val="Emphasis"/>
    <w:basedOn w:val="DefaultParagraphFont"/>
    <w:uiPriority w:val="20"/>
    <w:qFormat/>
    <w:rsid w:val="00FC693F"/>
    <w:rPr>
      <w:rFonts w:ascii="Liberation Serif" w:hAnsi="Liberation Serif" w:eastAsia="Liberation Serif" w:cs="Liberation Serif"/>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Liberation Serif" w:hAnsi="Liberation Serif" w:eastAsia="Liberation Serif" w:cs="Liberation Serif"/>
      <w:b/>
      <w:bCs/>
      <w:i/>
      <w:iCs/>
      <w:color w:val="4F81BD" w:themeColor="accent1"/>
    </w:rPr>
  </w:style>
  <w:style w:type="character" w:customStyle="1" w:styleId="IntenseQuoteChar">
    <w:name w:val="Intense Quote Char"/>
    <w:basedOn w:val="DefaultParagraphFont"/>
    <w:link w:val="IntenseQuote"/>
    <w:uiPriority w:val="30"/>
    <w:rsid w:val="00FC693F"/>
    <w:rPr>
      <w:rFonts w:ascii="Liberation Serif" w:hAnsi="Liberation Serif" w:eastAsia="Liberation Serif" w:cs="Liberation Serif"/>
      <w:b/>
      <w:bCs/>
      <w:i/>
      <w:iCs/>
      <w:color w:val="4F81BD" w:themeColor="accent1"/>
    </w:rPr>
  </w:style>
  <w:style w:type="character" w:styleId="SubtleEmphasis">
    <w:name w:val="Subtle Emphasis"/>
    <w:basedOn w:val="DefaultParagraphFont"/>
    <w:uiPriority w:val="19"/>
    <w:qFormat/>
    <w:rsid w:val="00FC693F"/>
    <w:rPr>
      <w:rFonts w:ascii="Liberation Serif" w:hAnsi="Liberation Serif" w:eastAsia="Liberation Serif" w:cs="Liberation Serif"/>
      <w:i/>
      <w:iCs/>
      <w:color w:val="808080" w:themeColor="text1" w:themeTint="7F"/>
    </w:rPr>
  </w:style>
  <w:style w:type="character" w:styleId="IntenseEmphasis">
    <w:name w:val="Intense Emphasis"/>
    <w:basedOn w:val="DefaultParagraphFont"/>
    <w:uiPriority w:val="21"/>
    <w:qFormat/>
    <w:rsid w:val="00FC693F"/>
    <w:rPr>
      <w:rFonts w:ascii="Liberation Serif" w:hAnsi="Liberation Serif" w:eastAsia="Liberation Serif" w:cs="Liberation Serif"/>
      <w:b/>
      <w:bCs/>
      <w:i/>
      <w:iCs/>
      <w:color w:val="4F81BD" w:themeColor="accent1"/>
    </w:rPr>
  </w:style>
  <w:style w:type="character" w:styleId="SubtleReference">
    <w:name w:val="Subtle Reference"/>
    <w:basedOn w:val="DefaultParagraphFont"/>
    <w:uiPriority w:val="31"/>
    <w:qFormat/>
    <w:rsid w:val="00FC693F"/>
    <w:rPr>
      <w:rFonts w:ascii="Liberation Serif" w:hAnsi="Liberation Serif" w:eastAsia="Liberation Serif" w:cs="Liberation Serif"/>
      <w:smallCaps/>
      <w:color w:val="C0504D" w:themeColor="accent2"/>
      <w:u w:val="single"/>
    </w:rPr>
  </w:style>
  <w:style w:type="character" w:styleId="IntenseReference">
    <w:name w:val="Intense Reference"/>
    <w:basedOn w:val="DefaultParagraphFont"/>
    <w:uiPriority w:val="32"/>
    <w:qFormat/>
    <w:rsid w:val="00FC693F"/>
    <w:rPr>
      <w:rFonts w:ascii="Liberation Serif" w:hAnsi="Liberation Serif" w:eastAsia="Liberation Serif" w:cs="Liberation Serif"/>
      <w:b/>
      <w:bCs/>
      <w:smallCaps/>
      <w:color w:val="C0504D" w:themeColor="accent2"/>
      <w:spacing w:val="5"/>
      <w:u w:val="single"/>
    </w:rPr>
  </w:style>
  <w:style w:type="character" w:styleId="BookTitle">
    <w:name w:val="Book Title"/>
    <w:basedOn w:val="DefaultParagraphFont"/>
    <w:uiPriority w:val="33"/>
    <w:qFormat/>
    <w:rsid w:val="00FC693F"/>
    <w:rPr>
      <w:rFonts w:ascii="Liberation Serif" w:hAnsi="Liberation Serif" w:eastAsia="Liberation Serif" w:cs="Liberation Serif"/>
      <w:b/>
      <w:bCs/>
      <w:smallCaps/>
      <w:spacing w:val="5"/>
    </w:rPr>
  </w:style>
  <w:style w:type="paragraph" w:styleId="TOCHeading">
    <w:name w:val="TOC Heading"/>
    <w:basedOn w:val="Heading1"/>
    <w:next w:val="Normal"/>
    <w:uiPriority w:val="39"/>
    <w:semiHidden/>
    <w:unhideWhenUsed/>
    <w:qFormat/>
    <w:rsid w:val="00FC693F"/>
    <w:pPr>
      <w:outlineLvl w:val="9"/>
    </w:pPr>
    <w:rPr>
      <w:rFonts w:ascii="Liberation Serif" w:hAnsi="Liberation Serif" w:eastAsia="Liberation Serif" w:cs="Liberation Serif"/>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Liberation Serif" w:hAnsi="Liberation Serif" w:eastAsia="Liberation Serif" w:cs="Liberation Serif"/>
    </w:rPr>
  </w:style>
  <w:style w:type="table" w:styleId="LightShading">
    <w:name w:val="Light Shading"/>
    <w:basedOn w:val="TableNormal"/>
    <w:uiPriority w:val="60"/>
    <w:rsid w:val="00FC693F"/>
    <w:pPr>
      <w:spacing w:after="0" w:line="240" w:lineRule="auto"/>
    </w:pPr>
    <w:rPr>
      <w:rFonts w:ascii="Liberation Serif" w:hAnsi="Liberation Serif" w:eastAsia="Liberation Serif" w:cs="Liberation Serif"/>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Liberation Serif" w:hAnsi="Liberation Serif" w:eastAsia="Liberation Serif" w:cs="Liberation Serif"/>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Liberation Serif" w:hAnsi="Liberation Serif" w:eastAsia="Liberation Serif" w:cs="Liberation Serif"/>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Liberation Serif" w:hAnsi="Liberation Serif" w:eastAsia="Liberation Serif" w:cs="Liberation Serif"/>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Liberation Serif" w:hAnsi="Liberation Serif" w:eastAsia="Liberation Serif" w:cs="Liberation Serif"/>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Liberation Serif" w:hAnsi="Liberation Serif" w:eastAsia="Liberation Serif" w:cs="Liberation Serif"/>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Liberation Serif" w:hAnsi="Liberation Serif" w:eastAsia="Liberation Serif" w:cs="Liberation Serif"/>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Liberation Serif" w:hAnsi="Liberation Serif" w:eastAsia="Liberation Serif" w:cs="Liberation Serif"/>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Liberation Serif" w:hAnsi="Liberation Serif" w:eastAsia="Liberation Serif" w:cs="Liberation Serif"/>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Liberation Serif" w:hAnsi="Liberation Serif" w:eastAsia="Liberation Serif" w:cs="Liberation Serif"/>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Liberation Serif" w:hAnsi="Liberation Serif" w:eastAsia="Liberation Serif" w:cs="Liberation Serif"/>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Liberation Serif" w:hAnsi="Liberation Serif" w:eastAsia="Liberation Serif" w:cs="Liberation Serif"/>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Liberation Serif" w:hAnsi="Liberation Serif" w:eastAsia="Liberation Serif" w:cs="Liberation Serif"/>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Liberation Serif" w:hAnsi="Liberation Serif" w:eastAsia="Liberation Serif" w:cs="Liberation Serif"/>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Liberation Serif" w:hAnsi="Liberation Serif" w:eastAsia="Liberation Serif" w:cs="Liberation Serif"/>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Liberation Serif" w:hAnsi="Liberation Serif" w:eastAsia="Liberation Serif" w:cs="Liberation Serif"/>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Liberation Serif" w:hAnsi="Liberation Serif" w:eastAsia="Liberation Serif" w:cs="Liberation Serif"/>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Liberation Serif" w:hAnsi="Liberation Serif" w:eastAsia="Liberation Serif" w:cs="Liberation Serif"/>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Liberation Serif" w:hAnsi="Liberation Serif" w:eastAsia="Liberation Serif" w:cs="Liberation Serif"/>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Liberation Serif" w:hAnsi="Liberation Serif" w:eastAsia="Liberation Serif" w:cs="Liberation Serif"/>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Liberation Serif" w:hAnsi="Liberation Serif" w:eastAsia="Liberation Serif" w:cs="Liberation Serif"/>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Liberation Serif" w:hAnsi="Liberation Serif" w:eastAsia="Liberation Serif" w:cs="Liberation Serif"/>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Liberation Serif" w:hAnsi="Liberation Serif" w:eastAsia="Liberation Serif" w:cs="Liberation Serif"/>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Liberation Serif" w:hAnsi="Liberation Serif" w:eastAsia="Liberation Serif" w:cs="Liberation Serif"/>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Liberation Serif" w:hAnsi="Liberation Serif" w:eastAsia="Liberation Serif" w:cs="Liberation Serif"/>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Liberation Serif" w:hAnsi="Liberation Serif" w:eastAsia="Liberation Serif" w:cs="Liberation Serif"/>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Liberation Serif" w:hAnsi="Liberation Serif" w:eastAsia="Liberation Serif" w:cs="Liberation Serif"/>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Liberation Serif" w:hAnsi="Liberation Serif" w:eastAsia="Liberation Serif" w:cs="Liberation Serif"/>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Liberation Serif" w:hAnsi="Liberation Serif" w:eastAsia="Liberation Serif" w:cs="Liberation Serif"/>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Liberation Serif" w:hAnsi="Liberation Serif" w:eastAsia="Liberation Serif" w:cs="Liberation Serif"/>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Liberation Serif" w:hAnsi="Liberation Serif" w:eastAsia="Liberation Serif" w:cs="Liberation Serif"/>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Liberation Serif" w:hAnsi="Liberation Serif" w:eastAsia="Liberation Serif" w:cs="Liberation Serif"/>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Liberation Serif" w:hAnsi="Liberation Serif" w:eastAsia="Liberation Serif" w:cs="Liberation Serif"/>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Liberation Serif" w:hAnsi="Liberation Serif" w:eastAsia="Liberation Serif" w:cs="Liberation Serif"/>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Liberation Serif" w:hAnsi="Liberation Serif" w:eastAsia="Liberation Serif" w:cs="Liberation Serif"/>
    </w:rPr>
  </w:style>
  <w:style w:type="table" w:styleId="MediumList1">
    <w:name w:val="Medium List 1"/>
    <w:basedOn w:val="TableNormal"/>
    <w:uiPriority w:val="65"/>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Liberation Serif" w:hAnsi="Liberation Serif" w:eastAsia="Liberation Serif" w:cs="Liberation Serif"/>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Liberation Serif" w:hAnsi="Liberation Serif" w:eastAsia="Liberation Serif" w:cs="Liberation Serif"/>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Liberation Serif" w:hAnsi="Liberation Serif" w:eastAsia="Liberation Serif" w:cs="Liberation Serif"/>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Liberation Serif" w:hAnsi="Liberation Serif" w:eastAsia="Liberation Serif" w:cs="Liberation Serif"/>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Liberation Serif" w:hAnsi="Liberation Serif" w:eastAsia="Liberation Serif" w:cs="Liberation Serif"/>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Liberation Serif" w:hAnsi="Liberation Serif" w:eastAsia="Liberation Serif" w:cs="Liberation Serif"/>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Liberation Serif" w:hAnsi="Liberation Serif" w:eastAsia="Liberation Serif" w:cs="Liberation Serif"/>
    </w:rPr>
  </w:style>
  <w:style w:type="table" w:styleId="MediumGrid2">
    <w:name w:val="Medium Grid 2"/>
    <w:basedOn w:val="TableNormal"/>
    <w:uiPriority w:val="68"/>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Liberation Serif" w:hAnsi="Liberation Serif" w:eastAsia="Liberation Serif" w:cs="Liberation Serif"/>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Liberation Serif" w:hAnsi="Liberation Serif" w:eastAsia="Liberation Serif" w:cs="Liberation Serif"/>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Liberation Serif" w:hAnsi="Liberation Serif" w:eastAsia="Liberation Serif" w:cs="Liberation Serif"/>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Liberation Serif" w:hAnsi="Liberation Serif" w:eastAsia="Liberation Serif" w:cs="Liberation Serif"/>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Liberation Serif" w:hAnsi="Liberation Serif" w:eastAsia="Liberation Serif" w:cs="Liberation Serif"/>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Liberation Serif" w:hAnsi="Liberation Serif" w:eastAsia="Liberation Serif" w:cs="Liberation Serif"/>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Liberation Serif" w:hAnsi="Liberation Serif" w:eastAsia="Liberation Serif" w:cs="Liberation Serif"/>
    </w:rPr>
  </w:style>
  <w:style w:type="table" w:styleId="DarkList">
    <w:name w:val="Dark List"/>
    <w:basedOn w:val="TableNormal"/>
    <w:uiPriority w:val="70"/>
    <w:rsid w:val="00CB0664"/>
    <w:pPr>
      <w:spacing w:after="0" w:line="240" w:lineRule="auto"/>
    </w:pPr>
    <w:rPr>
      <w:rFonts w:ascii="Liberation Serif" w:hAnsi="Liberation Serif" w:eastAsia="Liberation Serif" w:cs="Liberation Serif"/>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Liberation Serif" w:hAnsi="Liberation Serif" w:eastAsia="Liberation Serif" w:cs="Liberation Serif"/>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Liberation Serif" w:hAnsi="Liberation Serif" w:eastAsia="Liberation Serif" w:cs="Liberation Serif"/>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Liberation Serif" w:hAnsi="Liberation Serif" w:eastAsia="Liberation Serif" w:cs="Liberation Serif"/>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Liberation Serif" w:hAnsi="Liberation Serif" w:eastAsia="Liberation Serif" w:cs="Liberation Serif"/>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Liberation Serif" w:hAnsi="Liberation Serif" w:eastAsia="Liberation Serif" w:cs="Liberation Serif"/>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Liberation Serif" w:hAnsi="Liberation Serif" w:eastAsia="Liberation Serif" w:cs="Liberation Serif"/>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Liberation Serif" w:hAnsi="Liberation Serif" w:eastAsia="Liberation Serif" w:cs="Liberation Serif"/>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_UDC">
    <w:name w:val="Article_UDC"/>
    <w:basedOn w:val="Normal"/>
    <w:qFormat/>
    <w:uiPriority w:val="10"/>
    <w:pPr>
      <w:widowControl/>
      <w:spacing w:before="0" w:after="240" w:line="240" w:lineRule="auto"/>
      <w:ind w:firstLine="0" w:left="0" w:right="0"/>
      <w:jc w:val="left"/>
      <w:keepNext/>
    </w:pPr>
    <w:rPr>
      <w:rFonts w:ascii="Liberation Serif" w:hAnsi="Liberation Serif" w:eastAsia="Liberation Serif" w:cs="Liberation Serif"/>
      <w:b w:val="0"/>
      <w:i/>
      <w:caps w:val="0"/>
      <w:sz w:val="24"/>
      <w:lang w:val="en-US" w:eastAsia="en-US" w:bidi="en-US"/>
    </w:rPr>
  </w:style>
  <w:style w:type="paragraph" w:customStyle="1" w:styleId="Article_Authors_RU">
    <w:name w:val="Article_Authors_RU"/>
    <w:basedOn w:val="Normal"/>
    <w:qFormat/>
    <w:uiPriority w:val="10"/>
    <w:pPr>
      <w:widowControl/>
      <w:spacing w:before="0" w:after="240" w:line="240" w:lineRule="auto"/>
      <w:ind w:firstLine="0" w:left="0" w:right="0"/>
      <w:jc w:val="left"/>
      <w:keepNext/>
    </w:pPr>
    <w:rPr>
      <w:rFonts w:ascii="Liberation Serif" w:hAnsi="Liberation Serif" w:eastAsia="Liberation Serif" w:cs="Liberation Serif"/>
      <w:b/>
      <w:i/>
      <w:caps w:val="0"/>
      <w:sz w:val="24"/>
      <w:lang w:val="en-US" w:eastAsia="en-US" w:bidi="en-US"/>
    </w:rPr>
  </w:style>
  <w:style w:type="paragraph" w:customStyle="1" w:styleId="Article_Affiliation_RU">
    <w:name w:val="Article_Affiliation_RU"/>
    <w:basedOn w:val="Normal"/>
    <w:qFormat/>
    <w:uiPriority w:val="10"/>
    <w:pPr>
      <w:widowControl/>
      <w:spacing w:before="0" w:after="0" w:line="240" w:lineRule="auto"/>
      <w:ind w:firstLine="0" w:left="0" w:right="0"/>
      <w:jc w:val="left"/>
      <w:keepNext/>
    </w:pPr>
    <w:rPr>
      <w:rFonts w:ascii="Liberation Serif" w:hAnsi="Liberation Serif" w:eastAsia="Liberation Serif" w:cs="Liberation Serif"/>
      <w:b w:val="0"/>
      <w:i/>
      <w:caps w:val="0"/>
      <w:sz w:val="20"/>
      <w:lang w:val="en-US" w:eastAsia="en-US" w:bidi="en-US"/>
    </w:rPr>
  </w:style>
  <w:style w:type="paragraph" w:customStyle="1" w:styleId="Article_Title_RU">
    <w:name w:val="Article_Title_RU"/>
    <w:basedOn w:val="Normal"/>
    <w:qFormat/>
    <w:uiPriority w:val="10"/>
    <w:pPr>
      <w:widowControl/>
      <w:spacing w:before="240" w:after="240" w:line="240" w:lineRule="auto"/>
      <w:ind w:firstLine="0" w:left="0" w:right="0"/>
      <w:jc w:val="both"/>
      <w:keepNext/>
      <w:keepLines/>
    </w:pPr>
    <w:rPr>
      <w:rFonts w:ascii="Liberation Serif" w:hAnsi="Liberation Serif" w:eastAsia="Liberation Serif" w:cs="Liberation Serif"/>
      <w:b/>
      <w:i w:val="0"/>
      <w:caps/>
      <w:sz w:val="24"/>
      <w:lang w:val="en-US" w:eastAsia="en-US" w:bidi="en-US"/>
    </w:rPr>
  </w:style>
  <w:style w:type="paragraph" w:customStyle="1" w:styleId="Article_Abstract_RU">
    <w:name w:val="Article_Abstract_RU"/>
    <w:basedOn w:val="Normal"/>
    <w:qFormat/>
    <w:uiPriority w:val="10"/>
    <w:pPr>
      <w:widowControl/>
      <w:spacing w:before="0" w:after="0" w:line="240" w:lineRule="auto"/>
      <w:ind w:firstLine="567" w:left="0" w:right="0"/>
      <w:jc w:val="both"/>
    </w:pPr>
    <w:rPr>
      <w:rFonts w:ascii="Liberation Serif" w:hAnsi="Liberation Serif" w:eastAsia="Liberation Serif" w:cs="Liberation Serif"/>
      <w:b w:val="0"/>
      <w:i/>
      <w:caps w:val="0"/>
      <w:sz w:val="20"/>
      <w:lang w:val="en-US" w:eastAsia="en-US" w:bidi="en-US"/>
    </w:rPr>
  </w:style>
  <w:style w:type="paragraph" w:customStyle="1" w:styleId="Article_Keywords_RU">
    <w:name w:val="Article_Keywords_RU"/>
    <w:basedOn w:val="Normal"/>
    <w:qFormat/>
    <w:uiPriority w:val="10"/>
    <w:pPr>
      <w:widowControl/>
      <w:spacing w:before="0" w:after="240" w:line="240" w:lineRule="auto"/>
      <w:ind w:firstLine="567" w:left="0" w:right="0"/>
      <w:jc w:val="both"/>
      <w:keepNext/>
    </w:pPr>
    <w:rPr>
      <w:rFonts w:ascii="Liberation Serif" w:hAnsi="Liberation Serif" w:eastAsia="Liberation Serif" w:cs="Liberation Serif"/>
      <w:b w:val="0"/>
      <w:i/>
      <w:caps w:val="0"/>
      <w:sz w:val="20"/>
      <w:lang w:val="en-US" w:eastAsia="en-US" w:bidi="en-US"/>
    </w:rPr>
  </w:style>
  <w:style w:type="paragraph" w:customStyle="1" w:styleId="Article_Body">
    <w:name w:val="Article_Body"/>
    <w:basedOn w:val="Normal"/>
    <w:qFormat/>
    <w:uiPriority w:val="10"/>
    <w:pPr>
      <w:widowControl/>
      <w:spacing w:before="0" w:after="0" w:line="240" w:lineRule="auto"/>
      <w:ind w:firstLine="567" w:left="0" w:right="0"/>
      <w:jc w:val="both"/>
    </w:pPr>
    <w:rPr>
      <w:rFonts w:ascii="Liberation Serif" w:hAnsi="Liberation Serif" w:eastAsia="Liberation Serif" w:cs="Liberation Serif"/>
      <w:b w:val="0"/>
      <w:i w:val="0"/>
      <w:caps w:val="0"/>
      <w:sz w:val="24"/>
      <w:lang w:val="en-US" w:eastAsia="en-US" w:bidi="en-US"/>
    </w:rPr>
  </w:style>
  <w:style w:type="paragraph" w:customStyle="1" w:styleId="Article_Heading_1">
    <w:name w:val="Article_Heading_1"/>
    <w:basedOn w:val="Normal"/>
    <w:qFormat/>
    <w:uiPriority w:val="10"/>
    <w:pPr>
      <w:widowControl/>
      <w:spacing w:before="0" w:after="0" w:line="240" w:lineRule="auto"/>
      <w:ind w:firstLine="0" w:left="0" w:right="0"/>
      <w:jc w:val="left"/>
      <w:keepNext/>
      <w:keepLines/>
      <w:outlineLvl w:val="0"/>
    </w:pPr>
    <w:rPr>
      <w:rFonts w:ascii="Liberation Serif" w:hAnsi="Liberation Serif" w:eastAsia="Liberation Serif" w:cs="Liberation Serif"/>
      <w:b/>
      <w:i w:val="0"/>
      <w:caps w:val="0"/>
      <w:sz w:val="24"/>
      <w:lang w:val="en-US" w:eastAsia="en-US" w:bidi="en-US"/>
    </w:rPr>
  </w:style>
  <w:style w:type="paragraph" w:customStyle="1" w:styleId="Article_Heading_2">
    <w:name w:val="Article_Heading_2"/>
    <w:basedOn w:val="Normal"/>
    <w:qFormat/>
    <w:uiPriority w:val="10"/>
    <w:pPr>
      <w:widowControl/>
      <w:spacing w:before="0" w:after="0" w:line="240" w:lineRule="auto"/>
      <w:ind w:firstLine="0" w:left="0" w:right="0"/>
      <w:jc w:val="left"/>
      <w:keepNext/>
      <w:keepLines/>
      <w:outlineLvl w:val="1"/>
    </w:pPr>
    <w:rPr>
      <w:rFonts w:ascii="Liberation Serif" w:hAnsi="Liberation Serif" w:eastAsia="Liberation Serif" w:cs="Liberation Serif"/>
      <w:b/>
      <w:i/>
      <w:caps w:val="0"/>
      <w:sz w:val="24"/>
      <w:lang w:val="en-US" w:eastAsia="en-US" w:bidi="en-US"/>
    </w:rPr>
  </w:style>
  <w:style w:type="paragraph" w:customStyle="1" w:styleId="Article_Figure_Caption">
    <w:name w:val="Article_Figure_Caption"/>
    <w:basedOn w:val="Normal"/>
    <w:qFormat/>
    <w:uiPriority w:val="10"/>
    <w:pPr>
      <w:widowControl/>
      <w:spacing w:before="0" w:after="0" w:line="240" w:lineRule="auto"/>
      <w:ind w:firstLine="0" w:left="0" w:right="0"/>
      <w:jc w:val="center"/>
      <w:keepNext/>
    </w:pPr>
    <w:rPr>
      <w:rFonts w:ascii="Liberation Serif" w:hAnsi="Liberation Serif" w:eastAsia="Liberation Serif" w:cs="Liberation Serif"/>
      <w:b/>
      <w:i w:val="0"/>
      <w:caps w:val="0"/>
      <w:sz w:val="20"/>
      <w:lang w:val="en-US" w:eastAsia="en-US" w:bidi="en-US"/>
    </w:rPr>
  </w:style>
  <w:style w:type="paragraph" w:customStyle="1" w:styleId="Article_Table_Caption">
    <w:name w:val="Article_Table_Caption"/>
    <w:basedOn w:val="Normal"/>
    <w:qFormat/>
    <w:uiPriority w:val="10"/>
    <w:pPr>
      <w:widowControl/>
      <w:spacing w:before="0" w:after="0" w:line="240" w:lineRule="auto"/>
      <w:ind w:firstLine="0" w:left="0" w:right="0"/>
      <w:jc w:val="left"/>
      <w:keepNext/>
    </w:pPr>
    <w:rPr>
      <w:rFonts w:ascii="Liberation Serif" w:hAnsi="Liberation Serif" w:eastAsia="Liberation Serif" w:cs="Liberation Serif"/>
      <w:b/>
      <w:i w:val="0"/>
      <w:caps w:val="0"/>
      <w:sz w:val="20"/>
      <w:lang w:val="en-US" w:eastAsia="en-US" w:bidi="en-US"/>
    </w:rPr>
  </w:style>
  <w:style w:type="paragraph" w:customStyle="1" w:styleId="Article_Table_Text">
    <w:name w:val="Article_Table_Text"/>
    <w:basedOn w:val="Normal"/>
    <w:qFormat/>
    <w:uiPriority w:val="10"/>
    <w:pPr>
      <w:widowControl/>
      <w:spacing w:before="0" w:after="0" w:line="240" w:lineRule="auto"/>
      <w:ind w:firstLine="0" w:left="0" w:right="0"/>
      <w:jc w:val="center"/>
    </w:pPr>
    <w:rPr>
      <w:rFonts w:ascii="Liberation Serif" w:hAnsi="Liberation Serif" w:eastAsia="Liberation Serif" w:cs="Liberation Serif"/>
      <w:b w:val="0"/>
      <w:i w:val="0"/>
      <w:caps w:val="0"/>
      <w:sz w:val="20"/>
      <w:lang w:val="en-US" w:eastAsia="en-US" w:bidi="en-US"/>
    </w:rPr>
  </w:style>
  <w:style w:type="paragraph" w:customStyle="1" w:styleId="Article_Formula">
    <w:name w:val="Article_Formula"/>
    <w:basedOn w:val="Normal"/>
    <w:qFormat/>
    <w:uiPriority w:val="10"/>
    <w:pPr>
      <w:widowControl/>
      <w:spacing w:before="0" w:after="0" w:line="240" w:lineRule="auto"/>
      <w:ind w:firstLine="0" w:left="0" w:right="0"/>
      <w:jc w:val="center"/>
      <w:keepLines/>
    </w:pPr>
    <w:rPr>
      <w:rFonts w:ascii="Liberation Serif" w:hAnsi="Liberation Serif" w:eastAsia="Liberation Serif" w:cs="Liberation Serif"/>
      <w:b w:val="0"/>
      <w:i w:val="0"/>
      <w:caps w:val="0"/>
      <w:sz w:val="24"/>
      <w:lang w:val="en-US" w:eastAsia="en-US" w:bidi="en-US"/>
    </w:rPr>
  </w:style>
  <w:style w:type="paragraph" w:customStyle="1" w:styleId="Article_References_Heading">
    <w:name w:val="Article_References_Heading"/>
    <w:basedOn w:val="Normal"/>
    <w:qFormat/>
    <w:uiPriority w:val="10"/>
    <w:pPr>
      <w:widowControl/>
      <w:spacing w:before="0" w:after="0" w:line="240" w:lineRule="auto"/>
      <w:ind w:firstLine="0" w:left="0" w:right="0"/>
      <w:jc w:val="left"/>
      <w:keepNext/>
      <w:outlineLvl w:val="0"/>
      <w:keepLines/>
    </w:pPr>
    <w:rPr>
      <w:rFonts w:ascii="Liberation Serif" w:hAnsi="Liberation Serif" w:eastAsia="Liberation Serif" w:cs="Liberation Serif"/>
      <w:b/>
      <w:i w:val="0"/>
      <w:caps w:val="0"/>
      <w:sz w:val="24"/>
      <w:lang w:val="en-US" w:eastAsia="en-US" w:bidi="en-US"/>
    </w:rPr>
  </w:style>
  <w:style w:type="paragraph" w:customStyle="1" w:styleId="Article_Reference_Item">
    <w:name w:val="Article_Reference_Item"/>
    <w:basedOn w:val="Normal"/>
    <w:qFormat/>
    <w:uiPriority w:val="10"/>
    <w:pPr>
      <w:widowControl/>
      <w:spacing w:before="0" w:after="0" w:line="240" w:lineRule="auto"/>
      <w:ind w:hanging="425" w:left="425" w:right="0"/>
      <w:jc w:val="both"/>
    </w:pPr>
    <w:rPr>
      <w:rFonts w:ascii="Liberation Serif" w:hAnsi="Liberation Serif" w:eastAsia="Liberation Serif" w:cs="Liberation Serif"/>
      <w:b w:val="0"/>
      <w:i w:val="0"/>
      <w:caps w:val="0"/>
      <w:sz w:val="24"/>
      <w:lang w:val="en-US" w:eastAsia="en-US" w:bidi="en-US"/>
    </w:rPr>
  </w:style>
  <w:style w:type="paragraph" w:customStyle="1" w:styleId="Article_Author_Info_Heading_RU">
    <w:name w:val="Article_Author_Info_Heading_RU"/>
    <w:basedOn w:val="Normal"/>
    <w:qFormat/>
    <w:uiPriority w:val="10"/>
    <w:pPr>
      <w:widowControl/>
      <w:spacing w:before="0" w:after="0" w:line="240" w:lineRule="auto"/>
      <w:ind w:firstLine="0" w:left="0" w:right="0"/>
      <w:jc w:val="center"/>
      <w:keepNext/>
      <w:outlineLvl w:val="0"/>
    </w:pPr>
    <w:rPr>
      <w:rFonts w:ascii="Liberation Serif" w:hAnsi="Liberation Serif" w:eastAsia="Liberation Serif" w:cs="Liberation Serif"/>
      <w:b/>
      <w:i w:val="0"/>
      <w:caps w:val="0"/>
      <w:sz w:val="24"/>
      <w:lang w:val="en-US" w:eastAsia="en-US" w:bidi="en-US"/>
    </w:rPr>
  </w:style>
  <w:style w:type="paragraph" w:customStyle="1" w:styleId="Article_Author_Info_RU">
    <w:name w:val="Article_Author_Info_RU"/>
    <w:basedOn w:val="Normal"/>
    <w:qFormat/>
    <w:uiPriority w:val="10"/>
    <w:pPr>
      <w:widowControl/>
      <w:spacing w:before="0" w:after="0" w:line="240" w:lineRule="auto"/>
      <w:ind w:firstLine="567" w:left="0" w:right="0"/>
      <w:jc w:val="both"/>
    </w:pPr>
    <w:rPr>
      <w:rFonts w:ascii="Liberation Serif" w:hAnsi="Liberation Serif" w:eastAsia="Liberation Serif" w:cs="Liberation Serif"/>
      <w:b w:val="0"/>
      <w:i w:val="0"/>
      <w:caps w:val="0"/>
      <w:sz w:val="20"/>
      <w:lang w:val="en-US" w:eastAsia="en-US" w:bidi="en-US"/>
    </w:rPr>
  </w:style>
  <w:style w:type="paragraph" w:customStyle="1" w:styleId="Article_Title_EN">
    <w:name w:val="Article_Title_EN"/>
    <w:basedOn w:val="Normal"/>
    <w:qFormat/>
    <w:uiPriority w:val="10"/>
    <w:pPr>
      <w:widowControl/>
      <w:spacing w:before="240" w:after="240" w:line="240" w:lineRule="auto"/>
      <w:ind w:firstLine="0" w:left="0" w:right="0"/>
      <w:jc w:val="both"/>
      <w:keepNext/>
      <w:keepLines/>
    </w:pPr>
    <w:rPr>
      <w:rFonts w:ascii="Liberation Serif" w:hAnsi="Liberation Serif" w:eastAsia="Liberation Serif" w:cs="Liberation Serif"/>
      <w:b/>
      <w:i w:val="0"/>
      <w:caps/>
      <w:sz w:val="24"/>
      <w:lang w:val="en-US" w:eastAsia="en-US" w:bidi="en-US"/>
    </w:rPr>
  </w:style>
  <w:style w:type="paragraph" w:customStyle="1" w:styleId="Article_Authors_EN">
    <w:name w:val="Article_Authors_EN"/>
    <w:basedOn w:val="Normal"/>
    <w:qFormat/>
    <w:uiPriority w:val="10"/>
    <w:pPr>
      <w:widowControl/>
      <w:spacing w:before="0" w:after="240" w:line="240" w:lineRule="auto"/>
      <w:ind w:firstLine="0" w:left="0" w:right="0"/>
      <w:jc w:val="left"/>
      <w:keepNext/>
    </w:pPr>
    <w:rPr>
      <w:rFonts w:ascii="Liberation Serif" w:hAnsi="Liberation Serif" w:eastAsia="Liberation Serif" w:cs="Liberation Serif"/>
      <w:b/>
      <w:i w:val="0"/>
      <w:caps w:val="0"/>
      <w:sz w:val="24"/>
      <w:lang w:val="en-US" w:eastAsia="en-US" w:bidi="en-US"/>
    </w:rPr>
  </w:style>
  <w:style w:type="paragraph" w:customStyle="1" w:styleId="Article_Affiliation_EN">
    <w:name w:val="Article_Affiliation_EN"/>
    <w:basedOn w:val="Normal"/>
    <w:qFormat/>
    <w:uiPriority w:val="10"/>
    <w:pPr>
      <w:widowControl/>
      <w:spacing w:before="0" w:after="0" w:line="240" w:lineRule="auto"/>
      <w:ind w:firstLine="0" w:left="0" w:right="0"/>
      <w:jc w:val="left"/>
      <w:keepNext/>
    </w:pPr>
    <w:rPr>
      <w:rFonts w:ascii="Liberation Serif" w:hAnsi="Liberation Serif" w:eastAsia="Liberation Serif" w:cs="Liberation Serif"/>
      <w:b w:val="0"/>
      <w:i/>
      <w:caps w:val="0"/>
      <w:sz w:val="20"/>
      <w:lang w:val="en-US" w:eastAsia="en-US" w:bidi="en-US"/>
    </w:rPr>
  </w:style>
  <w:style w:type="paragraph" w:customStyle="1" w:styleId="Article_Abstract_EN">
    <w:name w:val="Article_Abstract_EN"/>
    <w:basedOn w:val="Normal"/>
    <w:qFormat/>
    <w:uiPriority w:val="10"/>
    <w:pPr>
      <w:widowControl/>
      <w:spacing w:before="0" w:after="0" w:line="240" w:lineRule="auto"/>
      <w:ind w:firstLine="567" w:left="0" w:right="0"/>
      <w:jc w:val="both"/>
    </w:pPr>
    <w:rPr>
      <w:rFonts w:ascii="Liberation Serif" w:hAnsi="Liberation Serif" w:eastAsia="Liberation Serif" w:cs="Liberation Serif"/>
      <w:b w:val="0"/>
      <w:i/>
      <w:caps w:val="0"/>
      <w:sz w:val="20"/>
      <w:lang w:val="en-US" w:eastAsia="en-US" w:bidi="en-US"/>
    </w:rPr>
  </w:style>
  <w:style w:type="paragraph" w:customStyle="1" w:styleId="Article_Keywords_EN">
    <w:name w:val="Article_Keywords_EN"/>
    <w:basedOn w:val="Normal"/>
    <w:qFormat/>
    <w:uiPriority w:val="10"/>
    <w:pPr>
      <w:widowControl/>
      <w:spacing w:before="0" w:after="240" w:line="240" w:lineRule="auto"/>
      <w:ind w:firstLine="567" w:left="0" w:right="0"/>
      <w:jc w:val="both"/>
      <w:keepNext/>
    </w:pPr>
    <w:rPr>
      <w:rFonts w:ascii="Liberation Serif" w:hAnsi="Liberation Serif" w:eastAsia="Liberation Serif" w:cs="Liberation Serif"/>
      <w:b w:val="0"/>
      <w:i/>
      <w:caps w:val="0"/>
      <w:sz w:val="20"/>
      <w:lang w:val="en-US" w:eastAsia="en-US" w:bidi="en-US"/>
    </w:rPr>
  </w:style>
  <w:style w:type="paragraph" w:customStyle="1" w:styleId="Article_Author_Info_Heading_EN">
    <w:name w:val="Article_Author_Info_Heading_EN"/>
    <w:basedOn w:val="Normal"/>
    <w:qFormat/>
    <w:uiPriority w:val="10"/>
    <w:pPr>
      <w:widowControl/>
      <w:spacing w:before="0" w:after="0" w:line="240" w:lineRule="auto"/>
      <w:ind w:firstLine="0" w:left="0" w:right="0"/>
      <w:jc w:val="center"/>
      <w:keepNext/>
      <w:outlineLvl w:val="0"/>
    </w:pPr>
    <w:rPr>
      <w:rFonts w:ascii="Liberation Serif" w:hAnsi="Liberation Serif" w:eastAsia="Liberation Serif" w:cs="Liberation Serif"/>
      <w:b/>
      <w:i w:val="0"/>
      <w:caps w:val="0"/>
      <w:sz w:val="24"/>
      <w:lang w:val="en-US" w:eastAsia="en-US" w:bidi="en-US"/>
    </w:rPr>
  </w:style>
  <w:style w:type="paragraph" w:customStyle="1" w:styleId="Article_Author_Info_EN">
    <w:name w:val="Article_Author_Info_EN"/>
    <w:basedOn w:val="Normal"/>
    <w:qFormat/>
    <w:uiPriority w:val="10"/>
    <w:pPr>
      <w:widowControl/>
      <w:spacing w:before="0" w:after="0" w:line="240" w:lineRule="auto"/>
      <w:ind w:firstLine="567" w:left="0" w:right="0"/>
      <w:jc w:val="both"/>
    </w:pPr>
    <w:rPr>
      <w:rFonts w:ascii="Liberation Serif" w:hAnsi="Liberation Serif" w:eastAsia="Liberation Serif" w:cs="Liberation Serif"/>
      <w:b w:val="0"/>
      <w:i w:val="0"/>
      <w:caps w:val="0"/>
      <w:sz w:val="20"/>
      <w:lang w:val="en-US" w:eastAsia="en-US" w:bidi="en-US"/>
    </w:rPr>
  </w:style>
  <w:style w:type="paragraph" w:customStyle="1" w:styleId="Article_Template_Note">
    <w:name w:val="Article_Template_Note"/>
    <w:basedOn w:val="Normal"/>
    <w:qFormat/>
    <w:uiPriority w:val="10"/>
    <w:pPr>
      <w:widowControl/>
      <w:spacing w:before="0" w:after="60" w:line="240" w:lineRule="auto"/>
      <w:ind w:firstLine="0" w:left="0" w:right="0"/>
      <w:jc w:val="left"/>
    </w:pPr>
    <w:rPr>
      <w:rFonts w:ascii="Liberation Serif" w:hAnsi="Liberation Serif" w:eastAsia="Liberation Serif" w:cs="Liberation Serif"/>
      <w:b w:val="0"/>
      <w:i/>
      <w:caps w:val="0"/>
      <w:color w:val="808080"/>
      <w:sz w:val="18"/>
      <w:lang w:val="en-US" w:eastAsia="en-US" w:bidi="en-US"/>
    </w:rPr>
  </w:style>
  <w:style w:type="paragraph" w:customStyle="1" w:styleId="Article_Bullet">
    <w:name w:val="Article_Bullet"/>
    <w:basedOn w:val="Article_Body"/>
    <w:pPr>
      <w:keepLines/>
      <w:spacing w:line="240" w:lineRule="auto" w:before="0" w:after="0"/>
      <w:ind w:left="567" w:hanging="283"/>
    </w:pPr>
    <w:rPr>
      <w:rFonts w:ascii="Liberation Serif" w:hAnsi="Liberation Serif" w:eastAsia="Liberation Serif" w:cs="Liberation Serif"/>
      <w:sz w:val="24"/>
    </w:rPr>
  </w:style>
  <w:style w:type="paragraph" w:customStyle="1" w:styleId="Article_Listing">
    <w:name w:val="Article_Listing"/>
    <w:basedOn w:val="Article_Body"/>
    <w:pPr>
      <w:keepLines/>
      <w:spacing w:line="240" w:lineRule="auto" w:before="0" w:after="0"/>
      <w:ind w:firstLine="0" w:left="0"/>
      <w:jc w:val="left"/>
      <w:shd w:val="clear" w:color="auto" w:fill="E7E7E7"/>
    </w:pPr>
    <w:rPr>
      <w:rFonts w:ascii="Liberation Mono" w:hAnsi="Liberation Mono" w:eastAsia="Liberation Mono" w:cs="Liberation Mono"/>
      <w:sz w:val="20"/>
      <w:szCs w:val="20"/>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image" Target="media/image1.png"/><Relationship Id="rIdAudit12" Type="http://schemas.openxmlformats.org/officeDocument/2006/relationships/hyperlink" Target="https://www.distributed-systems.net/index.php/books/ds3/" TargetMode="External"/><Relationship Id="rIdAudit13" Type="http://schemas.openxmlformats.org/officeDocument/2006/relationships/hyperlink" Target="https://doi.org/10.1145/258533.258660" TargetMode="External"/><Relationship Id="rIdAudit14" Type="http://schemas.openxmlformats.org/officeDocument/2006/relationships/hyperlink" Target="https://proceedings.neurips.cc/paper/2017/hash/3f5ee243547dee91fbd053c1c4a845aa-Abstract.html" TargetMode="External"/><Relationship Id="rIdAudit15" Type="http://schemas.openxmlformats.org/officeDocument/2006/relationships/hyperlink" Target="https://doi.org/10.1145/2408776.2408794" TargetMode="External"/></Relationships>
</file>

<file path=word/_rels/fontTable.xml.rels><?xml version='1.0' encoding='UTF-8' standalone='yes'?>
<Relationships xmlns="http://schemas.openxmlformats.org/package/2006/relationships"><Relationship Id="rIdEmbeddedLiberationSerifRegular" Type="http://schemas.openxmlformats.org/officeDocument/2006/relationships/font" Target="fonts/LiberationSerif-Regular.odttf"/><Relationship Id="rIdEmbeddedLiberationSerifBold" Type="http://schemas.openxmlformats.org/officeDocument/2006/relationships/font" Target="fonts/LiberationSerif-Bold.odttf"/><Relationship Id="rIdEmbeddedLiberationSerifItalic" Type="http://schemas.openxmlformats.org/officeDocument/2006/relationships/font" Target="fonts/LiberationSerif-Italic.odttf"/><Relationship Id="rIdEmbeddedLiberationSerifBoldItalic" Type="http://schemas.openxmlformats.org/officeDocument/2006/relationships/font" Target="fonts/LiberationSerif-BoldItalic.odttf"/><Relationship Id="rIdEmbeddedLiberationMonoRegular" Type="http://schemas.openxmlformats.org/officeDocument/2006/relationships/font" Target="fonts/LiberationMono-Regular.odttf"/><Relationship Id="rIdEmbeddedLiberationMonoBold" Type="http://schemas.openxmlformats.org/officeDocument/2006/relationships/font" Target="fonts/LiberationMono-Bold.odttf"/><Relationship Id="rIdEmbeddedLiberationMonoItalic" Type="http://schemas.openxmlformats.org/officeDocument/2006/relationships/font" Target="fonts/LiberationMono-Italic.odttf"/><Relationship Id="rIdEmbeddedLiberationMonoBoldItalic" Type="http://schemas.openxmlformats.org/officeDocument/2006/relationships/font" Target="fonts/LiberationMono-Bol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ONLYOFFICE/9.0.4.50</Application>
  <DocSecurity>0</DocSecurity>
  <ScaleCrop>0</ScaleCrop>
  <HeadingPairs>
    <vt:vector size="0" baseType="variant"/>
  </HeadingPairs>
  <TitlesOfParts>
    <vt:vector size="0" baseType="lpstr"/>
  </TitlesOfParts>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Editorial office of “Professionalitet”</dc:creator>
  <cp:revision>26</cp:revision>
  <dcterms:created xsi:type="dcterms:W3CDTF">2017-12-11T12:03:00Z</dcterms:created>
  <dcterms:modified xsi:type="dcterms:W3CDTF">2025-12-26T12:10:54Z</dcterms:modified>
  <cp:version>917504</cp:version>
  <dc:title>Article template — “Professionalitet” journal</dc:title>
  <dc:subject>Эталон применения стилей Professionalitet_Article_v1</dc:subject>
  <cp:keywords>Профессионалитет; эталон; стили Word; рукопись</cp:keywords>
  <cp:lastModifiedBy/>
</cp:coreProperties>
</file>